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القضية الشرطية واقسامها كمل القضية الحملية ودخل في القضية الشرقية وانا وعدتكم ان احلل المتن السابق. اذا نتوقف هنا ونعود الى المتن السابق. ماذا قال في المتن السابق قال والمؤلفة هذا التأليف يعني من مفردتين الف وباء حملة اما موجبة يحكم فيها بكون المحمول يعني باء مقولا على ما يقال عليه الموضوع سواء وضع ذات وحدها او مع صفة كقولنا الانسان كاتب او الاشتقاق الظاحك كاتب اي ذات متعينة بالظحك عملنا الاشتقاق صار الظاحك كاتبون. اذا الكتابة لمن? لطه نعم طه بالذات الظاحكية ما عندها علاقة بالكتابة نعم لكن قد يكون في التداول والتواصل المعرفي هذا الامر مفيدا لا يهمنا هذا الامر. مثال فقط ان نأتي الى عمق المطلب نخصص له هذه الحصة كاملا جيد انسى الان المتن دقق جيدا في حديثي انا  اولا القضية الحملية ما هي مكوناتها السطو مهووس بالواقع الخارجي بالامور الجزئية خلاف خلاف لاستاذه مهووس بعالم المثل افلاطو نعم عاشق لعالم المثل. ولهذا فلسفة افلاطون فلسفة شعرية في غاية الجمال. من حيث العبارة والمطالب المطالب الملكوتية. ارسطو لا ارسطو الى درجة انهم اتهموه انه مادي. نعم. يهتم بالواقعيات الخارجية فأنزل المثل من عرشها الأفلاطوني الى صميم الواقعيات وهذا الذي مشت عليه الفلسفة المشائية نعم  تقول انا اصل الى الانسان من خلال التعامل مع الافراد ما هي الالية ما هو الميكانيزم? هذا بحث ميتافيزيقي ادرسه في الفلسفة او في نظرية المعرفة او في علم النفس الفلسفي. انا لا ابينه لك هنا. لماذا? لاننا نحن في سفينة المنطق الان. نعم جيد. هذه القضية الحملية الف باء  في الرؤية الالسطية المهووسة بالواقع الخارجي بالنظمة التحققي الخارجي. ما هي مكوناتها جيد نفصل في مسألة ثم نعود ما هي القضية العلمية وما هو تعريف القضية العلمية ثم ندخل في بحثنا حتى لو استغرق البحث آآ جلستين ثلاث لا يهم. ان هذا مفتاح مفتاح خرجنا من الحقل المنطقي الى فلسفة المنطق   اذا ما هي القضية العلمية القضية العلمية يقولون المعرفة بالكليات. يعني معرفة الواقع بشكل كلي. شكله الكلي يعني شكل مثالي  يعني انا اسعى نحو القانون القانون القانون العام ما عندي علاقة بمفردة ومفردتين في عالم التحقق اريد اصل الى القانون الذي تخضع له هذه المفردات الخارجية. هذا هو العلو. يعني المعرفة بالاشياء بنحو قانوني. بنحو قانوني في المدرسة يعبر عنه بنحو كلي الان هذا هذا الذوق العلمي في آآ عالم الحداثة والمضرليز ما في هذا راح هذا الأمر يعني من القرن التاسع عشر اختفى نعم وهو صحيح هذا الصحيح معرفة الاشياء بشكل قانوني. شكل قانوني يعني شكل كلي. يعني ما عندي علاقة بالمفردة الخارجية او عشرين مفردة او مليار انا ما عندي علاقة بالحديد الخارجي. انا عندي علاقة بطبيعة الحديد اصل الى القانون الكلي. الذي يتحكم في هذه المفردات الحديدية في الخارج. اذا واصلت وقلت كل حديد يتمدد بالحرارة كان الحديد او لم يكن كان في استراليا او في الهند او في روسيا البيضاء لا يمر  معرفة الاشياء اه وصل كلي اذن القضية العلمية تتعاطى مع مفردات النظم التحققي بشكل قانوني   جيد هل القضية العلمية التي تطال كل المفردات التي يحكيها عنوان الموضوع او بعض المفردات يعني انا اقول الحديد لا يتمدد في كل مفرداته في دائرة فقط يعني بعض الحديد يتمدد بالحرارة. انت سافرت بالصاروخ الى المريخ وعثرت على قطعة حديد وتحتاج هذه القطعة تحتاج تمددها بالحرارة لغرض عقلائي عندك اليقين انها تتمدد بالحرارة تقول شيخنا تريث وفكر انت في القانون ما قلت كل حديد يتمدد بالحرارة. قلت بعض الحديد يتمدد بالعراء بالحرارة. ما عندي يقين ان هذه الحديد تنتمي الى هذا البعض او البعض الذي لا يتمدد. ما عندي يقين. ها راحت اذا القضية الجزئية بعض الف ما خرجت اذن القضية العلمية تنحصر في الكلية. كلية السور هذه المفردة الاولى في القضية العلمية كل الف باء بالظرورة اذا مكونات القضية العلمية هي الصور عنوان الموضوع عنوان محمول الرابط كيفية ثبوت المحمول للموضوع تسمى المادة. او الجهة. المادة في النظم التحققي الجهة في النظم المنطقي اذا ما هي القضية العلمية? اكتب عندك المروائي المرئية الشاملة المرئوية الشاملة لا تحاسبني على الرفض المرئوية هذه انا خربتها من عندي. المهم تفهمها. المرئي يعني الكاشفية. او المرآتية الشاملة. المرآتية فيها اشتقاق صحيح اسأل مجمع اللغة العربية افهمني فقط المرآة الشاملة او المرئية الشاملة لا اراعي انا مجمع اللغة العربية في دمشق او في مصر او في اي مكان المهم افهمني جيدا بيننا فقط. ما معنى المرئاوية او المرأة? شيخنا جاءت من كلمة المرآة يعني كاشفية يعني الكاشفية التامة. هذه هي اللغة اه هذه القضية العين مئة. المرئوية الشاملة التامة يعني المرئوية او المرأة فيها في بعد كاشف يسمى الخبر تخبر عن شيء بالمنطق اللساني بالمنطقة بالمنطق المنطقي تقول كاشفية يعني بالمنطق المعرفي تقول كاشفية. كاشفية تامة يعني تطال جميع المصاديق مصاديق الموضوع البعض له الجميع. يعني اذا قلت انا كل حديد يتمدد بالحرارة لا تجد مفرد حديدية حديدية في النظم التحققي لا يطالها التمدد بالحرارة اذن القضية العلمية اكتب عندك يعني اكتب آآ ملحوظة ذهبية نقطتان هي المرئية الشاملة او لمرآتي الشاملة. لاحظت كيف? يعني عنوان الموضوع الذي لي هو الف قضية الف باء موضوع عنوان الموضوع يطال جميع المصادق  اذا طال جميع المصاديق المحمول باء يسري معه  يسري معه. يعني كلما عثرنا على قطعة حديد في النظم التحققي والنظم الخلقي ما هو يتمدد بالحرام. يعني اذا وضعته على النار ينبسط يتمدد هذه القضية العلمية اذن مكونات القضية العلمية السور كل كل حديد يتمدد بالحرارة بالضرورة  كل فلسفتها ما هي؟ تشير الى دائرة المصاديق خرج مصداق? لا. كل المصاديق داخلة في الدائرة بعض الحديد يتمرد بالحرارة لهنا المصاديق في دائرة ما ليس دائرة عامة هذه هي فلسفة الصور الكل والبعض في القضية العلمية بعض ما عندنا اننا كل  كل الف باء ثم تأتي الجهة اما الضرورة او الإمكان او الإمتناع المادة والجهة لها باب واسع في الكتاب نتركها اه لمحلها  جيد الان كل الف باء الجهة او المادة اتركها الضرورة والإمكان والإمتنان ما عندنا شأن معه الان ما معنى هذا التركيب معناه ان المحمول باء يعني التمدد بالحرارة لا يمكن ان يطال المصابيق مباشرة لا يمكن يطال المصاديق بعبوره على الموضوع فاذا قلت انا كل انسان عالم مثلا كل حديد يتمدد بالحرارة كل انسان عالم كل اله قادر بالقدرة المطلقة حي بالحياة المطلقة</w:t>
      </w:r>
    </w:p>
    <w:p>
      <w:r>
        <w:t>تقول لماذا تقول كل اله حي شيخنا العزيز? اله واحد. هذا في التوحيد هنا بحث منطقي خالص هناك التوحيد يقول الاله واحد بدليل عقلي يقيني هنا بحس منطقي  اذا كل مصداق تعم ونادي عنوان الالوهية وان كان واحدا في الواقع يجب ان يكون قادر بالقدرة المطلقة اذن القدرة القادر بالقدرة المطلقة عنوان محمول لا يمكن ان يطال الذات الالهية في النظم والتحققي الا اذا تعنون هذا المصداق بالالوهية او بالالهية الالهية افضل لغويا   كل وردة جميلة فرضا فرضا ان الله تعالى خلق الوردة في مادة معتدلة. فتكون جميلة لان الورد اذا اختل مزاجها المادي قد لا تكون جميلة كل وردة جميلة العنوان المحمول هو الجمال يطال مصاديق الورد في النظم التحققي. مباشرة? لا ابدا. يجب ان يعبر على الموضوع يا علي كل ما صدق عليه الموضوع في السريان الصديقي يصدق عليه ال محمود. ال محمول  جيد هذا هو فلسفة العبارة انظر في القضية الموجبة القضية السلبية السالبة نبينها اما موجبة يحكم فيها بكون المحمول اذا قلنا كل اله قادر بالقدرة المطلقة. كل انسان عالم كله وردة جميلة المحمول ما هو? قادر بالقدرة المطلقة الجمال والعلم. في امثلتي مقولا صادقا المقول يعني يحمل او يصدق. على ما يقال عليه الموضوع يعني على ما يصدق عليه العنوان الموضوعي  كل وردة جميلة عندنا واردة في البستان الروسي في البستان الاسترالي في البستان الهندي في البستان الافريقي في البستان الامريكي في البستان البرازيلي وهكذا. مصادق متعددة كل مصداق تعنون بعنوان الوردة يسري اليه عنوانا جميل جميل جميل. اذا المحمول ليس له مصداق مستقل ليس له مصداق مستقل. تقول شيخنا لماذا ليس له مصداق مستقل? لماذا لا يذهب الى آآ المصداق مباشرة يلزم محظور. هناك مبدأ التناقض يتدخل ويقول زيف زيف زيف  المهم انت افهم النقطة جيدا. ثم نحللها اكثر لاحقا. اذا ما معنى كل الف باء تقول لي شيخنا معناه عندنا مصاديق يسري الف وهو العنوان الموضوعي يسري عليها صدقا يعني يصدق عليها كل مصداق يتعنون بعنوان الموضوع يعني مصاديق كثيرة هذه هذا المصداق وردتهم المصداق الثاني وردة المصداق الثالث وردة مليار وردة لا يهم كل مصداق تعينت فيه هذه الطبيعة الطبيعة الوردية يسري اليه الجمال. فهذا المصداق ماذا يكون? يكون جميلا ببركة ماذا? ببركة تعينه بالوردة اما هذا المصداق جميل مباشرة بدون الطبيعة هذا الطبيعة الموضوعية يسمى العنوان الموضوعي لا يمكن لا يمكن لا يمكن  وهذا ينبئ عن شيء رائع. ما هو ان التعينات ليس لها هوية مستقلة دائما حقيقة متكئة. حتى هذه حقيقة متأكئة استعارة يعني الجمال لا يتكئ على الوردة. الوردة بنحو الوردة بنحو تسمى الجمال. ما عندنا جمال يتكئ على الوردة. اصلا خرافة هذا احكام النظم المنطقي نسرها الى الواقع الخارجي ونشتبه لان في النظم المنطقي انت تعزل الوردة بجانب وتعزل الجمال بواجب بجانب ثم تربط الجمال بالوردة. يتكئ على الوردة. فتسري هذه الاحكام الى الواقع الخارجي وتشتبه اشتباها كبيرا. مع بحجم الكون هذا الاشتباه يسمى مغالطة الخلق بين الذهن والخارج. يعني خلط بين النظم النظم المنطقي والنظم التحققي نعم او اشتباه اشتباه آآ خلط بين المفهوم والمصداق وهذه حتى هذه خلط بين المفهوم والمصداق مشوشة الى درجة عجيبة. الطالب يحمل هكذا ها وحتى الأستاذ يحمل هكذا صدقني لا يعرف كونها. لماذا? لأن ما حللها هو لا يفهم لا هو يفهم يتصور انها مسألة آآ واضحة جدا والله ليست واضحة والله ليست واضحة انا معايش عايش هذا الهم عايش هذا الهم نعم انت الآن تعيش في مجتمع مدني وترى البنايات مرة ترى بناية متينة جدا مرة ببناية تهتز الارض فقط تنهار يعني كل البنايات متينة لا ان هذا مهندس خبير والبناء خبير خبير اذن كذلك في العلوم مرة تكون مع استاذ يدقق ويفصل فتكون المكانة. الطالب يكون متينا يقول هذا خلط بين المفهوم والمصداق والطالب يكررها خلط بين المفهوم والمصداق يمكن الخلط بين المفهوم والمصداق ابدا لان المفهوم في نظم خاص هو النظم المنطقي والمصداق في النظم التحققي كيف نخلط بين مستحيل مستحيل ان تخلط بين نشأتين ليس من شأنك هذه نشأت شأن الله تعالى. شأن خلقي اذن ما معنى خلط بين المفهوم والمصداق? خليها في محلها ان شاء الله. اذن لا يمكن للعنوان الموضوعي ان يستقل بمصداق. لماذا? لانه هو ناشئ من الوردة. هي هي تشقنا. هذا الشأن غير الوردة هو الوردة. هو الوردة ولها ان تتشائم بالشكل باللطافة نتشاءم بكثير من الامور هي هي الوردة هذا هو العرض الذاتي هو هو يعني لا يمكن ان يدخل واسطة بين الوردة وتشاؤناتها هذا هو معنى العرض الغريب العرض الذاتي يعني لا تجد واسطة بين الورد وتشاؤناتها. لا يمكن لماذا؟ لان التشاؤم ليس لها هوية هو الورد بنحو هو الورد بنحو جيد الان نتعمق اكثر في التحليل اذا تعنون الموضوع لا اذا صدق عنوان الموضوع على المصداق يعني الطهارة انسان سين وردة يعني هذه الواقعة الخارجية وردة فتكون جميلة. طه يكون عالما في تعنون المصداق بالعنوان الموضوعي ما هو وتعين المصداق بالعنوان المحمول ببركة الموضوع ما هو الان نبدأ والطالب العزيز فارغ الذئب خصوصا الجامعي يعني هذا العنوان الموضوعي اذا استقر في المصداق ماذا يكون والعنوان المحوم المحمول. يعني الجمال العلم القدرة المطلقة العناوين المحمولية اذا استقرت بعبورها من خلال الموضوع في المصاديق ما هو دقق جيدا في هذه القضية الوردة جميلة. يعني كل من تعنون بعنوان الوردة يتعنون بعنوان الجمال. لا يمكن ان يتعنون بالجمال مباشرة. يجب ان يتعانون بعنوان الموضوع في مثال وردة جميلة في مثال الله قادر بالقدرة المطلقة في مثال الإنسان اه عالم في مثال الحديد يتمدد بحرارة. اذا العنوان الموضوعي يستقر في المصداق هذا الاستقرار مجازها للدقة يجب ان تلاحظها انت يستقر بمجوز ما هو تواجد الموضوع في المصداق. لا يمكن ان يستقر في المصداق مباشرة. اقصد المحمول جيد استقرار الموضوع في المصداق ما هو نحوه استقرار المحمول في المصداق ما هو نحو تخيل انت الآن استقر الموضوع في المصداق واشبع المعنى يعني المخاطب سكت يصح السكوت عن هذا الاستقرار تصل النوبة للمحمول تقول له شيخنا تم تم المعنى. تقول اه طه انسان هذا الشيء وردة تم البحث يصح السكوت على هذا التأليف وهذا التركيب المعنى خلاص اشبع وصل الي المعنى التام. لا معنى لي المحمول اذا كل القضايا الحملية تتبخر قالوا لا في القضايا الحملية الامر يختلف في استقرار الموضوع في المصداق او تعنون المصداق بالعنوان الموضوعي لا فرق قوس نزول وقوس الصعود اذا ركزت على المصداق تقول كعنون المصداق بالعنوان الموضوعي اذا انتقلت من الموضوع تقول الموضوع يستقر في المصداق لا فرق يجب ان يكون هذا التركيب تركيبة ناقصة. يعني جملة وصفية يعني هكذا سين سين يعني وردة في بستان. سين سميها سين</w:t>
      </w:r>
    </w:p>
    <w:p>
      <w:r>
        <w:t>سين الوردة صفة ومو صوف. وشبعان معنى لا سين الوردة  جميلة سين الوردة يجب ان يكون هناك عدم اشباع عدم اشباع في المعنى صفة ومو صوف لماذا? حتى تبقى يبقى تبقى تبقى مساحة لمن لاستقرار المحمول في في المصداق اذا اشبع المعنى المحمول يتبخر ما نحتاجه. تقول سين الوردة انتهى الامر فاين نوبة المحمول ما في. اذا يجب ان يكون هذا الاستقرار استقرارا الموضوع في المصداق. يعني تواجد الموضوع في المصداق يجب ان يكون غير مشبعين صفة وماو صوف نقول سين الوردة جملة ناقصة جميلة طهى الانسان عالمون  نعم  الذات الاله ذات الاله قادر بالقدرة المطلقة. اذا تعنون المصداق بالعنوان الموضوعي او استقرار العنوان الموضوعي في المصداق جملة ناقصة. صفة وموصوف غير مشبعة. يعني المتلقي ينتظر الباقي من يؤمن الباقي عزيزي? المحمول هذا الاستقرار الناقص كصفة وموصوف يسمى في الاصطلاح عقد الوضع انا اريد اوصلك الى هذا الامر عقد الوضع دائما يكون تركيبا غير مشبع  يعني انت تنتظر الباقي. حتى يتم المعنى تقول طه الانسان بصفة وموصوف يقولو بعد عالم ها تم الامر يعني المحمول اخذ حظه  سير الاله حي بالحياة المطلقة تم الامر سين الوردة جميلة تم الأمر استقرار العنوان المحمول في المصداق من خلال بركة العنوان الموضوعي يسمى عقد الحمل عقد الوضع جملة ناقصة صفة وموصوف غير مشبعة عقد الحمل صفة اه تركيب مشبع يعني تم المعنى. اذا كم عقد عندنا? عندنا عقدان. عقد الوضع هو اتصاف المصداق بعنوان الموضوع جملة ناقصة. صفة وموصوف وعندنا عقد الحمل هو تعنون المصداق بعنوان الموضوع لتعنونه عنوانه بعنوان الموضوع. هنا ضرورة عقد الوضع يعني عقد الحمل لا ينعقد الا ببركة عقد الواضح وهذا معنى ان المحمول لا يستقر في المصداق الا الا اذا عبر من خلال الموضوع. عبر الى المصداق من خلال الموضوع تواجد العنوان الموضوعي في المصداق عقد الوضع جملة ناقصة ما في اشباع معنوي والا لا معنى للمحمول ولهذا تقول سين الوردة جملة ناقصة صفر وموصوف. الباقي ما هو? جميلة. يأتي الاشباع يعني عقد الحج نعم سين الاله بعد حي في الحياة المطلقة تم الاشباع طه الانسان جملة ناقصة صفة موصوف عالم تم الاشباع اذا كنا في عدم الاشباع هذا هو عقد الوضع. اذا كنا في الاجماع عقد حامل اذا كل قضية علمية متشكلة من كم عقل من عقدين. عقد يعني فيه اه فيه مفردتان بينهما علاقة طه الانسان في عقد يعني ثبوت الانسان لطه نعم ثبوت الإنسان في حقيقته انسان طه الانسان يجب ان يكون جملة ناقصة كيف يتم الخبر وتتم القضية بعقد الحمل طه الانسان عالم سين الاله حي بالحياة المطلقة سين الوردة جميلة وهكذا نعم  خرج المدير من مكتبه في المصنع او في الجامعة في هذا البستان في هذه الوردة وفيها البستاني نعم  يسأله اين الورد التي هو دائما الافها جميلة ورائحتها جميلة البستاني يقول الوردة الجميلة مع افهم الوردة الجميلة صفة موصوف لم يشبع المعنى هادي هادي اخذناها من من السابق الوردة جميلة تركيب خبري تام. لا الان الوردة الجميلة تم المعنى. قطفت سيدي المدير. قطفت نعم قطفها شخص لحد هنا يأتي الاشباع ولا يأتي اشباع اذا الصدق والجمال على الوردة الخارجية في البستان هذا صدق ناقص يعني جملة ناقصة عقد الوضع نعم او سين الوردة او تقول الوردة الجميلة صفة موصوفة قطفت الأول عقد الوضع الثاني عقد الحمل. من اين جاء عقد الوضع؟ جاء من قاعدة شهودية قاعدة شهودية انا اصيغ لك القاعدة هذه ثم ان شاء الله في المستقبل نبينها بالتفصيل. يقولون  ان اخبار نعم او التركيبات قبل العلم بها اخبار وبعد العلم بها اوصاف قضية شهودية ان شاء الله يأتي تحليلها لاحقا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