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القضية الشرطية وقسموها قال والتأليف الثاني الذي يقع في مقابل التركيب الحملي او التأليف الحملي القضية اما عملية بتية او توقفية شرطية شرطية على قسم اتصالية انفصالية هنا يعرف فقط القضية الشرطية بقسميها كما عرف الحملية التي تعني ان كل من صدق عليه عنوان الموضوع يصدق عليه عنوان محمول فالمحمول في القضية الحملية ليس له مصداق مستقل مصداقه هو مصداق الموضوع فيعبر الى المصداق من خلال العنوان الموضوعي القضية الشرطية ليس هكذا صنخ اخر من القضايا الان يعرفها المحقق التونسي ثم يفصل اكثر لعل من حله. قال والتأليف الثاني يعني التأليف الشرطي يكون من القضايا والمؤلفة منها شرطية يسمى جزءها مقدما وتانيا شرط مشروط مقدم وتالي اذا كان الف كنبة الف مقدم باء تلي يتلوه نعم وهو اما بمصاحبة بعد ما عرف القضية الشرطية وهي مؤلفة من جزئين لا يشكل احدهما قضية مستقلة لا لا لا قضية توقفية وبالتالي لا نركز على عنوان الصدق محمول موضوع لا ثم يعبر مباشرة الى اقسامها وهي يعني القضية الشرطية اما بمصاحبة ويسمى متصلة كقولنا في الايجاب ان كانت الشمس طالعة فالنهار موجود هذا المثال يصاحبك الى القبر ما في امثلة قرآنية ما فيها امثلة روائية تثلج القلب وتنعش الخيال. دائما هذه الامثلة نعم اذا موجودية النهار متوقفة على طلوع الشمس. اذا هنا لا نركز على طلوع الشمس نركز على التوقف ولا نركز على النهار موجود ونبحث عن مناطق صدقه لا اركز على كونه ثانيا لما تقدم هذه القضية الشرطية الاتصالية او بمعاندة يعني في عناد بين الاقسام ويسمى ويسمى منفصلة او تسمى منفصلة. قلت لكم بدار هو محقق الكتاب ما عنده في لغتهم المذكر والمؤنث ويسمى منفصلات تسمى منفصلة. كقولنا في الايجاب العدد اما زوج واما فرض هذه منفصلة حقيقية لان المنفصلة تنقسم بملاك خاص الى حقيقية مانعة الجمع مانعة الخلو كما سيأتي بيانه بالتفصيل اذا الزوجية تعاند الفرضية والفردية تعاند الزوجية وفي السلب ليس العدد اما زوجا او منقسما بمتساويين. هذه الموجبة وهذه السالبة ليس العدد اما زوجا او منقسما بمتساويين. الزوج هو اذا ركزنا على لازمه هو المنقسم بمتساويين اذن اين الفرض ما فيه? ولهذا ينفي ليس العدد اما زوجا او منقسما بتساوي لمتساويين اذن لنحصر العدد في الزوجية لا في فرضية. اذا حصر الزوجية العدد في الزوجية خطأ لنفيه شق اخر في قسم اخر هو الفرضية ورابط رابطتها الرابطة التي تربط بين المقدم والتالي الشرط والجزاء والعناد. العناد يعني تقول اما واما نعم اقول هنا يأتي العلامة الحلي يبسط اه شيئا ما لماذا? لان في المبادئ التصورية لا يمكن البسط في الحديث ما تدخل الى الى دائرتي مبدأ الجوهرية مبدأ الهوية مبدأ الجمهورية مبدأ السبب اه السبب الكافي مبدأه اجتماع الناقضين او مبدأ التناقض مبدأ الثالث المرفوع ارتفاع النقيضين. مبدأ الغاية. هذه كلها اه قواعد عقلية معيارية ضياء الهي يضيء الانسان اذا تناغم الانسان مع هذه المعايير العقلية مع هذا الضياء الالهي كان عقلا لم يتباهى كان وهما وكثير من الناس اغلب الناس يعيشون الوهم ولا يعيشون العقل لا يتماهون مع ذلك الضياء الالهي اقول التأليف الثاني الذي يقع قسيما لمن? للقضية الحملية هو الذي يقع بين القضايا ولما كان الحكم بين القضيتين ليس بان يكون احدى القضيتين هي الاخرى يعني ليس من سمخ القضية الحملية القضية الحملية اذا قلت كل الف به باء هو الف في المصداق ليس الف في هويته في مصداقه نعم هو ما هو مبرر الوحدة المصداقية هو الحيثية قلنا في الحمل الشائع الاندراج ذاتهم حيثي قلنا الاندراج حيثي اعيد هذه المسألة حتى تتعمق اكثر لا يمكن ان يندرج عنوان تحت عنوان لماذا? لان العناوين بطبيعتها متباينة بتمام الذات. الف غير باء انسان غير العلم اذا لماذا الانسان عالم لأنه في حيثية خرج من دائرة الهوية الإنسانية الإنسانية الى تشؤن علمي. تشؤن كاشفي هو الذي يصحح ثبوت المحمول للموضوع بدون هذه الحيثية اه تنقلب كل القضايا العلمية اه قضايا من الحمل الاولي كلها تحصينه للحاصل تدخل الى الجامعة تكفي قضية واحدة ثم تأخذ الشهادة وتروح جلس واحدة في خمس دقائق نعم الجسم هو الجسم والجاذبية. كل هذه متساوية في المعنى. يعقل؟ لا يعقل. اذا في الحمل الشائع الإندراج ليس على مستوى الذات على مستوى الحيثية اذا قلت الوردة جميلة الوردة تتصف بالجمال يعني يحمل عليه الجمال هكذا الوردوين والجمال لا الوردة باعتبارها متشائمة بحيثية. ما هي هذه الحيثية? خطوطها الكثيرة متناغمة. يعني تعود الى وحدة وهذا التناغم الشاخص يدركه الانسان بخياله وعقله فيلتذ بذلك الجمال. هذه الحيثية هي التي صححت ثبوت المحمول للموضوع والعلو كل العلوم تبحث عن هذه التعينات اذا اثبتت العلوم بالدليل او باي طريقة اخرى هذه الحيثية للموضوع تتشكل مسألة جديدة في العلوم نعم هذه يسجلها عندك لانها مهمة جدا. اذا في الحمل الشائع الاندراج ليس اندراجا ذاتيا انه مستحيل اندراج اندراج حيثي نعم حتى في الصفات الالهية الله حي فالحياة ليس لان الله تحيف بحيثية اتصف بالحياة ثم يأتي الصدر متألهين بمبنى جديد وهو اصالة الوجود. سر هذه الحيثيات هي عين الوجود ووجود ربطي بعد هذا بحث اخر نعم انت الآن اضبط هذه الامور اذا دخلت الى المشاء هذه هي اصول المشية خلفيات المشية ثم تفهم الامور بدائرة المشاة اذا دخلت الى الحكمة المتعالية تفقه حينها بما تتميز الحكمة المتعالية واين يكمن عمقها? واين تكمن عبقرية صدر المتألهين لماذا انا اهتم بهذه النكت لان الطالب يجب ان يتهيأ من المقدمات والسطوح للدراسات العليا يدخل في البداية يعني يدخل في درس البداية وهو خالي الذهن من اي خلفيات فيتهيأ له انه فهم الولاية او النهاية لا لا ابدا يجب ان تدخل بخلفيات رائعة جدا فتتعامل مع النص اولا ومع الاستاذ ثانيا فتصل الى المراد الجدي بسهولة فتتقن وتضبط الحكمة نعم يقول ليس بان يكون احدى القضيتين هي الاخرى كما في الحملية الحملية المحمول هو الموضوع في دائرة الحيثية والحيثية اين تتجلى? يقولون في المصداق نعم في المصداق هذا هو هذا هو الهوس الارصدي نعم يعني الاربعة زوجون يجب ان تنوجد الاربع حتى تكون اه زوجا يجب ان تتقيد بالموجودية حتى تكون زوجا. هذه خرافة كبيرة خرافة اصلية كبيرة. لا الزوجية للاربعة بدون حيثية تقليدية هي الوجود نعم وهذا الذي تنبه اليه صدر المتألهين وابتكر ابتكارا جديدا وهو القضية الطبيعية التي لا علاقة لها بالصور</w:t>
      </w:r>
    </w:p>
    <w:p>
      <w:r>
        <w:t>ما عندها علاقة بالمصداق الوجود اصيل على مبناه الوجود اصيل وجود اصيل. يعني الاصالة هي اللي حقيقة الوجود نعم لحقيقة الوجود ما عندها علاقة بالمصاديق ولا يحزنون. نعم اذا انت وجدت مصداقا للوجود. وهذه العبارة خاطئة في النسق الصدرائي لوجود ما عنده مصداق المهيات عندها مصداق الوجود عنده مرتبة ما عنده مصداق ما عندنا عنوان يصدق على مصداق اصلا عنوان الوجود لا يأتي الى الذهن الوجود حقيقته هو نظم التحققي فلا يأتي باي عنوان الى الدين ثم تقول شيخنا وهذه القضية الوجود اصيل ووجود مشكك بعد هذا بحث في الحكمة وعميق انت فقط الان سجل هذه الاضاءات اذا دخلت الى الحكمة او الى علم الكلام والإلهيات تكون على بصيرة من بعض الأمور نعم ليس بان يكون احدى القضيتين هي الاخرى نعم فقط التوقف يعني اذا كانت الف كانت باء فباء قضية مستقلة ما عندها علاقة بالقضية السابقة في توقف فقط مع لان بعض الاقوال الجازمة لا يكون هو البعض الاخر كما كان في الحمليات الجازمة يعني التي تشير الى الواقعة الخارجي ونجزم بانها هي الحقيقة اذا اذا قلت الوردة جميلة معناه الوردة اين تلمس جمالها في ذاتها ام في تحققها في تحققها. معناه في دائرة حيثيتها هم يقولون ان هذه الحاشية لا تتصل بها الوردة الا اذا ان وجدت هادي مسألة اخرى فوجب ان يكون الحكم فيها الحكم فيها في القضية الشرطية اما بما هو بملازمة بملازمة بعض القضايا لبعض او بسلب المناسبة في القضية السالبة. الملازمة المصاحبة التي لا تنفك اينما يكون الموضوع يكون اه المحمول هذه في القضية الحملية في القضية الشرطية اينما يكون المقدم يكون التالي او بيسلمو الملازمة مثال ايجابي مثال سلبي او بمعاندة بعضها لبعض القضية الشرطية المنفصلة او بسلب المعاندة في حال السلب والا انتفى التركيب بينهما نعم ارفع التعلق انتفى التركيب اذا كان الف كنبة. احذف اذا وكل نعم عندك قضيتان منفصلتان الف باء والف وباء اذا عرفت هذا فنقول وهذه المقدمة يبني عليها هذا النوع من التركيب يعني التركيب الشرطي يسمى شرطيا هنا يضع المصطلح يضع المصطلح حتى يتشخص المعنى في خيالك اما في المتصلة بالحقيقة لوجود حرف الشرط فيها هذه المتصلة واما في المنفصلة فبالمشابهة بينهما من حيث وقوع التركيب بين القضايا فيهما يعني تشبه المتصلة اذا قلت العدد اما زوج واما ترضون كانك قلت آآ العدد اذا كان العدد سين عدد فهو اما آآ زوج واما فرد. يعني ترجعها الى آآ الشرطية المتصلة بمسامحة ما اذا عرفت هذا فنقول هذا النوع من التركيب يسمى شرطيا. اما في المتصلة فبالحقيقة يعني شنو? بالواقع لوجود حرف الشرط فيها واما في المنفصلة فالمشابهة بينهما من حيث وقوع التركيب بين القضايا فيهما. ويسمى الجزءان في هذا التركيب مقدما وتاليا يعني استقرار المصطلح فقط بين المعنى يعني المبدأ التصوري ثم وضع المصطلح فاذا سمعت انت هذه الاية اذا جاء نصر الله والفترة فرأيت رأيت هذه اذا شرطية رأيتها جواز شرط نعم فالمقدم في المتصلة يعني في القضية المتصلة ليس في القضية المنفصلة هو الذي يقرن بحرف الشرط وهو قولنا ان كانت الشمس طالعة. اذا جاء نصر الله والفتح رأيت الناس يدخلون في دين الله افواجا مثلا والتالي هو الذي يقرن بحرف الجزاء وهو قولنا فالنهار موجود نعم مقدم تالي الى هذا في النظم الطبيعي هذا يقع في المقدمة وذاك يتلوه والمقدم في المنفصلة غير مميز عن التالي في الطبع نعم المنفصلة  انت لست مجبرا ان تقول العدد اما زوج واما فرض يمكن ان تعكس القضية العدد اما فرض واما زوج نعم ليست طبعية وانما هي ايه اختيارية؟ والمقدم في المنفصلة. والشرطية المنفصلة تقول شيء اما واما غير مميز عن التالي في الطبع لان معاندة احد الشيء للاخر تستلزم معاندة الاخر له. يعني في التساوي في العناد زوجية تعاند الفردية والفردية تعاند الزوجية. اذا باي ملاك تقدم هذا على هذا؟ وبالتالي يمكن لك ان تقول العدد اما زوج وفرض صحيح ولك ان تقول العدد اما فرض واما زوج للتساوي في العناد فايما جعل المقدم صح وكانت القضية واحدة بخلاف المتصلة التي في طبيعة احد جزئيها ان يكون ملزوما والاه والاخر لازمان طبعا في القضية الشرطية بتنعكس نعم اذا طلعت الشمس فالنهار موجود. لماذا? لان موجودين في النهار متوقفة تكوينا على طلوع الشمس ولك ان تقول هكذا اذا كان هناك نهارون فكانت هناك اه شمس طالعة صحيح لكن هذا مقام الاثبات هذا في النظم المنطقي وليس في النظمة التحققي. في النظم التحققي المقدم متقدم على التالي لان في نظام التكوين هذا متوقف على ذلك تاني متوقف على المقدم في النظم المعرفي في النظم المنطقي يمكن لك تقول ان تقول اذا كان النهر موجود فالشمس طالحة يعني اذا اكتشفنا ان النهار اكتشفنا يعني بعد معرفي. اذا اكتشفنا موجودية اه او طلوع طلوع النهار نكتشف مجولية اذا اكتشفنا موجودية النهار نكتشف مم ان الشمس طالعة نعم اذا عرفت هذا فنقول شرطية اما متصلة ان حكم فيها بالمصاحبة بين شيئين او بسلب المصاحبة نعم المصاحبة قد تكون لزومية قد تكون اتفاقية. نعم اذا الله رن الجرس اه دخل الاستاذ الى المدرسة ما في علاقة تكوينية سببية مشبابية بين الدخول الاستاذ الى القسم رن الجرس. مرة لاكون لا تكون علاقة تكوينية. اذا طلعت الشمس والنهر موجود اذا عرفت هذا فنقول شرطية اما متصلة ان حكم فيها بالمصاحبة بين شيئين اكتب تحت المصاحبة او فوق المصاحبة. المصاحبة على قسمين لزومية واتفاقية نعم  او بسلب المصاحبة في القضية السالبة. كقولنا في الايجاب ان كانت الشمس طالعة فالنهار موجود. القضية موجبة وفي السرب ليس اذا كانت الشمس طالعة فالخفاش اه يبصر والخفاش حتى في طلوع الشمس لا يبصر واما منفصلة المنفصلة يعني فيها العناد ان حكم فيه بالمعاندة بين الجزئين او سلبها دائما اذا عطف بسلبها يعني يشير الى القضية الايجابية والقضية كقولنا العدد اما زوج او فرض اذا اردت الصياغة العرفانية تقول العدد اما يتجلى زوجا واما يتجلى فردا. اذا تجلى زوجا لا يتجلى فرضا. اذا تجلى فرضا لا يتجلى زوجا. وهذه المعاناة هذه المعالجة وليس العدد اما زوجا او منقسما بمتساوين لماذا هذه سلبية? لأن اخرجت العدد غير صحيحة سلبية وليس العدد اما زوجا او منقسم بمتساويين قضية سلبية يعني الصحيح العدد اما زوج واما فرض ورابطة المتصلة هي ادوات الشر تعيين الشرطية فالجزاء اذا لو ورابطة المنفصلة هي ادوات العناد كاما او قبل الدخول في اقسام القضية الشرطية بحسب التركيب وهذا سيأتي بالتفصيل فقط اظيء نقطة ثم اه نؤخرها اذا وصلنا الى انواع القواعد هناك نتناول قضية ابتكرت في سياق فلسفي وليس في سياق منطقي هذه القضية هي العملية المترددة المحمول</w:t>
      </w:r>
    </w:p>
    <w:p>
      <w:r>
        <w:t>ممكن تجد في بعض الكتب الفلسفية هذا الاشتباه الوجود اما علة واما معلول هذه قضية شرطية منفصلة في صياغتها ليست قضية حملية مطاردة المحمول القضية الحملية المترددة المحمول التي تدرس في الفلسفة هكذا. الوجود علة وملول الوجود متقدم ومتأخر حتى في الصياغة فيه دقة تفرق عن المنفصلة وسيأتي ان شاء الله بحثها بالتفصيل اذا دخلنا الى القضايا التي ليست موجودة في المتون المتداولة نعم وهي القضية الا بالتياء القضية الحملية الحقيقية القضية الحقيقية تحتاج الى فلسفة القضية الموجبة سليمة المحمول القضية اصولية في العلم الاجمالي اما هذا واما هذا درسها الاصوليون بالتفصيل ودرستها الفلسفة التحليلية بالتفصيل وقضية التي ابتكرها كانت القضية اما قبلي واما بعدية قبلية اي لا تحتاج الى عملية التجريب وبعدية بعدي اه خصوصا القبلية عنده تحصيل حاصل يعني تبقى في دائرة الحمل الاولي البعدية البعدية قبلية قضية اما تحليلية او تركيبية اشتبهت في التقسيم. اني مريض اليوم القضية اما تحليلية او تركيبية تحليلية لا تخرج عن دائرة الحملة الاولي في الرؤية الكويتية في نقاش كبير معه ان شاء الله اذا وفقنا الله تعالى نشير الى هذه القضية ونناقش كانت الحساب لأنه آآ سنقارنه بالحمل الاولي والحمل الشرعي نعم فيقسم القضية اما تحليلية او تركيبية تركيبية قبلية او بعدية قبلية يعني لا تحتاج الى التجربة في اثبات حجياتها والبعدية يعني التركيبية البعدية تحتاج الى مساعدة التجربة نعم اذا بقيت هناك قضية نسيتها فاشير اليها في حينها اه القضية المترددة في المحمول اشرت اليها نعم اقسام القضية الشرطية بحسب التركيب قال وقد تتألف الشرطية من الحمليات والشرطيات مرة بعد اخرى يشير الى التركيب فقط تركيب يعني نوعية التركيب في القضية الشرطية. كيف قال? لما كانت الشرطية مؤلفة من قضيتين من قضيتين لكن البعد الحملي يختفي فيها نعم. وكانت القضية منقسمة الى الحملية والشرطية. انقسم التركيب الشرطية الى ثلاثة اقسام. احدهما ما تركب من الحمليتين وهي الشرطية البسيطة اذا طلعت الشمس فالنهار موجود وثانيهما ما تركبا من الشرطيتين نعم اذا جاء الاستاذ مبكرا آآ اذا اذا آآ واذا اذا جاء الاستاذ مبكرا اه اذا ما عاد لي التركيب اليوم مريض مزاجي. مريض نجد الأمثلة كثيرة نعم اذا كانت الشمس الشمس طالعة فالنهار موجود واذا كان النهار موجود. انعكست الاشعة على الارض. نعم. ثم ان الشرطية وثانيهما مركبا من الشرطيتين وثالثة ثالثهما ما تركب من الحملية والشرطية نعم المزاج اذا كان مختل يعني يأتي المرض فالنفس لا ترتاح نعم لا تؤدي وظيفتها كما يجب ثم ان الشرطية قد تكون متصلة ومنفصلة متصلة قلنا ما في عند في اتصال فانقسم ما تركب من الشرطيتين او من الشرطية والحملية الى ما تركب من متصلة او منفصلة او متصلة ومنفصلة او متصلة وحملية او منفصلة وحملية من يريد ان يتقعر في هذه القضايا يمكن له ان يمثل بامثلة كثيرة جدا كما سيشير العلامة الحلي الى هذا الأمر ثمان مقدم المتصلة متصلين يعني اذا كان الف كندا لما تميز عن تليها بالطبع يعني لا يمكن ان تقدمه كالي دائما ومتأخر. واذا قدمته هذا في النظم المنطقي. فنتكلم في النظم التحققي في نظامه الملازمات الخارجية. بخلاف المنصف المنفصلة. قلنا المنفصلة يمكن تقديم اي شق كانت اقسام متصلة تسعة واقسام المنفصلة ستة نعم  امثلة متصلة بالامثلة تتضح الامور لان المسألة سهلة لتنطوي على نكتة علمية اولها ما يتركب من الحمليتين كقولنا كلما كانت الشمس طالعة فالنهار موجود كم قضية قضية حمليتان الا انه في الشرطية تفقد صبغة الحمل لي نعم لان هذا التوقف يسلبها هذه الصبغة وثانيهما ما يتركب من متصلتين ككوننا كلما كانت الشمس طالعة فالنهار موجود فكلما كان النهار معدوم كانت الشمس غاربا نعم وكلما كانت شمس غاربة عم الظلام وهكذا تستمر وثالثها ما يتركب من منفصلتين كقولنا كلما كان العدد اما زوجا او فرضا فالكواكب اما زوج او فرض نعم لان الكواكب يعلوها العدد متى اذا اجتمعت العدد آآ بحيثية الاجتماع يعني عندك تفاحة في استراليا وتفاحة في بكندا لا تقل تفحتان الا في خيالك اما في الواقع الخارجي هذا لا وثالثها ما يتركب ميم نون فصلتين كقولنا كلما كان العدد اما زوجا او فرضا فالكواكب الكواكب باعتبارها مجتمعة اكتب باعتبار الاجتماع يعني المسافة قليلة جدا نعم فالكواكب اما زوج او فورد نعم الكواكب باعتبار العددية وليس باعتبار الذات بالذات ورابعها ما يتركب من جملة ومتصلة ياتي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