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التركيب المتصلة اللزومية قال والكاذب يستلزم الكاذب او الصادق والصادق لا يستلزم الكذب وقس الممكن والمحال علينا تستطيع ان تقول في القضية الاتصالية يعني الشرطية المتصلة هذا هو لبابها هذا هو لبابها. الان معروف في المنطق الحديث آآ خطاطة الصدق نعم الخطاط د الصدق او اطار الصدق نعم عندنا كم سورة الكذب يستلزم الكذب يقولون اف من فوق فوس يعني ازاي في خطأ يؤدي الى اف ثم اه يؤدي الى الصادق الى يعني كم سورة عندنا صورتان اف اف اف يعني اف يعني زيف باطل يؤدي الى الباطل والباطل اف يؤدي الى عجيب هذا! نعم نعم والصورة الثالثة والصادق يعني لا يمكن ان يؤدي الى  لماذا? مبدأ التناقض مبدأ التناقض انا مقصر المفروض قبل القضايا اتناول معايير المعايير العقلية حتى يحيط الطالب العزيز بهذه الاسرة يعني بدون مبدأ تناقض وو هذه الامور تبقى مبهمة مبهمة نعم  الصادق لا يولد الكذب لان الصادق اذا ولد المعلول لقانون المصادقة قانون فلسفي فلا يمكن ان تقول هذا المعلول آآ زائفا مستحيل اذا كان زائفا وتولد على الفرض من هذه العلة يعني قانون ينتفي وقانون الصنخية هو حاكم على الوجود حاكم على الوجود حتى في الامور الاعتبارية في الامور الاعتبارية انت تأمل في النظام الاجتماعي في بلدك تجد الممثلين في تجمع خاص الفنانين بالموسيقى في تجمع خاص آآ كرة القدم في تشكل خاص علماء الفلسفة في تشكل خاص ما الذي جمعهم سلقية يعني هذه المناسبة التي بينه بين افراد هذه المجموعة اذا عندنا كم صورة هنا تقول الزيف يولد الزيف مصادقة بينهما الزيف يولد الصادق لماذا? ليس بذاته لحيثية اخرى سيبينها الاعلام الحلي والصادق لا يستلزم الكذب لا يؤدي الى فوء اف قافلة تريد تطبق بالعربية الصادق والكذب يعني الكاذب يعطيه الكذب كاف كاف كاف صاد صاد ما تعطيه الكذب ابدا اللي هي قانون الصرفية اقول قد بينا ان الصدق ومقابل السدر يعني الكذب يعني الزيف انما يتعلق بالاتصال والانفصال لا باجزاء القضية يعني القضايا الحملية هناك تفقد هويتها هويتها القظوية اذا ثبت هذا فقط اظيح مسألة مهمة جدا يبتلى بها الطلاب كثيرا يخلطون بين قضايا التي تحكي العدم والقضايا الباطلة نعم القضايا الباطلة اصلا زيف لا تنتمي الى العلم اما اذا قلت الشريك الباريسين عدم قضية صادقة يعني انت اذا جئت الى الى الواقع الخارجي لا تجد مصداقا لشريك البريء يعني مرفوع الموجود شريك الباري عدم يعني الشريك الباري ليس بموجود. مرفوع الموجودية قضية صادقة القضية صادقة القضية القضية التي تؤدي الى الزيف وهي القضية الزائفة ليست قضية علمية التي تورث التناقض. اما شريك الباري عدم ناده. تمام الانسجام. لماذا? لان هويته العدم اما اذا قلت واجب الوجود عدم القضية الزائف هنا الزيفون هادي قضية مزيفة. يعني تقول الوجود الشديد لا يتعين بطاردة العدم. لا يتعين بالموجودية الموضوع ينفي المحمول والمحمول ينفي الموضوع تناقض مبدأ التناقض سريعا يأتي ويحكم ان القضية زيف لكن من يبين لمبدأ تناقض الزيف ومبدأ سبب الكافي ما يقال في ادبياتنا كل عرض يعود الى ما بالذات وما بالذات لا يعلى لها اذا ثبت هذا يعني التركيز على الاتصال وليس على القضايا المكونة للشرطية فالمتصلة اللزومية تصدق عن الصادقين كقولنا كلما كان الانسان حيوانا كان جسما لأن من مكونات الحيوان والجسم دقق انت في الحيوان في قوس التركيب اليست ذات ممتدة ذات ممتد يعني نامي يا حساس متحرك بالارادة. هذا هو الحيوان في اصله جنسه الاعلى هو ذات هذه الذات ليس كالمجردات الاهية ممتدة فيتورط الانسان بالامتداد في هذه النشأة فيكون ممتدا وهذا الامتداد من من مصاديق العناية الالهية الخارقة نعم لولا هذا الامتداد لكنت كالملائكة لا تتكامل اما بهذا الامتداد الذي هو اه اعجاز عنائي تفوق الملائكة به في التكامل كلما كان الانسان حيوانا كان جسما الإنسان حيوان صادقة الإنسان جسما باعتبار حيوانيته وليس باعتبار اي انسانيته يكون جسمان يعني القضية الاولى صادقة والقضية الثانية صادقة. يعني المقدم صادق والتالي صادق وعن كذب كذبين كقولنا كلما كان الإنسان حمارا الانسان ليس حمارا طبعا هذا الانسان المثالي اما الانسان السياقي والله اتعس من الحمار كثير عندنا ايه عندنا بالاظل القرآن يقول بل اضل بل هم اضل بل هم اضل من الدابة من الحيوان. لكن هذا الانسان سياقي. هنا الحديث عن الانسان السياقي ام الانسان المثالي? الانسان المثالي. نعم لا يكون حمارا ابدا. ولقد كرمنا بني ادم. اما الانسان السياق الذي يعيش لغريزته فقط حمار بل اتعس من الحمار نعم كقولنا كل اذا كلما كان الانسان حمارا كان حيوانا الإنسان حمار كاذبا اه اه نعم لا لا لا انا تقدمت الى الامام وعن كذبتين كقولنا كلما كان الانسان حمارا كان ناهقا الانسان حمار كاذبا وكان ناهقا اه كاذبة واللزوم صحيح يقول الصحيح شيخنا العزيزي اذا بنينا على ان الانسان حمار يرهق نعم نعم والعرفاء والاولياء والاوصية يشوفون هذه الصور النوعية ويشوفوه ينهق نعم يشوفوه ينهق نعم وعن مقدم كاذب وتالي صادق قولنا كلما كان الانسان حمارا هذا المقدم كذب كان حيوانا كان الانسان حيوانا صادقا لأن اللازم جاز ان يكون اعم من الملزم اكتب تحتها خط احمر هادا هو مبدأ سبب الكافيين يعني هنا مبدأ السبب الكافي دخل ملاك هذا الكلام ما هو? انظر لأن اللازم جاز ان يكون اعم من المرزوم يعني التالي قد يكون عمل المرسوم يعني من المقدم فيتسع الى ماذا اه الى السابق المقدم كذب والتالي صادق لانه صادق عام في هذا المثال مثلا كلما كان الانسان حمارا هذه كذبة كيف يولد هذه الصديقة? كان الانسان حيوانا نعم لأن كون الإنسان حيوان اعم من كون الإنسان حمار وان كانت كاذبة لان الحمار جنس ينطوي على انواع متعددة منها الانسان نعم اذن الحيوان في التالي كلما كان الانسان حمارا كان الانسان حيوانا الحيوان يمتد الى الانسان فيكون صادقا مثل هذا التالي كلما كان الانسان حمارا دعك هذه كاذبة. المقدم كذب. كان الانسان حيوان? نعم. الحيوان يسري فيه صدقا ويسري في الحمار صدقا وفي الاسد صدقا. سرايته في المصداق الانساني. صادقة ام كذبة? تقول صادق يا شيخنا. لماذا? لان الحيوان اعم حيوان لان اللازم يعني التالي جاز ان يكون جاز ان يكون ليس في كل الموارد جاز ان يكون اعمى من الملزوم يعني جاز ان يكون المقدم في هذه العلاقة اللزومية ان يكون امنا</w:t>
      </w:r>
    </w:p>
    <w:p>
      <w:r>
        <w:t>جاز ان يكون التالي في القضية اللجومية ان يكون عاملا المقدم نعم يعني الحيوان اعم من الإنسان ومن الحمار ولا يمكن ان تتركب من مقدمة صادقة وتلك كذب مبدأ التناقض نعم مبدأ التناقض يفتي بالزيف اما من يكشف الزيف هو مبدأ سبب الكافي ما معناه كيف الزيف؟ يعني الوجود الوجود الوجود هو الوجود وليس الوجود يعني القضية تؤدي الى ان الوجود متن الواقع وليس بمتن الواقع. لاحظت كيف نعم ولا يمكن ان تتركب من مقدم صادق وتارك مستحيل نعم والا لزم صدق الكاذب وكذب الصادق نعم لان الصادق يلازم الصادق فقط بقانون المسامحة فيصير الصادق كاذبا والكذب اه والكذب صادقا واذا صار السابق كاذبا فالمقدم الذي هو صادق ماذا يكون? يكون كاذبا لقانون المسالخة. فتتخربط كل الاشياء يعني يتخربط النظم المنطقي ويتخربط النظم التحقق لان النظم المنطقي يتعين بامرين. يتعين بالنوم المنطقي وبهذه المعايير المنطقية والعقلية لاحظت كيف؟ نعم ولا يمكن ان تتركب من مقدم صادق يعني واقعي وثاني كذب يعني زيف والا لزم هذا هو الدليل هذا هو هذا والا لازم هذا لسان مبدأ سبب الكافي والا لزم صدقوا الكذب والكذب الصادق نعم اذا ولد الصادق الكاذب يعني الكذب كان في مكان صادق. الكذب صار صادقا والصادق صار كذبا والكذب ترشح عن الصادق للمسالخة يصير الصادق الذي هو التالي كاذبان اجتماع النقيض نعم والا لزم صدق الكذب وكذب الصادق وهذا هو اجتماع النبضين لأن قضية اللزوم انه اذا صدق الملزوم صدق الملزم هذه القاعدة لقانون المسابقة المعلول المترشح من العلة لا يترشح الى المصانخة الا للمسانخة نعم تقول رأيت اليوم عند الخباز استاذ فلسفة هو يرتب الخبز نعم فهنا فيه مغالطة انت لم ترى استاذ الفلسفة رأيت خبازا لنعنوان الفلسفة انتفى هنا صار خبازا يرفض مثلا المسكين استاذ فلسفة يعيش في قرية او في مدينة معزولة ما في لا جامعة ولا كلية ولا اي مؤسسة علمية تحتاج الى المعيشة يحتاج الى ان يعيش مسكين ويروح يشتغل خبازة فانت تقول رأيت استاذ الجامعة يدرس او الدكتور الفلسفة يخبز الخبز? لا مغالطة طبقت عنوان عنوانا على غير مصداقية للمغالطة المغالطة ما هو? هذا المصاحبة بين استاذ الفلسفة والخباز هذه امور يجب ان اه تدققون فيها جيدا نعم لان قضية اللزوم انه اذا صدق الملزوم صدق اللازم هذا هو المنطق الارستي تنائي القيم الان في اه علوم منطقية اخرى متعددة واذا كذب اللازم الكذبة الملزوم طبعا دقق جيدا هنا لان قضية اللزوم انه اذا صدق الملزوم صدق اللازم هذا في النظم المنطقي وفي النظم التحققي واذا كذب اللزم كذب المرزم وهذا فقط في النظم المنطقي يعني اذا كشفنا كذب الملزوم ينتقل ذهننا الى كذبي اه اذا كذب اللازم ينطلق اه ينطلق ذهننا الى كذب الملزوم هذا في النظم المنطقي والنظم المنطقي ليس منفصلا عن الواقع فتجد الواقع هكذا نعم وقس الممكن والمحال على الصادق والكذب وذلك لان المحال يجوز ان يستلزم الممكنة ولا يمكن استلزام الممكن المحال نعم هذا ليس بحثا آآ منطقيا هو اشار اليه صدر متأنه في الاصفار. نعم وذلك لان المحال يجوز ان يستلزم الممكن يعني قد تكون هناك علاقة لزومية بين المحال والممكن لكن ليس من جهة واحدة لان المحال زيف لا ينتمي لا الى الاية الانفسية ولا الاية الافقية والى دائرة الذات المقدسة ولا حتى الدائرة الافتراضية التي هي العدو اذا المحال يسترجم الممكن ليس خصوصيته المحالية او الاستحالية بخصوصية اخرى في البداية والنهاية هذا المطلوب موجود قضى هنا فقط كاصل منطقي الا انها هي اصل فلسفي ما عندها علاقة بالمنطق المنطق فقط يركز على هذا الامر لانه يريد التصديق يريد التصديق القظوي فيستخدموا هذه المباني الفلسفية في دائرته كما استخدم الجنس والفصل والنوع والعرض العام الخاص للتعريف للوصول الى التصور. نعم وذلك لان المحال يجوز ان يستلزم الممكن ولا يمكن استلزام الممكن المحال نعم هنا اذا وصلنا الى الجهاد ابين لكم بعض الامور هذه الامور لا يمكن تهمو الجهات فهم هذه الأمور الا بها نعم المحال زيف لا واقعية له مطلقا والإمكان لا احد لم يدخل في دار الوجود الإمكان لم يدخل في دارة الوجود يعني بالقوة ذات الوجود. ما هي العلاقة بين الممكن المحال الذي هو زيف وهذا بعد لم يدخل الى دار الوجود فهذه امور يجب ان ندرسها في الجهاد وفي الفلسفة نعم تركيب المتصلة الاتفاقية فقال ولا اتفاقية الا عن صادقين نعم اذا الاتفاقية لا تكون من كذبتين نعم او كاذبة وصادقة او صادقة او كاذبة اقول الاتفاقية الاتفاقية ما هي? يعني التواجد في ظرف تواجد في ظرف وهذا التواجد بالنسبة لالف له اسبابه الخاصة بالنسبة لباء له اسباب خاصة ولا علاقة بين الف وباء في نظام العلية والمحلولية ولا في علاقة التظايف. هذا هو الاتفاق هذا هو الاتفاق تخيل استاذ دقيق كلما رن الجرس يفتح باب الدرس كول جيد هذا رن الجرس في دائرته هو سبب في دخول الانسان الى القسم ام ارادة الانسان? وعي الانسان ارادة الانسان فهمه فهمه للمصلحة مصلحة الطلاب ومصلحة نفسه ومصلحة المؤسسة والوطن هذه كلها عوامل خلته يفعل هكذا والا الجرس ما عنده علاقة بهذا الامر نعم هذا الامر الجرس فقط علامة على بداية الحصة نعم لا علاقة له بدخول الاستاذ ولا بخروجه كنظام علي وهاء مع لولي. نعم اقول الاتفاقية تفسر بامرين احدهم التي يحكم فيها باجتماع المقدم والتالي على الصدق من غير ملازمة بينهما يعني ما في علاقة تكوينية بين الف وباء. يمثل كقولنا كلما كان الانسان ناطقا كان الحمار لاحقا ناطقية الانسان ناتجة من نفسه الناطقة فصله الأساس وهو النصر الناطقة. اذا قلت النفس الناطقة نظم تحققي اذا قلت اتكلم بالناطق يعني الفصل ان نظمن المنطقي فأنتم الآن الفتم هذه الطريقة نعم كلما كان الإنسان ناطقا الناطقية من اين جاءت من النفس الناطقة يعني ادراك الكليات سببها الاساس هو النفس الناطقة النص الناطقة من هنا جاءت جاءت من ربها من الهها الذي خلقها. نعم. ما عنده علاقة مع الحمار في شؤوناته. نعم. كان لنا الحمار ناهقا. نعم. يقولون تقول شيخنا العزيز قد تكون هناك علاقة في الخارج يقولون ملك ما اعرف الملك كيف يأكل وماذا يأكل والابهة والغنى والاموال والحشم والامر والنهي كان في الصيد مع مجموعة فتاه ان تهفى الاكل انتهى الاكل فامر الجنود ان يبحثوا عن شيء لم يجدوا شيئا وجدوه فقط الحمار كيما غرام يرعى مسكين  رجعوا قال لهم الملك ماذا وجدت تنمود بالجوع يقول وجدنا حمارا فقال جيبوه ما تسموه نعم جيبوه وما تسموه. اذا في علاقة هنا تكوينية بين الحمار والانسان ولكن ليس في بعده الانساني وفي بعده الوجودي. وانما الحمار هنا غذاء وليس الحمار بما هو حمار. الغذاء لا يفرق عن الارنب. من يأكل الارنب ولا الدجاج من ياكل الدجاج والخروف من يأكل الخروف</w:t>
      </w:r>
    </w:p>
    <w:p>
      <w:r>
        <w:t>من هذا? نعم في حلاقة اعدادية لبقاء هذا البدن نعم. اما في ناهقية الحمار كون الحمار ناهقا عنده علاقة بالغذاء. ثم عنده علاقة بالفصل. هناك علاقة بالمادة فاطنة. نعم. كلما كان الانسان ناطقا كان الحمار ناهقا. الاولى صحيحة. لها سببها وهو النص الناطقة الثاني هو صحيحة الحمار ناهقا سببه هو النفس الحمارية. والثانية التي يحكم فيها بصدق الثاني مطلقا. سواء كان المقدم صادقا كهذا المثال او كاذبا كقولنا كلما كان آآ اللي خلقه موجودا اه فالانسان ناطق بل الانسان ناطق صحيح لكن ما دخل اه موجودين في الخلاء بناطقه في الانسان ما فيه لزوم علي ومعلول ولا حتى تضايوف. فهذه اتفاقية اتفاقية. معنى الخلاء الفلسفي غير موجود ولان الخلاء في الفيزياء له جهود. موجود ما معناه? موجود يعني الخلاء متعين بطريقة العدم? لا يعني خلو الفضاء من مفردات ذرية من مفردات مادية. بحث عميق جدا نعم انا رأيت مقالة قرأت منها اللي الدكتور علي عريجاني الذي كان رئيس المجلس في آآ الجمهورية الاسلامية لأنه هو متخصص في الرياضيات تعتقد ودراسة في امريكا رأيت مقال واسعا يثبت انه الخلاء حقيقة وليس وهما كما كان يدعي القدماء. لكن نحو وجود هذا بحث نعم كلما كان الخلاء موجودا فالانسان ناطق الانسان ناطق ناطق علته هي نفسه ناطقة ما عندها ما عنده علاقة بموجودية الخلاء. اذا هذا اتفاق يعني مصاحبة مصاحبة ليس بين اطرافها علية وعملولية ولا تظايف والاول اخص من الثاني يعني يعني المقدم صادق والثاني صادق. يعني هو قال تفسر بأمرين احدهم احدهما التي يحكم فيها باجتماع المقدم والتالي على الصدق من غير ملازمة بينهما. يعني كلاهما صادق الى ان الملازمة بينهما يعني ما فيها رابط التكويني قال كلما كان الانسان ناطقا نعم صحيح الى النفس الناطقة تولد الادراك الكليات كان الحمار لاحقا صحيحا لكن ما في ربط تكويني نعم اما هذه الثانية والثانية التي التي يحكم بها فيها بصدق التالي مطلقا سواء كان المقدم صادقا كهذا المثال او كذب كقولنا كلما كان الخلاء موجودا وهي باطلة عند الفلاسفة القدماء فالانسان ناطق وهي صادقة والاول اخص من الثاني وهي المستعملة في هذا الكتاب. ولا يمكن ان تصدق الا عن صادقتين نعم لا تصدق من كذبتين او واحد كاذب والثاني صادق. واذا عرفت ما تركبت منه الصادقة فالكذب ما يتركب من مقابا لاتها. نعم الصادقة متركبة من مقدم سابق وتاني صادق وان لم يكن بينهما ربط التكوين نعم يقول هذه هي المستخدمة في في هذا الكتاب. واذا عرفت ما تركب منه الصادقة فالكذب ما يتركب من مقابلة يعني المقدم كذب. والتالي كذب وليس بينهما ربط تكويني ولا تظايف اقسام او المنفصلة الحقيقية ومنعت الجمع ومانعة الخلو هذه من اروع المسائل في المنطق وتسري على لسان علمائنا الاجلاء كثيرة خصوصا في الفقه والاصول والكلام. مانعة الجمع. هنا على نحو مانعة الجمع. هنا على نحو مانعة الخلو. نعم. انتهى الدرس. اشير اليكم الى الى قصة عشتها انا شخصيا كنا اكملنا شرح الاشارات منطق الاشارات اكملناه بتمامه عميق لانه فيه شرح المحقق التونسي اسطول من اساطير المنطق عبقري من عباقرة المنطق والفخر الرازي وقود كراسي والأستاذ في اضاءته الجميلة. يعني انت تتعامل مع ابن سينا اولا وتعرف انت من هو ابن سينا في المنطق ثم المحقق التونسي كشارع ثم الفخ الرازي كمشكل مستشكل او مبين لبعض الحيثيات والقطب الرازي والاستاذ. يعني انت تتعامل مع خمس شخصيات كبيرة فيكون تكوينك المنطقي حتما قويا. مثل الان ان نتعامل مع شخصيتين كبيرتين. المحقق التونسي والعلام الحلي. والعبد الفقير والعبد الفقير يبين فقط ما عندوشي مسكين دخلت المسجد الأعظم تيقوم المقدسة المسجد الأعظم مجاور للسيدة المعصومة دخلت هناك كان عندي موعد آآ عندي موعد مع صديق مع صديق ايراني فدخلت الدرس وجدت الشيخ وحيد الخرساني يبين القضية الحقيقية والقضية الخارجية والقضية الذهنية فرأيت الطلاب كلهم شبه اه ساجدون ويقررون الدرس بعد الدرس التفت الى صديقي هذا الايراني هذه هي غايتي ان التقي به ما كان عندي علاقة بالدرس فقلت له سمو الشيخ محسن قلت له الشيخ محسن انتم تتعلمون تتعلمون القضايا الحقيقية والخارجية والذهنية. وهذا كذلك القضية الحقيقية ومنعت الجمع ومناعة الخلو في درس خارج هو التفت الى الاشكال فقال لماذا نفعل ها بالفارسية عيب ان الطالب يتعلم هذه الامور في الدرس الخارجي في درس خارج ماذا يفعل? يعني هو هضم هذه المسائل وضابطها بقوة. ثم يرى الاستاذ الكبير في درس خارج اصول او الفقه او في الفلسفة او غير في الحقول الاخرى كيف يطبقها كيف يقارب المسألة الاصولية او الفقهية او الكلامية او الفلسفية على ضوء هذه القواعد المنطقية? هناك تزداد قوته العلمية والمنطقية ام انه يتعلم المنطق في درس خارج فهذا عيب كبير قبيح. نعم. اقسام المنفق اصيلة الحقيقية يأتي ان شاء الله.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