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 على محمد وآل محمد اللهم ارزقنا التوفيق والاخلاص وصلنا معكم الى هذه الفقرة اقسام المنفصلة القسمة الأول الحقيقية يعني القضية الشرطية المنفصلة الحقيقية التي اطرافها تدور بين النفس والانس والاثبات يعني التعاند بين الناس والاثبات لا يجتمعان ولا يرتفعان قال ومن المنفصلة حقيقية تمنع الجمع والخلو لا يجتمعان ولا يرتفعان كما مر وتتألف عما في قوة طرفي النقف المحقق التونسي في الاشارات يعطي الضابط لاستخراج الحقيقية ومانعة الجامع ومانعت الخلو يقول صور انت في خيالك هذا التركيب سين اما الف او باء دعك من سين خليه والمقدم او ما يشبه المقدم في المتصلة فتقول سين اما الف او اللا الف تنزع باء وتضع في مكانه نقيض الف وتصير القضية هكذا سين اما الف واما لا الف ثم تقيس الالف ايلا ب الذي حذفته اذا كان التساوي فالقضية حقيقية ثم فيه الأعم وفيه الأخص الأعم ما معناه يعني يمكن ان يتسع الاطراف الى شيء اخر نعم فهذه هي منعت الجمع يمكن ان يرتفع الى بعد ثالث اذا كان النقيض الف باء اخص من باء يعني ضيق المسألة منعت الخلق اقول قد بينا ان المنفصلة المنفصلة قسم من قضية شرطية لان القضية الشرطية اما متصلة واما منفصلة هي التي يعرفها يحكم فيها بالمعاندة بين القضيتين نعم العدد اما زوج واما فرد ولما كانت اقسام المعاندة ثلاثة اي للمعاندة اما في طرف الوجود خاصة او العدم خاصة او فيهما معا. كانت اقسام المنفصلة ثلاثة وجود يعني التواجد عدم التواجد والارتفاع احدهما التي يحكم فيها بالمعاندة بين طرفيها في الصدق والكذب معا بالصدق يعني لا يجتمعان نفس الأمر يتسع لألف فقط لا يتسع لباء والكذب معا يعني بالرفع يرتفع واحد فقط على معنى انه لا يمكن اجتماع طرفيه على الصدق وعلى الكذب يعني في دائرة الصدق نفس الامر يتسع لدائرة واحدة فقط بقضية واحدة بالكذب يعني الرفع يتسع لواحدة فقط تقاو لينا العدد اما زوج او له زوج وفي الاصل كان هكذا العدد اما زوج واما فرض نحن الفرج وضع لا الف لا زوج اذا كان التساوي القضية حقيقية لا زوج ولا فرد نعم وتسمى الحقيقية. اذا الحقيقية هي القضية التي لا يجتمعان فيها ولا يرتفعان اذا تحدثنا عن القضيتين يعني الزوجية والفردية كالمثال نعم وهي المانعة للجمع والخلو لا يجتمعان ولا تخلو منهم القضية يبقى يبقى واحد لان الشيء اي الضابطة التي ذكرها المحقق التونسي في شرح الاشارات جاء بها العلامة الحلي لان الشيء يعني الف ونقي يعني لا الف لا يمكن اجتماعهما في الوجود والعدم قلت لكم ان القواعد المنطقية عقلية سرمدية هي تخصيص تخصيص ما معناه يعني سريان القضايا العقلية السرمدية في دوائر خاصة اقول تطبيق للقواعد المعيارية السرمدية وانا وعدتكم الاتي بها وساتي بها ان شاء الله عن قريب لان الشيء ونقيضه يعني الف ونقيضه لا الف لا يمكن اجتماعهما في الوجود والعدم نعم وكذا الشيء ومساوي ناقضه نعم قلنا اما تقول الزوج او لا زوج او تقول الزوج والعدد العدد هو الذي يساوي لا زوج لماذا ما هو السر يأتي دليل عقلي يعني مبدأ السبب الكافي. الاستلزام وجود احد المتساويين ووجود المساوي الاخر نعم نعم واستلزام عدمه عدمه جيد هذه الضابطة واضحة جدا تأتي الى والقسم الثاني المعاند اقول العدد اما الف او باء من زعبات جيب لها الف اذا كان لا الف يساوي باء قضية حقيقية يعني الف وباء لا يجتمعان ولا يرتفع لا تجد في الوجود الف وباء ولا تجد الوجود خالي منا خالي من الف وباء. هذا يلحق قيم اما الاعم من النقيض الأعم من النقيض يعني اذا قلنا لا الف وباكا اعم يعني النقيض اخص فانه يمنع الجمع بين الشيء وبينه مناعة الجمع لأن النقيض اخص ضيق والاخص لا يمنع من الخلو عن الشيء وعنه فتعين تركيبها مما قلناه منعت الجمع قال ومنها ما يمنع الجمع فقط  كيف يعني اذا كان الف لا يكون باء والارتفاع هنا السكوت قد يرتفعان ومنها ما يمنع الجمع فقط فقط يعني يمكن ان يرى كقولنا هذا الشخص اما حجر او شجر اذا هذا الشخص لا يكون حجرا في نفس الامر وفي القاء في الواقع وشجرة. هذا مستحيل مانعة الجمع اما هذا الشخص قد يكون ماذا قد يكون حمار قد يكونوا اه ملكا قد يكون جنا. قد يكون انسانا لا حجر ولا شجر اذا يختفي الحجر والشجر في الانسان هذا هو الارتفاع ويحدث من تخصيص احد الطرفين اقول الشخص اما حجر او لا حجر نعم الا حجر بالنسبة الى الشجر عم نعم اعم ما معنى? يعني يمكن ان تكون هناك مصادق اخرى يتجلى فيها شخص لا يكون حجرا ولا يكون شجرا نعم اقول هذا هو القسم الثاني من اقسام المنفصلة بعدما اتممنا الحقيقة وهي التي يحكم فيها بامتناع اجتماع جزئي على الصدق خاصة لما معناه يعني بالنسبة الى الارتفاع سكوت ما معنى عليه قد نجد دائرة في نفس الامر لا يكون فيها لا الف ولا باء. جميل وتسمى مانعة الجمع من حيث المصطلح يعني تمنع جمع الف وباء في دائرة واحدة في الوجود كقولنا هذا الشيء واما حجر او شجر فانه يستحيل اجتماع على الصدق في دائرة الواقع. لا يمكن ان يكون الشيء شجرا وحجرا ويمكن كذبهما يعني يمكن ان يخلو الوجود من الشجر والبقر في الانسان في الملك في الجن فالتعاند بين جزئيها يعني الف وباء انما هو في الصدق خاصة فاذا وجد الف لا ينوجد باء. اذا وجد باء لا ينوجد الف قد يخلو الأمر منهما نعم وهي مؤلفة من الشيء والاخص من نقيضه النقيض عام اذا كان النقيض عام فيمكن ان نجد دائرة اخرى ينوجد فيها الشيء نعم يمكن هذا هو السر لان نقي ذا الحجر في قولنا في المثال. هذا الشيء اما حجر او شجر ناقض ما هو? لا حجر وهو لا حجر والشجر اخص منه يعني النقيض اعم فاذا حذف الحجر واورد بدني الشجر كانت مانعة الجام وكذا نقي ظهو الشجر هو اللا شجر والحجر اخص منه فاذا حذف اورد بدله حدثت المنفصلة المذكورة اما في الرفع لا يرتفعا لماذا? لان النقيض اعم النقيض دائرة عام يشمل باوش من غير باب وانما منعت الجمع خاصة لاستحالة اجتماع الشي مع ما هو اخص من نقيضه نعم  لان بالاخص ولا يجتمع مع النقيض فكل ما يندرج تحت النقيض نعم. اما النقيض اذا كان يعني كل ما كان اخص من النقيض قصدي</w:t>
      </w:r>
    </w:p>
    <w:p>
      <w:r>
        <w:t>اما اذا كانت بالاخص دائرة عام لا لان وجود الخس يستلزمه وجود العام. نعم ولما جاز ارتفاع الشيء مع ما هو اخص من نقيضه ولا يلزم منه رفع النقيض لم يمنع الخلو يعني يمكن ان يكون الوجود خاليا من الشجر وال حجر في هذا الشخص ما معنى هذا الشخص يكون ملكا يكون انسانا يكون جنا يكون الله فانت حر اين تضحوا ما دام النقيض اعم. اذا عندنا الف ونقف الف واللا الف اذا تساوى مع باء حقيقية اذا كان النقيض اعم منعت الجمع. اذا كان اخص منعت الخلو اقسام المنفصلة ثلاثة مانعة الخلو قال او يمنع الخلوف قط  يمنع الخلو فقط كقولنا زيد اما في الماء في مانعة الجمم ممنوع الخلو ليس بممنوع في منعة الخلولة. الخلو ممنوع يعني يجب ان يكون في الوجود طرف من الاطراف قال واو يمنع الخلو فقط كقولنا زيد اما في الماء واما غير غريق. هذا هو المثل الوحيد عجيب وغريب يتشبث به المنطقيون كلهم ويحدث من تعميمه نعم لان اخص فما يكون احب اقول هذا القسم الثالث من اقسام المنفصلة وهو المسمى بمانعة الخلوء كقولنا زيد اما في الماء واما ان لا يغرق طبق القاعدة تقول هكذا زيدون اما في الماء واما لا في الماء لا في الماء لا في الما واما ان لا يغرق من الاعم لا في الما اه اخص ان لفي الماء يكون في البر واما ان لا يغرق لا لا يغرق قد يحسن السباحة لا يغرق وهو في الماء ولا يغرق وهو في البر من باب السالفة بإنتهاء الموضوع فانه يستحيل ارتفاعهما يعني لا يخلو الوجود من احدهما. ويمكن اجتماعهما بان يكونا في الماء ولا يغرق نعم الأول كان مانعة الجمع ويمكن ان يرتفع وهذا بالعكس لا يمكن ان يجتمع اما ان الوجود يخلو من منهما كلا ومطلقا له نعم هذه القواعد يعني مانعة الخلو والجمع والحقيقة حقيقية تأتي بالممارسة ممارسة بعد انسان يتعمق فيها بدون ممارسة لا المنطقة واعد معيارية الان الانسان اه مكلف بالالتزام بها في الفكر كما انه مكلف بالالتزام بالمعايير الاخلاقية الممارسة هي التي تشعرك جمال ولذة هذه القواعد زيد اما في الماء واما الا غرق. العقل يقول قد يكون في الماء ولا يغرق يحسن السباحة اذا يمكن ان يجتمع يجتمعان وما في مشكل لكن لا يرتفعن زيد اما في الماء واما لا يغرق يعني فيه في الما وفيه البر طاحت من زايد يكون في الماء وفي البر بعض الظرفاء يقولون في الهواء شيخنا ليس في البر لا في البر يعني خارج الماء حتى في الهواء فانه يستحيل ارتفاعهما ويمكن اجتماعهما بان يكونا في الماء ولا يغرق يعني يحسن السباحة فالتعاند بين الجزئية انما هو في الكذب. يعني لا يرتفعان لا غير وليس في الاجتماع الاجتماعي يمكن وهي مؤلفة من الشيء وهو ما وما هو اعم من ناقضه اعمق يعني بأعم من النقيض النقيض اخص لان نقيض الكون في الماء هو عدم الكون في الماء نعم عدم الكون في الماء يعني في البر وعدم الغرق اهم من عدم الكون في الماء لصدقه معه يعني في الماء ولا يغرق وبدونه يعني في البر. فاذا حذف الا كون في الماء واورد بدا اورد بدله عدم الغلق حدثت مانعة الخلو وكذا نقيض عدم الغرق وهو الغرق والكون في المائة اعم من الغرق يعني يمكن ان يسبح يحسن السباحة ولا يغرق فاذا حذف الخاص اورد بدله العام حدثت المنفصل المذكورة نعم ادعو سره وممجد طلاقه مبنى التناقض وانما منعت الخلق خاصة لاستحالة الخلو عن الشيء وما هو اعم من ناقضه نعم لا يمكن لان الشيء والعامي الناقضي وكل دار الوجود لا يمكن ان يخرج شخص من دار الوجود لاستلزام رفع العام رفع خاص ارفع الحيوان يرفع الانسان ولما جاز وجود العام بدون وجود الخاص قد يكون الحيوان في الحمار والانسان الخاص لا ياكل ولما جاز وجود عام بدون وجود خاص جاز وجود الطرفين وصدقهما صدقهما معا ولم يلزم منه اجتماع النقيضين. نعم هذا هو نعم في المعايير العقلية كما سابين ان شاء الله اه عندنا اه قاعدة اساسيتان القاعدة الاولى والاساسية هي مبدأ السبب الكافي يبحث عن ملاكات تعين الهوية تعيننا الذي يعطي هذا التعين قضية من القضايا  يبحث عن الملاكي اذا لم يجد الملاك او وجد الملاك لا ينسجم مع التعين يعني هذا التعين زيف القضية تكون باطلة فمبدأ التراكمي في الاخ خالد تأتي ان شاء الله في بحث القواعد المعيارية. في منعت الخلو منعت الجمع الحقيقية مبدأ التناقض يقول في الحقيقة يعني يدور الامر بين الف ولا الف تقول الشيء واما الف او باء. باء هنا يساوي لا الف فكأنك قلت شيء واما الف ولا الف الف لا الف الف دار الوجود الف ورفع دار الوجود فالشخص اين يكون؟ في شقف ثالث دار الوجود بتمامها رفع دار الوجود بتمامها. في شق ثالث ما في وهادي هي الحقيقية في منعت الجمع تقول اه شخص اما الف او اللا الف هذا اللا الف اوسع دائرة من باء اوسع دائرة من باب. يعني عندنا الوجود والعدم في مقابل طرف من الوجود فقط في طرف لا مفتوح بالنسبة لي الشخص او الشيء فيستقر في يعني هم لا يجتمعان يعني الوجود مع العدم لا يجتمعان دائرة الوجود ودارس العدن فيه تناقض في دائرة اخرى يمكن ان يتسع لها الشيء و يرفع هناك اذا مانعة الجمع ولكن قد يرتفعان في دائرة اخرى. يعني الشيء يستقر في دائرة لا الوجود المقابل لذلك العدم ولا لعدم المقابل ذلك الوجود يعني الوجود له دائرة اوسع مما يقابله من عدم مرة منعت الخلو  وجود وعدم. ذات الوجود في مقابل دار تلعب عدم نعم يرتفع عن الشيء يرتفع الى شيء اخر لا في دائرة اخرى داخل الوجود داك الوجود الذي يقع في مقابل عدم. دائرة في داخله كذلك لا يجتمعان لا لا يرتفعان لان شي ما عنده دائرة اخرى اما في الوجود او الداخل هذه الدائرة او العذاب نعم لكن يمكن ان آآ ينوجد في دائرة الوجود داخل الوجود وفي الوجود. ها هو يج اه يمكن ان جميعا ولا يمكن ان يرتفعان تلازم الشرطيات تلازم الشرطيات نعم نعم حتى نصل الى القضية المعتولة والمحصلة يعني نعود مرة ثانية الى القضية الحملية قال ويتلازم كل متصلتين دقق جيد يعني عندنا متصلة تقول اذا كان الف كان باء نعم ويتلازم ويتلازم كل متصلتين كم متصلة عندنا متصلة مقدمهما واحد وتلهما طرفي النقيض اذا كان الف كنبة ثانية ماذا? اذا كان الف كان لا باء نعم وهما مختلفان بالايجابي والسلبي نعم هذه كذلك قاعدة اجتماع الناقضين ومبدأ السبب الكافي جيد يعني اذا قلنا</w:t>
      </w:r>
    </w:p>
    <w:p>
      <w:r>
        <w:t>اذا كان الف كناب اذا استقرينا في باب يعني ترتب على وجود الف باء حتما اجتماع النقيض ماذا يقول? يقول لا بلى يكون اذا اذا كان الف لا يكون لا باء واضحة جدا اجتماع الناقضية هي التي تولد هذا اللازم اذا طلعت الشمس فالنهار موجود نقيض النهار موجود يعني الظلمة الليل موجود. تقول اذا طلعت الشمس فالليل غير موجود مبدأ التناقض مبدأ التناقض واضحة جدا اذا رفعت مبدأ التناقض تختل ايه اللي مسألة ويتلازم كل متصلتين. يعني عندنا قضيتان متصلتان تشترك في المقدم. مقدمهما واحد يعني الف تقول اذا كان الف اذا كان الف جيد الأولماء اذا كان الف كان باء حتما تلازم اذا كان الف  لا يكون لا باء وتلهما طرفي النقيض. يعني الاولى تقول باء والثانية لا باء وهما مختلفان بالايجاب والسلب. نعم. تقول اذا طلعت الشمس فالنهار موجود. ليست اذا طلعت الشمس فالليل موجود واضحة جدا لان السلب والايجاب وجود العدم اقول ذهب قدماء المنطقيين الى ان كل متصلتين توافقتا في المقدم والكم طبعا الكم بنحو الموجبة وتخالفت في الكيف يعني السلب والايجاب وتناقضت في التالي. يعني الاولى تعطيه كالي باء والثانية تعطي التالي لا باء هذا الشرط تلازمتا وتعاكستا يعني اذا قلت اذا طلعت الشمس فالنهار موجود رتب عليها قضية اخرى وتكون صادقة. اذا طلعت الشمس فالليل موجود يعني ليس اذا ليس اذا طلعت الشمس فالليل موجود تقول هكذا اذا طلعت الشمس  ليس الليل موجود مثاله اذا نعم اذا صدق كلما كان الف فجمدا في المنطقة الحديث لا يعقدون المسألة. يقولون كلما كان الف انا جيم انتهى الامر تخف على الخيال المسألة اما اذا قلت كلما كان الف باء يعني طاء الشمس طالعة النهار موجود صدقة ليس البتة مطلقا اذا كان الف باء فليس جمدا نعم ليس البتة اذا كان الاذباء فليس يجي مدار بالعكس فهاتان متصلتان مقدمها واحد وهو الف باء يعني طلوع الشمس وتاليهما طرف النقيض يعني وجود النهار وعدم وجود النهار لان التالي موجب جمد وتالي السالبة ليس جمدان وهما طرفي النقيض وهما اعني متصلتين مختلفتان بالايجاب والسلب نعم هذا سره مبنى التناقض مبدأ التناقض والعرف يعيش هذا التلازم تي حياته لان الانسان يعيش بالمنطق مرة يدري بهذه القواعد فيكون منطقيا في السلوك ومنطقيا في الفكر. مرة لا يكون منطقيا في السلوك فقط نعم. انت تريد تزور صديقك زيارة ظرورية تتصل بالتليفون زوجته الكريمة ترد عليك نعم فلان موجود تقول لك لا ليس بموجود تذهب انت? لا تذهب نعم ولانه في السوق او مسافر نعم هذه هي تطبيق لهذه القاعدة نعم ليس موجود في البيت لا ينسجم مع موجود في البيت نعم اذا كان زيد ليس في البيت يعني اسافرا او في السوق وكذا. نعم فتطبق هذه القضايا لان ذهنك مبني في عالم التكوين وعالم الاسباب والمسببات على مبنى التناقض. نعم قالوا لانه لولا صدق السلب على تقدير صدق الموجب لصديق ناقضها نعم مم واستلزم للناقضين وهو محال. انظر حتى هذه المحاولة من العلامة الحلي فيها تكلف يعني يريد يستدل على اجتماع الناقضين محال لانه لولا صدق السليم على تقدير الصدق الموجبة لصدقة نقيضها نعم لولا صدق السالبة يعني لنفرض انها سالبة صادقة على تقدير صدق الموجبة نعم يعني السالبة صادقة والموجبة صادقة اجتماع ناقضا لصدق نقيضها نعم واستلزم الاثم الناقضين وهو محال يعني تدليل على مبنى التناقض فيه تكلف وهو محال. ولولا الصدق الموجب على تقدير الصدق السالبة لصدق نقيضها فيكون الف باء غير مستلزم لشيء من نقيض وهو محال والمتأخرون منعوا من الاستلزامين ودلائل الاوائل ضعيف يعني الاوائل ما ادري هنا فلاسفة او يريد بهم المتقدمين لجواز استلزام المقدم الواحد للنقيضين وجواز عدم استلزام الشيء الواحد لكل واحد من ناقض وهو الحق  بنسينا في كتاب الشفاء القياس صفحة تلتمية تنين وستين تلتمية وتمنية وستين اي نعم جاء بهذا استدلال نعم انتهى الوقت ان شاء الله نكمل الجنازة في الحصة الاتية. واللهم صل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