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قال ويشترط في اللزومية ويشترط في اللزومية تعلق الايجابي والسلب باللزوم وفي السالبة الاتفاقية صدق المقدم. هنا يدخل في الشروط قبل الدخول في هذا هذا النص نعود الى تلازم الشرطيات القدماء يقولون ان الف يستدعي فقط  طرفا نقيفا لا يستدعي النقيضين يعني اذا كان الف ولا دبا لا يولد الاباء. اجتماعا النقظي المتأخرون اشكلوا عليهم لان الشرطية المتصلة  بمصاحبة بين المقدم والتالي والمصاحبة على قسمين مصاحبة اللزومية داخلة في بنظام الاسباب ومسببات لان هذه القضايا هي تكاية عن واقعية الخارجية وهذه الواقعيات الخارجية هي نظام تكوين. فعندنا نظام الاسباب والمسببات هذه النوع من المصاحبة وفي مصاحبة اتفاقية نعم تقول اذا طلعت الشمس تناول زيد فطوره في نظام الوجود عند طلوع الشمس في نظام الوجود عندنا تناول اه تناول زيد لفطوره ثم تبحث هلثي علاقة سببية مو سببية بين طلوع الشمس وتناول الافطار من زيت اقول لا اتفاقية. اذا المصاحبة اما مصاحبة لزومية تنتمي الى نظام الاسباب والمسببات. واما اتفاقية اذا الاتفاقية كيف اتفاقية لا قد يلزم الناقضين تقول اذا طلعت الشمس آآ تناول زيد اطوره اذا طلعت الشمس لم يتناول زيد فطوره يمكن او لا يمكن تقول نعم يمكن شيخ خلاص يعني تنسجم مع الاثنين ولا يتسبب هناك احراج مطلقا اذا في الاتفاقية هذا القانون لا يجري يجري فقط في اللجومية ولهذا اه صاحب المطالع اشكل على المتقدمين بالقضايا. اما القضايا اللزومية تقول كيف يا شيخ نعم تستطيع ان تقول اذا طلعت الشمس النهار موجود صحيح اذا طلعت الشمس فالنهار ليس بموجود صحيح لا يمكن لماذا? لان طلوع الشمس علة تواجد النهار اذا اذا بنينا على المصاحبة العامة التي تشمل نظام الاسباب والمسببات وتشمل الاتفاقية فالقاعدة ليست كلية. اما اذا بقينا فقط في نظام الاسباب والمسببات نعم فالقضية صحيحة اللزوم تعاكس قال ويشترط في اللزومية ليس في الاتفاقية يعني لزومية التي تكون اما في ذلك الاسباب والمسببات او في التظايف ويشترط في اللزومية تعلق الايجاب والسلبي باللزوم وفي السالبة الاتفاقية صدق المقدم. خلينا من الاتفاقية نركز فقط اه عن اللجومية  اللزوم ما عندها علاقة بالاطراف عنده علاقة بالاتصال نعم هناك اللزوم يعني الظرورة تنصب على ماذا? على الاتصال وليس على الطرفين نعم واضحة جدا وفي السالبة الاتفاقية صدق المقدم ويشترط في الصليب الاتفاقية يعني المقدم التاني ليس بينهما لا تظايف ولا علية ومعنوية هذا يشترط السالبة منها ليس في الموجبة السالبة فقط اذا استلبنا آآ صدق المقدم. المقدم يجب ان يكون صادقة نشوف الان الشرح اقول يشترط في التلازم المذكور من الطرفين يعني المقدم التالي في اللجومية يعني اما في نظام الاسباب والمسببات العلية والمعلولية او التظايف وان كان التظايف تحصيل حاصل يدخلوه. نعم اذا كان هذا الشخص ابا لفلان ففلان حتما يكون ابنا له بالظرورة والقطع واليقين الا ان هذا اه تحصيل لي الحاصل نعم. يشترط في التلازم المذكور من الطرفين في اللجومية تعلق الايجاب بالسلبي باللزوم. يعني اذا جئنا بقضية اتصالية لزومية موجبة الإيجاب يتعلق باللزوم. يعني بالإتصال هذا اتصال العلي والمعرولي او الإضافي والمضافي بمعنى ان المتصلة يعني الشرطية المتصلة. الموجبة نعم ليست سالبة تستلزم سالبة اللزوم نعم تستلزم سالبة اللزوم. يعني اذا كنا في قضية شرطية متصلة اه لزومية اذا كانت هي صادقة فالسالبة سالبة اللزوم تكون كاذبة  اذا قلنا اذا طلعت الشمس فالنهار موجود اذا انت ركز على التوقف ليس على الطرفين اذا طلعت الشمس فالنهار موجود اذا اذا طلعت الشمس ليس اذا طلعت الشمس في النهار موجودة هذه كذبة نعم هذه كذبة. نعم تستلزم سالبة اللزوم. تستلزمها نعم وان نستبني على ذلك مبني على ذلك نعم  اه ابن كسول ابوه في الله نشط يصلي الصبح ثم آآ يتناول الفطور فطور يعني فيوج بيقول المشارقة ثم يتكل على الله يذهب الى البستان وعنده ابن كسول ينام فامو تقول والدك في البستان يقول لها لا مازال الليل. انظر انظر من الشباك فهو ينظر الى الشباك يجد الظياء منتشر منتشرا قضية انه مازال الليلة دي كاذبة. لاحظت كيف اذا الظياء الذي يعاين يبطل مقولته لا زال الليل لان التلازم تلازم اذا كان الظياء فعدم الظياء يلازمه ولا يكون. نعم. ولهذا يقول تستلزم سالبة اللزوم لا لازمة السلب لا عندها علاقة بالاتصال وليس بالسلب نعم بالاتصال يعني انت عندك الف وباء بينهما اتصال سببي وسببي اه حتى اتفاق تضايقي ركز على داك ذاك يكون هذا الاتصال ناقضه لا يكون نقظه يكون هو لا يكون هذا هو ما عندك علاقة بادوات السلب لا لازمة السلب اذا اتفقتا في المقدم والكم طبعا هذا الشرط مقدم واحد اذا طلعت شمس اذا طلعت شمس واختلفتا في الكيف يعني السلب والايجاب وتناقضتا في التالي. التالي طلوع الشمس وجود النهار وعدم وجود النار هذه الامور قلت لكم بالممارسة ترسخ في الدين اكثر بالبيان الصوري والتجردي يبقى الذهن اه مبهما او المسألة تبقى بالنسبة له مبهم ويشترط في السالبة الاتفاقية صدق المقدم يعني اذا قلت اذا كان الف باء فالف يجب ان يكون صادقا. لان السالب الاتفاقية قد تصدق عن مقدم كذب وتالي صادق او كاذب. اتفاقية والموجب الاتفاقية انما تصدق عن الصادقين  واذا صدقت السالبة عن مقدم كذب لم يكن صدق الموجبة المناقضة لها بالتالي المخالفة في فلابد من اشتراط الصدق المقدم في السالب ليتم اللزوم. نعم وانا في تصوري في تصوري في نظام الاسباب والمسببات هو مبنى التناقض  في نظام الاتفاقيات خارج دائرة الاسباب والمسببات حاكمية مبنى التناقض لا تكون نعم ما دام اذا طلعت الشمس تناول زيد فطوره اتفاقية اتفاقية قضية صادقة تناول زيد فطوره معنى علاقة علية ومعلولية بين الا  بين المقدم والتالي هادي هي الاتفاقية. ولهذا يقول يشترط في اللزوم التعلق الايجابي بسلب اللزوم يعني بالاتصال يصلي علي والمحلولي او الاضافي نعم وفي السالبة الاتفاقية السالبة مع السالبة تقول ليس اذا طلعت الشمس فزيد يتناول فطوره صدق المقدم يعني طلوع الشمس تكون صادقة. نعم وهذا الشرط لا حاجة اليه نعم شرط يعني سليمة الاتفاقية في صدق المقدم نعم لماذا العلامة الحلي? يقول لان التقدير ان التالي فيهما طرف النقيض وبقي السلب متوجه الى سلب اللزوم نعم انا في تصوري صحيح. يعني اذا طلعت الشمس تناول زيد اثوره او لم يتناول زيت فطورهما عنده علاقة بصدق صدق المقدم انما فيه محلولية حتى لو كذب نعم يعني تقول انت اذا طلعت الشمس تناول زيت فطوره وهو لم تطلع الشمس يعني كانت المسألة كاذبة. كنا في الظلمة قد يتناول زيت فطوره وقد لا يتناول زيت</w:t>
      </w:r>
    </w:p>
    <w:p>
      <w:r>
        <w:t>وهذا الشرط لا حاجة اليه لان التقدير ان التالي التالي يعني تناول زيت فطوره فيهما نعم او عدم تناول فطوره فيهما يعني في طرف النقيض  فيهما طرف النقيض فبقي السلب متوجها الى سلب اللزوم واما مقدم السالبة الاتفاقية فانه بعينه مقدم موجبتها نعم تقول اذا طلعت الشمس تناول زيد فطوره اذا طلعت الشمس لم يتناول زيت فطوره لان التقدير اتحازهما. فيكون صادقا قطعا. نعم واما مقدم السالبة الاتفاقية في عينه بعينه مقدم موجباتها تقول ليست الشمس اذا طلعت تناول زيت فطور نعم اذا طلعت الشمس تناول زيت فطوره كلاهما يتأتى لماذا? لان اه ما فيه علاقة حتمية بين الطرفين. ولهذا يقول واما مقدم السالبة لاتفاقية يعني الاتفاقية التي بين المقدم والتاني ما في علاقة عليه ومع الولية او التضايف فانه واما مقدم السالب الاتفاقية تقول ليست اذا طلعت الشمس تناول زيد فطوره فانه بعينه مقدم موجباتها موجباتها اذا طلعت الشمس تتناول زيد او تناول زيد فطوره. لان التقدير اتحادهما اتحاد المقدم والتالي فقط الاولى بالايجاب والثانية بالسلب او الاولى بالسلب والثانية بالاجابة فيكون صادقا قطعا. نعم  اللي انا فيه في تصوري لو رتبوا المسألة هكذا اللزوم العلة والمعلولة في التظايف وفي الاتفاق. تكون المسألة واضحة جدا. لا تعالجون مسألة واحدة مدمجة هكذا. لا يمكن لا يمكن للطالب ان يفهم المسألة. البارحة كنت اطالع كتابا في فلسفة الاخلاق جعل من فرنسا الكتاب نفيس وجميل جدا يبدأ من من سقراط ويصعد الى زمانه فمبنى سقراط وافلاطون ان ملاك الاخلاقيات هو العلم اشكلوا عليهم ان ملاك الاخلاقية ليس العلم نعم قد يكون الانسان عالما ولا يكون اخلى قيل صاحب الكتاب يقول في ذلك الزمان لم يكن هذا التفكيك بين العقل النظري والعقل العمل لو كان هذا التفكيك لتوجه سقراط وافلاطون الى المسألة. اذا العلوم فن العلوم والتفكيك يأتي العالم ويجد المسألة مبهمة سبب الابهام ما هو? لانها ادغمت ما مسألة في الموضوع فيفكك بين المسألتين فتأتي اللوازم سريعا ويتطور العلوم. تفكيك مهم جدا كما فككنا في فلسفة الاخلاق او علم الكلام بين مقام الثبوت في الحسن والقبح هناك نتحدث بالذاتي في مقام الاثبات نتحدث بالعقل عدم العقل شرعي عقلي ذاتي غير ذاتي هذا التفكيك بين مقام الثبوت والاثبات بقول الحدثيين مقام الأونطلوجية يعني العالم عالم التحقق وهو مقام الثبوت عند الحوزيين ومقام الاثبات يعني مقام يعني المقام المعرفي كثير من النقط الطموحات اتضحت صارت رائعة جدا اذن فن العلوم والتفكيك هنا يعالجون اللزومية التضايفية والاتفاقية بمعيار واحد وهذا خطأ نعم كما اشكل صاحب  اشكالها فيما فيما مر علينا صاحب كتاب المطالع على اه المتقدمين من المنطقيين بان القضية الاتفاقية لا تكون كذلك اللي هو وضعوا لزومية ولا اتفاقية في سلة واحدة طبعا الاحكام تختلف. فكك بين اللزومية والاتفاقية. واعط لكل حقه في تصوري يكون الموضوع نعم آآ جميل اذا اذا قال المتصلة اللزومية تستلزم منفصلتين فهذا في نظام الاسباب والمسببات والتظايف واضح جدا نقول اذا كان الف كان كانك قلت اذا كان الف كانا ليس اذا كان الف يعني كنبة او تقول اذا كان لا الف كان لا باء وهكذا يعني الاجتماع النابضين يعطيك اه يعطيك دائرتين اذا انت كنت مستقر في الدائرة الايجابية. لا تكن مستقر في الدائرة السلبية. هذا هو التلازم هذا التلازم اذا طلعت الشمس فالنهار موجود نقول اذا طلعت الشمس فالليل غير موجود بالظرورة والقطع. ما هو السبب ان الدائرة بين النفي والاثبات ولهذا يقول اه قال ومنفصلتان. نعم    العنوان المتصلة اللجومية تستلزم منفصلتين قال ومنفصلتان منعة الجمع من عين المقدم وعين التالي ومانع الدخول بالضد منهما للحظة  نعم هذا قال ويشترط في اللزومية تعلق الايجاب والسلب باللزوم وفي سالب الاتفاقية صدق المقدمة لدينا نعم جيت    قال ما يستلزمه كل متصلة لزومية. قال ويلزم المتصلة اللزومية اه متصلة ويلزم المتصلة اللزومية متصلة من نقيض تليها ومقدمة نعم يعني عندك انت متصلة لزومية مقدم يكون سببا التالي او مسبب للتالي في مقام مقام الاثبات طبعا نعم تقول اذا طلعت الشمس فالنهار موجود او تقول اذا كان النهار موجود فالشمس طالعة اذا كان النهر موجود فالشمس طالعة موجودية النهر ليس علة لي طلوع الشمس علة اثباتية عنا في مقام يعني انت اذا كشفت الظياء نوى دليل على وجود النهر فذهنك ينصرف ان الشمس طالعة ذهنك ينصرف  فيجب ان تفكك بين العلة الأنطولوجية والعلة الفهمية العلة الإبليس تيميك يعني المقدم المقدم عنا للتالي في نظام الوجود والتالي قد يكون علة للمقدم في نظام المعرفة بلقاء في نظام يريد يبين هذه المسألة قال ويلزم المتصلة اللزومية نعم يعني يتفرع يلزم يعني عدم عدم الانفكاك اذا كان سين كان صاد ويلزم المتصل اللزومية متصلة يعني يترتب عليها متصلة من نقيض تليها والنقيض مقدمها لانه واو عاطفة اذا عندنا قضية متصلة لزوميا لزومية ما معناه يعني فيه ربط تكويني بين المقدم والتالي نعم او تظايفي. تظايفي لانه يفيد تحصيل الحصر دعنا منه نبقى في ضعف الاسباب والمسببات جيد عندنا لا قضية لزومية اذا طلعت الشمس والنهار موجود. لزومية لا شك فيها يعني طلوع الشمس الا حقيقة لوجود النهار في نظام الاسباب والمسببات جيد لماذا هذه القضية اللزومية المتصلة هيك يصاحبها قطعا ويقينا متصلة من نقيض تليها يعني عدم طلوع عدم وجود النهار ومقدمها مقدمة يعني عدم طلوع الشمس نعم اذا لم تطلع الشمس لم يكن وجود النار نعم اقول المتصلة اللزومية الكلية طبعا هذا الشرط الكلية عاد من قضية الكلية والجزئية سنشير اليها ان شاء الله. هذه بدعة ارسطو لأن هو واقعي يتعامل مع الجزئيات والواقعيات ادخل السور الكم والجزء اما اذا عالجنا المسألة مثاليا ما نحتاج الى الكل والجوز. هذا ان شاء الله سنشير اليه في اخر هذا البحث قبل الدخول في الجهات هناك نفلسف القضية آآ الحقيقية اقول المتصلة اللجومية الكلية يعني كلما طلعت الشمس النهار موجود. يعني لا تجد موردا تكون فيه الشمس طالعة النهار غير موجود. هذه مستحيل تستلزم يعني تصاحبها قطعا ويقينا في دار الوجود متصلة من نقيض تليها ومقدمها كقولنا كلما كان الف باء فجمدا يعني كلما طلعت الشمس فالنهار موجود فانه يستلزم كل ما لم يكن جنبا لم يكن اليبا نعم يعني هذا الكسول الذي لا يريد ان يشتغل في البستان مع والده المسكين. نعم آآ الام الان تقوم الليل ما معنى تقوم الليل? يعني بعد اه لم يؤذن الصبح يعني الشروق ما فيه فهو يراقبها نعم لازالت في قيام الليل. يعني الشمس لما تطلع كلما لم تطلع الشمس النهار غير موجود اي نعم كسول ينام حتى لا يصلي نعم اذا شافها يعني رآها انها كملت صلاة الليل واقامت اذنت واقامت وصلت الصبح. وراحت تهيئ القهوة والفطور لزوجها العزيز. فهو بعده ينتبه</w:t>
      </w:r>
    </w:p>
    <w:p>
      <w:r>
        <w:t>نعم يعني كلما لم تطلع الشمس فالنهار ليس بموجود هذه بعد ما لا تنفع نعم كلما طلعت الشمس فالنهار موجود فيهيئ نفسه للخروج نعم فهذا انا اطبق لكم عمليا المسألة لانها في اذهان الناس من اذهان الناس كلما كان الف باء فجيم دال يعني كلما طلعت الشمس والنهار موجود طبعا يصاحبها ماذا نعم هذه هي كل مال اه كلما لم يكن طلوع الشمس لم يكن وجود النهار والا يعني ان لم يكن هذا التلازم نعم والا صدقة قد لا يكون اذا لم يكن جمدال لم يكن اب اه الف باء ويلزم قد يكون اذا لم يكن جندا فابى. وتنعكس الى قولنا قد يكون اذا كان الفا لم يكن جندا هذا خلف وهذا بطريق عكس النقيض وسيأتي بيانه وعكس النقيض اذا هذا الولد لماذا ينام مرتاح مرتاح القلب لاننا ام بعد في قيام الليل لا يتصور وجود النهار في غياب اه طلوع النهار في غياب غياب وجود الشمس. ووجود الشمس غائب يعني الان الشمس لم تشرق وينام ينام براحته تنام براحته. لماذا؟ ينام مبدأ التناقض هو الأساس طلوع الشمس ناقضها عدم طلوع الشمس طلوع الشمس يؤدي الى التالي وجود النهار. عدم طلوع الشمس يؤدي الى التانيمو. عدم اه اه عدم وجود النهار هو يبني هكذا اذا بنينا على عدم التلازم عدم التلازم. يعني الشمس طالعة يحتمل ان اه وجود النهار لا يكون نعم فانام ينام ينام او نحتمل في العكس نعم اذا لم تطلع الشمس فالنهار موجود عدانا ما ينام يجب ان يستيقظ لاحظت؟ او يتخربط عقلو ويقول كيف يعني هادي الشمس لم تصعد ويحتمل ان يكون النار موجود او الشمس طلعت ويحتمل ان يكون النهار غير موجود ما يقبلها عقله. لماذا? الاجتماع ان ناقضين. ولهذا يقول نعم والا لا صدقة قد لا يكون اذا لم يكن جنبا لم يكن الف باء. يعني قاد الشمس لا تطلع والنهار موجود معقول تقولي غير معقول شيخنا اذن هذا يقول لا والا لا صدق وهو خلف ويلزم قد يكون اذا لم يكن جمدال فالف ب يعني قد الشمس لم تطلع والنهار موجود نعم وتنعكس الى قولنا وقد يكون اذا كان الذ لم يكن جندا يعني اذا لم تكن الشمس طالعة اه لم يكن النهار موجود في الحالتين وصلنا الى وجود النهار وعدم وجود النهار ماذا? وهذا خلف وهذا بطريق عكس النقيض عكس النقيض سيأتي عكس النقيض ان تأتي الى القضية الف با وفجع الباء في مكان الف الف في مكان باء بالسرب لا بلاء الفساد ان شاء الله فلسفته وكذلك يبنى على مبدأ التناقض اذا هذه القضية تخلينا نفسر كثير من الامور في نظام الوجود ولهذا انا دائما اعلم الطالب العزيز انه يعيش المنطقيات في حياته اما في حياته الشخصية او في دائرة الوجود قلت لكم عندي كتاب باللغة الفرنسية فيلم في علم المنطق الكلاسيكي مثل جوهر الماضي درسه صاحبه لسكن في كندا فكان من العسكر يقول شيخنا ما دخل المنطق للعسكر؟ لا العسكري مثل مثله مثل جميع الناس في كل حركته العسكرية والدفاعية والمناورات يخضع للقضايا المنطقية كلما اتقنت المنطق في عالم الوجود والتحقق والخارج كلما ازدادت ثقافتك المنطقية رونقا وعمقا يأتي ان شاء الله الباقي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