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الى هذا العنوان المتصل اللزومية تستلزم منفصلتين قال ومنفصلتان ما ومنفصلتان منعت الجمع من عين المقدم ونقيض التالي ومانعة القلوب الظد منهما نعم ما زلنا في الاستلزام اذا كنا في دائرة قضية شرطية لا يهم حقيقية مناعة الجمع مناعة الخلو هذه القضية تؤدي بنا الى ماذا على اي اساس? على اساس مبلغ التناقض يعني اذا كنا في دائرة الوجود ولذا تحدثنا بالايجاب كنا في دائرة الوجود في دائرة المقدم والتالي لا نكون في ذات العدد مبدأ التناقض. هذا هو الاستلزاء يعني اذا كانت الشمس طالعة نحن الان في درس الوجود كان النهار اه موجودا نحن في ذات الوجود لن اكون في دارس العدم يعني ما تقول لي اذا طلعت الشمس فالليل موجود. غير صحيح ما هو السبب? السبب هو مبدأ التناقض يعني اذا تعينت الشمس طالعة واتبعها وجود النهار فالليل ينتفي يعني عدم وجود النهار ينتفي  نعم اذا وصلنا الى قضية ما هي? اذا طلعت الشمس لا يكون او ليس اذا طلعت شمس فالليل موجود نعم هذا هو اللزوم يجب ان تفهم دائرة الوجود ودائرة العدم اقول شيخنا العزيز لم? لان اجتماع النقيضين منطقة لست مبني على الوجود والعدم واحد وصفر فقط نعم يعني تشغل المكنسة تشتغل ما تشغلوا مكنسة واقفة في دائرة العدم. هذا هو منطقي منطق المنطق واحد وصفر. منطق الوجود والعدم. المروحة الان امامي تشتغل لأنها في ذات واحد اه نطفيها صفر لا تشتغل وجود وعذاب فقط ايجاب وسلب فقط هذا منطقة ريسطو القديم يقول ومنفصلتان مانعة الجمع من علم مقدم ونقيض التالي ومانعة الخلو بالضد منهما الان انتقل الى منعة ومنعت الخلو كيف يكون التلازم بينهما في اه كلام على محله في التفصيل اقول اه اكثر. اقول المتصلة اللزومية تستلزم منفصلتين احداهما مانعة الجمع مانعة الجمع من عين  ان متصلة اللجومية يعني آآ مطلق المتصلة المتصلة اللجومية حقيقية او غير لا المفروض تبين حقيقية مانعة الجمع مانعة القول لا يهم لنبني على الاطلاق. يعني كلما كان الف كان باء نعم ماذا تؤدي الى ماذا يقول تؤدي الى اه منعت الجمع ومنعت الخلو بشروط. ما هي? يتبين لك المتصلة اللجومية تستلزم منفصلتين. ولهذا قال في المتن ومنفصلتان يعني المتصلة اللزومية تؤدي الى منفصلتين مانعة الجمع بهذا الشرط من عين المقدم ونقيض التالي ومانعة الخلو بالظد منهما يعني اذا قلت اذا كان الف اذا كان الف كنبة هذه هي اتصال اللجومية يعني فيه علاقة عالية ومعلولية بين المقدم والتالي بين الف وباء هل تؤدي بنا الى قضايا اخرى? نعم. نقول الى قضيته مانعة الجمع ومانعة الخلو بشروطه. يقول المتصلة اللزومية تستلزم منفصلتين احداهما مانعة الجمع من عين المقدم ونقيض التالي. يعني هكذا تقول اذا كان الف كان باء يقول من عين المقدم المناعة الجمع ماذا تكون? اذا كان الف كان لابى هذا سيصل اليه سرمه مانعة الجمع مانعة الجمع ما معناه? يعني الف لا يستقر مع باء في الوجود اما الف واما باء يعني اذا كان الف با يرتفع واذا كان باء الف يرتفع. او السر هذا هو السر كقولنا كلما كان الف باء فكانت جمدا. هذه لزومية يعني فيه ربط تكويني بين الف باء وجيم دال. نعم. يستلزم يعني هذا التركيب تركيب الاتصالي يستلزم اما ان يكون الف باء او لا يكون جيم دال نعم اما ان يكون الف باء او لا يكون جمبال هادي هي منعت منعت الجمع نعم لكن هذه اللجومية الاولى كلما كان الف باء فجيم دال ساكتة ما قالت لا حقيقية ولا مناعة الجمع ولا مناعة الخلق خذها اه مطلقة فيه لزوم علي ومعلولي فيه ربط تكويني بين المقدم والتالي ماذا يعطينا? يقول يعطيك كلما كان الف باء فجيم دال يعني فيه ربط تكويني بين الف باء وجملة يستلزم يعني معه دائما نعم لا ينفك عنه اما ان يكون انظر هادي اتصالية راه هنا الإتصال ونتحدث عن المتصلة اذا متصلة ما عندنا لا حقيقية ولا مآتي الغلوب انا اشتبهت متصلة اللجومية يعني اذا كان الف ما كان اذا نعم كلما كان الف كانجي دال يعني في علاقة علية ومعلولية او تكوينية بين المقدم والتالي يستلزم ورحنا الى ماذا? الى الشرطية المنفصلة تؤدي الى ماذا? اما ان يكون الف باء او لا يكون يجي من نعم منعت الجمع  هذي هي تعطينا مانعة الجمع لان في الاتصال القضية الإتصالية القضية الانفصالية تقول اذا كان هذا كان هذا انتهى الامر اذا كان هذا كان هذا نعم فقط مانعة الجمع منعت الجمعة تقول اذا كان هذا لا يكون من لا يكون باء لا لانه هو يقول اذا كان الف كنبة اذا اذا الالف يجتمع مع هذا مع آآ لا يشتمل مع نقيضه لا يجتمع مع العقيدة. يعني اذا قلنا اذا كان الف كنبة يعني الوجود يجتمع يتسع لالف وباء اذا لا يتسع الوجود لالف ونقيض نقيض باء هذا هو معنى كلما كان الف جنب دال لو عبر بالبسيط احسن يقول كلما كان الف كان جيم احسن كلما كان الف فجمدا هادي اتصالية يستلزم بالقطع واليقين لاجتماع النقيضين اما ان يكون الف باء او لا يكون تمداد يعني منعت جامع نعم لا يكون جندا يعني نقيض نعم وانما تلزم منيعا في الجمع يعلل لأنه لو جاز الجمع بين جندال وعدم الف عدم الف باء كلمة متصلة اللزوية لماذا? لاستلزام وجود المقدم وجودهم التالي وعدم التالي عدم المقدم. نعم. في الاتصالية هذا هو اه ميلاكو اه ملاك الاستنتاج سيأتي ان شاء الله في القياس الاستثنائي اذا تقول اذا طلعت الشمس فالنهار موجود في هذه علاقة تكوينية بين طلوع الشمس ووجود النهار الان جيد الان تأتي الى دار الوجود اجتمع طلوع الشمس مع وجود النهار. منطقية جدا للزوم التكويني جيد الان تقول اما الف واما باء لا تقول اما الف واما نقيض باء نعم اما الف واما نقيض باء هذا هو مانعة الجمع يستلزم اما ان يكون الف باء او لا يكون جدا. يعني اذا رحت الى الشرطية المنفصلة مناعة الجمع تقول اما الف واما آآ اما آآ لا باء لماذا اذا كانت الشمس طالعة لا يكون الليل. واذا كان الليل لا تكون الشمس طالعة خليك منبع روح الى اللا باء. هل يجتمع مع طلوع الشمس? لا ولهذا تقول اما ان يكون الف باء يعني اما ان تكون الشمس طالعة واما الا يكون جيم دال يعني يكون الظلام يكون الليل</w:t>
      </w:r>
    </w:p>
    <w:p>
      <w:r>
        <w:t>وانما تستلزم مانعة الجمع لانه لو جاز الجمع بين جيم دال وعدم الف باء يعني جاز الجمع بين طلوع الشمس ووجود الليل كذبة المتصلة اللزومية كذبت تقول للقائل اذا طلعت الشمس والنهار موجودة? لا قد يجتمع طلوع الشمس مع وجود الليل كل هذا مستحيل مع كلمة المتصلة اللجومية لاستلزام وجود المقدم ووجود التالي اذا طلعت الشمس فالنهار موجودة وعدم التاني يعني امتثال النهار عدم عدم المقدمة عن انتفاء طلوع الشمس رابطتك  وطبقها في حياتك يطبقها في حياتك نعم حتى في الحياة العرفية حتى في الحياة العرفي نعم وان كانت في الحالات العرفية ليست بالدقة الا بالدقة التكوينية والفلسفية يعني تقول اذا كان فلان حاضر في المجلس عدوه لا يكون حاضر في المسجد  اه او في المجلس نعم ابدا هذا عرفية عرفية هذه الشرطية اتصالية اذا كان فلان حاضرا في المجلس لا يكون عدو حاضرا في المجلس نعم وخرج لك مناعة الجمل. اما ان يكون فلان او لا يكون اه نقيض فلان نعم نقف فلان فالعرف يفهم هذه الدقة لكن باسلوب عرفي جيد هذه واضحة جدا واضحة جدا الاستلزام الاستلزام واضح جدا اذا كان الف كنبة معنى ان الف لا يجتمع مع نقيض باء في الوجود واضحة جدا مانعة للجمع ثانية مانعة الخلو بالظج منهما مانعة الخلو ما معناه يعني قد يجتمعان قد يجتمعان في الوجود نعم ولا يمكن ان يرتفع ان يبقى واحد في الوجود مانعة الخلو بالظد منهم هذا هو الشرط لان في المثل ماذا قال? ومانعة الخلو بالظج منهما نعم يعني من نقيض المقدم وعين التالي فانه يستلزم من صدق المتصلة مذكورة صدق قولنا اه او يلزم من صدق المتصل المذكورة صدق قولنا اما ان لا يكون الف باء او جمدال. مانعة الخلو لانه لولا يعني تقول اما ان لا يكون الشمس طالعة او لا يكون وجود آآ النهار نعم يجتمعان يجتمعان يعني لا الشمس طالعة ولا النهار موجود  في حالة الظلمة. اجتمع يعني لا الشمس طالعة ولا النهار موجود تا معاملة? نعم اشترى? يعني سابقة معا صدقة معا ولهذا يقول كأنه يلزم من صدق المتصلة المذكورة. يعني اذا طلعت الشمس في النهار موجود صدقه قولنا اما ان لا يكون الف باء يعني اما الا تكون الشمس طليعة واما الا يكون جيم دال لا يكون النهار موجود. نعم. مانعة الخلو نعم لانه لولا ذلك لجاز الخلو عن عدم الف وثبوت جيم دال نعم يعني الشمس تكون غير موجودة والنهار موجود وهذا هو التناقض تناقض وجود النهار لا يكون الا من الشمس الا من طلوع الشمس فيلزم جواز ثبوت الف باء وعدم وجود جيم دال فيزدق الملزوم بدون اللازم وهو محال اكتب تحت هذه العبارة فيصدق المرزوم بدون اللازم هذا هو الربط العلي والمعلول وهذا هو اجتماع الناقضين فيصدق الملزوم بدون اللازم يعني اللازم موجود وغير موجود الملزوم موجود وغير موجود هذا هو اجتماعنا. ولهذا قلت لك مبدأ منطقة رستو كله مبني على مبدأ التناقض مبنى التناقض يحافظ على الهوية الف الف لاحظت كيف اذا منطق عرسته ومنطق هويتي وحدة الهوية اذا انت اكتشفت منطق ان هذه الهوية تتغير فضفاضة وتتبدل فخرجت من منطق ارسطو. كالمنطق هذا المنطق تراتبي الفرس يترجمونه منطق الفازي عن المرتبة نعم فاكتشفوا منطقا جديدا يتجاوز آآ وحدة الهوية هل يناقض المنطق الوسطي? لا لا يناقض المنطق الوسطي راح الى مساحة آآ المساحة لا يتناولها المنطق ارصد اذا عندنا قضية اتصالية نعم قضية اتصالية. اذا الف باء هكذا بكل بساطة ما نعقد المسائل. اذا با فاذا الف باء نعم ما معنى هذا الاتصال اللزومي? يعني الف يولد باء يولي بودان في التكوين لا يمكن ان تعثر على الف ولا تعثر باء معه هذا هو الإتصالية اللجومية جيد الان هذا الف هذا الف يجتمع معنا قصبة نقول لا عليها مانعة الجمع يعني اما الف واما لا باء اما الف واما لا باء. يعني اما طلوع الشمس او الظلمة. واضحة جدا تقول شيخنا في شق ثالث لا طلوع الشمس ولا الظلم ونقول لك مستحيل اناء لان النقيضين لا يجتمعان ولا يرتفعان وانتهى الامر اذا هذه واضحة جدا. ثانيا مانعة مانعة الخلو يعني يمكن ان يجتمع. تقول اذا كان الف كنبة. سهلة جدا. يعني اذا الف فبأ نعم يعني طلوع الشمس واللدى وجود النهار جيد في حالة الظلمة  في حالة الظلمة ما معنى? يعني لا تجد طلوع الشمس ولا تجد وجود النهار ارتفع نعم يعني اجتمع على الكذب اجتمع على الكذب هذه مانعة الخلو مانعة الخلو هذا هو مانعة الخلو ما معناه? يعني آآ لا يخلو منهم احد وقد يجتمعان فاذا كنا في دائرة الظلمة قطعا الشمس غير موجودة يعني الشمس غير طالعة ووجود النهار انه يجتمع معها ما في مانع  يعني عدم وجود النهار يجتمع معاه عدم طلوع الشمس. هذه هي مانعة الخلو الان ارجع الى المتن يتضح لك ومنفصلة يعني المتصلة اللزومية من صنخ اذا كان الف كنبة تستلزم منفصلتين الاولى مانعة الجمع من عين المقدم ونقف التالي ومانعة الخول بالظد منهما. نعم تقول اذا طلعت الشمس فالنهار موجود سلمنا اذا الشمس لا تجتمع مع اه الظلمة يعني مع عدم وجود النهار بل تقول اما الشمس طالعة واما الليل وموجود هذا هو مناعة من يترجم واحدة فقط اثنان معلم اما الشمس طالعة واما ليست طالعة لان ليست طليعة هي التي تؤدي الى عدم وجود النهار يعني الظلمة هذا هذا الاستلزام الأول. الاستلزام الثاني الالزام الثاني هو هكذا. اذا استقر الليل يعني الشمس ليست طالعة والنهار غير موجود نعم اجتمع اجتمع عدم طلوع الشمس مع عدم وجود النهار ولهذا يقول ومانعة الخلو مانعة الخلو عليه لا يخلو منها تعرفه ويجتمعان اذا اذا كان الليل هو المستقر فحتما طلوع الشمس غير موجود منتفية نعم وانتفاء وجود النهار نعم ينسجم مع عدم طلوع الشمس هذا هو معناه ومنعت الخلو بالظد منهما ما يستلزمه كل قضية منفصلة. قال والمنفصلة بعدما بين الاتصال وما يترتب عليه يأتي الى الانفصال وما يترتب عليه. قال والمنفصلة متصلة يعني تستلزم متصلة تتألف هذه المتصلة المتفرعة من عين احد الجزئين من عين احد الجزئين ونقيض اخر نعم اذا عندنا اه منفصلة حقيقية مانعة الجمع ماني مانعة الخلو المنفصلة المنفصلة تستلزم متصلة لتقول اما الشمس طالعة واما العين موجود. نعم نعم هذه حقيقية لا يجتمعان ولا يرتفعان اما الشمس طليعة واما الليل موجود ان يؤم الليل مستقر هو الحاكم نعم ماذا يولد هذا التركيب? يقول متصلة تتألف من عين احد الجزئين وناقد اخر. عين احد الجزئين لم يعين المقدم او التالي ايهما كان وناقض اخر ايهما كان? نعم اما ان تكون الشمس طالعة واما الليل موجود</w:t>
      </w:r>
    </w:p>
    <w:p>
      <w:r>
        <w:t>لماذا? لاجتماع النقيضين الشمس طالعة يعني الظياء. الليل يعني عدم الظياء. اجتماع النقد اما ان تكون الشمس طالعة واما الليل هو مستقر الليل موجود يعني مسامحة. نقول ليل مستقر نعم ماذا تولدك اتصال ليس كإنفصال اتصال تقول اذا طلعت الشمس فالليل غير موجود نعم تتألف من عين احد الجزئين وناقض اخر تقول اما الشمس طالعة لا لا اذا طلعت الشمس فالليل غير موجود نعم اذا كان الليل موجود فالشمس غير واضحة جدا اقول قد بينا ان اقسام المنفصلة ثلاثة حقيقية مانعة الجمع مانعة الخلو نعم حقيقية في الضيق اذا كان الف لا يكون باء واذا كان باء لا يكون الف. ضيق نعم ضيق يعني الوجود يتسع لواحد فقط منعة الجمع اخص اضيق اكثر لا مانعة الخلق اوسع  اقول قد بينا ان اقسام المنفصلة ثلاثة. احدها الحقيقية وهي تستلزم حقيقية تولد هي انفصالية تولد الاتصال واضحة جدا وهي تستلزم متصلتين متصلتين يعني تولد لنا متصلتين نعم مقدم كل واحدة منهما يعين احد الجزئين وتليها نقيض اخر نعم ومتصلتين اخريين مقدم كل واحد منهما نقيض احد الجزئين وتليها عين الاخر واضحة جدا فان انك اذا قلت ان الف واما با لا يجتمعان ولا يرتفعان القضية حقيقية لا يمكن ان تخرج لك قضايا اتصالية اذا كان الف لا يكون باء اذا كنب لا يكون الف اذا كان لا الف كنبة واذا كان الاباء كان الف اربع قضايا نعم لان سلب الايجاب اثنان والطرف القضية اثنان اثنان اثنان اربعة نعم فاذا قلنا العدد اما زوج وافرد قضية حقيقية الوجود لا يتسع اما في الشيء اما للزوجية او الفردية العدد اما زوج او فرد في ضيق هنا ضيق وجودي. يعني العدد اما ان يستقر في الزوجية او يستقل فرديا لا يجتمعان ولا يرتفعان صدق رحل الاتصال الان كلما كان العدد زوجا كل كل ما كان العدد زوجا حتما. العقل ماذا يقول? مبدأ التناقض ما يكون فليس بفرض وكلما كان فرضا فليس بزوج عنين ان خرجنا اتصالين كلما لم يكن العدد زوجات فهو فرض وكل ما لم يكن فرضا فهو زوج واضحة جدا مع فهنا استحالة الجمع بين الجزئين تقتضي استحالته انظر. فان استحالة الجمع بين الجزئين تقتضي صدق المتصلات المتصلة الاوليين واستحالة الخلو عنهما تزلزلت صدقا تستلزم صدق الاخرين واضحة جدا والعرف يدرك هذا الامر جيدا. يدرك هذا الامر جيدا نعم اذا اذا قلت العدد اما زوج وفرد قضية متصلة حقيقية ملاك حقيقية هذه المتصلة تقول العدد اما زوج او لا زوج هذا هو هذا هو هي الضابطة ولا زوج يساوي الفرض قضية حقيقية نخرج منها اه اربع قضايا متصلة اذا كان العدد زوجا لا يكون فردا  اذا كان العدد فرضا لا يكون زوجا اذا لم يكن العدد زوجا كان فرضا. اذا لم يكن العدد فرضا كان زوجا كم? اربع قضايا اتصالية واضحة سهلة سهلة نعم وهذا هو تشغل وعدم تشغل تشغل وعدم التشغل. يعني هذه المروحة تشتغل او لا تشتغل نعم تقول المروحة اما تشتغل او لا تشتغل. نعم اذا شغلت المروحة لا تكن لا تلازم عدم التشغيل اذا لم تشغله لا تلازم التشغيل نعم واذا لم تكن مشغلة فحتما اه التشغيل يكون باطلا اذا شغلت عدم التشغيل يكون باطلا وثانيها مانعة الجمع مانعة الجم يعني الف وباء لا يجتمعان نعم يمكن ان يرتفع النعم وهي تستلزم صدق المتصلتان الاوليين كقولنا الشيء اما حجر او شجر اما حجر او شجر في الوجود لا يجتمعان يمكن ان يتبخروا الحجرية والشجرية فيه نعم يكون جنا يكون انسانا شيء مما حجر او شجر فانه يستلزم قولنا ما هي القضية الاتصالية? كلما كان الشيء حجرا لم يكن شجرا. واضحة جدا نعم. وكلما كان شجرا لم يكن حجرا لاستحالة الجمع بين الجزئين يعني مبدأ التناقض. ولما جاز الخلو عنهما في الانسان في الجن اه ولما جاز الخلو عنه وهو عدم الخلو لم يستلزم عدم احد الجزئين ثبوت الاخر ولا عدم. خلي ان شاء الله في الحصة الاتية انتهى الوقت نبين هذه المسألة بالمثال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