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وثالثها مانعة الخلو وهي تستلزم صدق المتصلتين قال له اخريين. منعت الخلود عندنا طرف الشرطية المنفصلة الف وباء تقول اما العدد اما زوج او يقبل الانقسام الى متساويين اه الوجود يتسع للطرفين قد يكون فقط اه واحد في الوجود ليس بالضرورة ان يكون الطرفان معا يعني لا يخلو الوجود من احدهما يجتمعن يمكن ان يج اه يجتمعن لا ظرر في ذلك. جيد اذا كانت عندنا قظية من هذا الشكل شرطية منفصلة من باب مانعة الخلو ماذا يترتب عليها من امور منفصلة هذا هو البحث مانعة الخلو وهي تستلزم صدق المتصلتين الاخريين نعم كقولنا زيد اما في الماء واما ان لا يغرق. هنا عناد اجتماعي يعني زيد اما في الماء واما ان لا يغرق قد يكون في الماء ولا يغرق انه يحسن السباحة. قد يكون في الماء ويغرق لانه لا يحسن السباحة. اذا كم آآ كم شق? شقان الشق عن اضرب فيهم فيهما السلب والايجاب يعطيك اربع قضايا نعم فانه يستلزم يعني هذا التركيب القظوي قولنا كلما لم يكن في الماء فهو لا يغرق يعني رفعنا الكينونة في الماء اذا رفعنا الكيلون في الماء اين يكون? يكون خارج الماء. في الهواء في البر لا يوم يعني في البر بالمعنى العام يعني ما خرج عن الماء حتما لا يغرق لأن موجبات الغرق غير موجودة. ولهذا يقول كلما لم يكن في الماء زيد فهو لا يغرق هذه قضية اتصالية نعم يعني عدم الكينونة في الماء يعني الكينونة في البر لا يغرق من باب السالب باب انتفاء الموضوع. يعني ما فيه موجب للغرق هذه القضية الاولى واضحة جدا ثانية كلما غرق فهو في الماء يعني لا يحسن السباحة كلما غرق فهو في الماء لان الغرق يستدعي الماء كلما غرق فهو في الماء. القضية تليها مندك ضمنيا في المقدم نعم كلما غرق يعني زيد غرق في الماء قهوة في الماء نعم لاستحالة الخلو عن الجزئين هذا هو الملاك نعم لاستحالة الخلو يجب ان يكون هناك طرف ولما جاز الجمع بينهما. قلت لكم في منعة الخلو الوجود يتسع للطرفين بالظرورة لا قد يكون احدهما فقط. الا انه يتسع للطرفين تقول العدد اما زوج او ينقسم الى متساوين يكون زوج وينقسم الى متسولين اين المعنى? في هنا الجمع ولهذا يقول جاز جاز يعني يمكن قد لا يكون فقط طرف ولما جاز الجمع بينه بعدمه يعني عدم عدم الجمع لان من يعطي الخلق تقول يجب ان يكون هناك واحد يجب الاثنان يمكن الخلق لا ولهذا اقول ولما جاز الجمع جاز ليس بالواجب ليس بالضرورة بينه وعدم الجمع ما معنى عدم الجمع? يعني يبقى واحد فقط لم يستلزم ثبو احد الجزئين ثبوت الاخر ولا عدمه لهم لا علاقة بالطرفين نعم تقول زيد في الماء زيد في الماء يحسن السباحة يعني واما ان لا يغرق زيد في الماء لا يحسن سباحة قد يغرق. اذا ليس بالضرورة لا الطرف الف ولا طرف باء لا ان يغرق ولا ان لا يغرق. نعم حسب الحالة الذي يكون فيها زيد نعم ولا يستلزم ثبوت احد الجزئين ثبوت الاخر ولا عدمه هذا هو يعني زيد اذا كان في الماء هذا لا يعني انه لا يغرق اذا لم يتقن السباحة يغرق وقد قد لا يغرق لانه يتقن السباحة. هذا راجع الى احوال زيد  فقد ظهر ان كل واحدة من هذه المنفصلات التي تفرعت على هذه المنفصلات الأصلية يستلزم متصلا مؤلفا من عين احد الجزئين عين احد الجزئين نعم ونقيض الاخر نعم. هذا هو هذا العيب قد يكون هو التالي قد يكون هو المقدم غير معين نعم لكن في الحقيقة جاز ان يكون العلم مقدما وجاز جاز ان يكون العلم مقدما وجاز ان يكون دليل لكل واحد من الجزئين نعم فلزمهما فلزموهما اربع متصلات. نعم. تقول زيد اما في الماء واما لا يغرق تقول زيد اذا كان زيد في الماء لا يغرق اذا كان زيد في الماء يغرق لماذا لنقل يحسن السباحة? قلت لا يحسن نعم كلما لم يكن زيد في الماء اه لم يغرق من باب سلم بانتفاء الموضوع وهكذا  وفي مانعة الجمع العين لكل واحد من الجزء المقدم لا غير نعم لأن منعت الجمع الجمع يستحيل اما الإرتفاع يمكن وفي مانعة الجمع يعني في المنفصلة مانعة الجمع العين لكل واحد من الجزء مقدم لا غير. نعم فلزمها متصلتان ليس كمن يعطي الخلود وفي مانعة الخلو النقز لكل واحد ومقدم لا غير فلازمها متصلة ايضا وما ذكره المصنف شامل لهذه المتصلات اجمع ولكن بنحو الابهام وليس بنحو التفصيل والمنفصلة متصلة نعم والمنفصلة يعني تستلزم متصلة تتألف من اين احد الجزئين ونقيض الاخر. يعني اذا وضعت المقدم تأتي بناقيص التالي واذا وضعت التالي تأتي بنقيض المقدم. نعم. سلب ايجاب تأتي الاربعة جيد تركيب القضية المنفصلة قال واجزاء المنفصلة قد تزيد على الاثنين. نعم وهنا تأتي القسمة المنتشرة القسمة المنتشرة هذا هو سببها قال واجزأ المنفصلة قد تزيد على اثنين. نعم. اقول هذا ظاهر في مانعة الجمع كما تقول الشيء اما حجر او شجر او حيوان السر في ذلك ما هو قلنا القضية الشرطية المنفصلة الحقيقية تدور بين النفي والاثبات تقول الشيء اما الف واما لا الف هذا اللا الف قد يتسع يعني قد يساوي الف يعني يساوي لا يساويه في لا يساوي الا النقيض يعني يساوي لازمه يعني تقول الشيء اما الف او باء نحب تقول شيء وما الف لا الف لا الف تساوي باء هنا قضية حقيقية يعني لا تتسع الى طرف ثالث. اما هذا واما هذا مرة يقول لا يكون لا الف اوسع من باء يعني في الاتساع يعني هذه هي منعت الجمع قد يكون اضيق يعني اللا الف داخل داخل باء بالإتساع ما يكون هنا اه تأتي من يعطي الخلق هذه الظابطة تعلمها جيدا. اذا الانتشار الانتشار يكون فقط في القضية منعت العقول ومنعت الجمع. الحقيقية يكون كيف اذا جئت الى الف تقول الشيء والملف الف او لا الف تروح توسع على الف يوسع في مصادقه والا هي كلها نقيض لألف هذه هي القاعدة واجزاء منفصلة قد تزيد على اثنين. اقول هذا ظاهر في مانعة الجمع كما تقول الشيء اما شجر واما حجر واما حيوان بمعنى ان الشيء اذا كان حجرا لا يكون شجرا لا يكون حيوانا ويكون جنا هذه هي مانعة الجمع. يمكن ان يرتفع الشيء الى</w:t>
      </w:r>
    </w:p>
    <w:p>
      <w:r>
        <w:t>دائرة اخرى لان نحذف منها النقيظ ونذكر ما هو اخص منه  نعم تقول الشيء اما حجر او لا او لا حجر الا حجر يشمل على مصاديق متعددة نأتي بتلك المصادق وفي مانعة الخلو كما تقول الشيء اما الا يكون حجرا او لا يكون شجرا كيما نعتوا الخلو فقط السلب هو الذي ينفع في غير السلب انا لم اجد مصاديق اخرى. الشيء واما ان لا يكون حجر او لا يكون شجرا مانعة الخلوة معناه يعني قد يجتمعان في الصدق في الوجود ولا يخلو الوجود من احد الطرفين شيء واما الا يكون حجرا او او لا يكون شجرا او لا يكون حيوانا هذه لا يكون حجرا لا يكون شجرا يجتمعان في الانسان يعني الشيء يكون انسان الإنسان لا يكون حجرا ولا يكون شجرا اجتمعا في الوجود في مصداق هو الإنسان او لا يكون حيوانا لا يكون حيوان اذا اخذنا مثلا اه الملائكة تقول شيء واما لا يكون حجرا فمصداقه ماذا? الملائكة الملك او لا يكون الشجر مصداقه الملك او لا يكون حيوانا مصداقه الملكي اذا كل هذه السلوك اجتمعت في مصداق الملائكة. اذا يمكن الجمع ولكن لا يمكن الارتفاع واما الحقيقة فان عني بها ما يمتنع الجمع بين كل واحد من اجزائها والجزء الاخر يعني النفث بين بين النفي والاثبات لا يمكن الجمع النقيض يجتمعون ليرتفعون وما يمتنع الخلو عن كل واحد من اجزائها والجزء الاخر امتنع تركيبها من اكثر من جزئين تقول الشيء واما الف او لا الف فقط ما فيه اه الدائرة يفر اليها الشيء ويتخلى عن الف ولا الف مثل مانعت الجمع وكذلك لا يجتمع لان تعليل لان الجزء الثالث ان صدق معه احد الجزئين بطل منع الجمع هذا الجزء الثالث الدائرة التي يتخلى عنها الشيء عن الف فيها. يتخلى الشيء فيها عن الف وا لا الف نعم يقول صدق معه احد الجزئين بطل منع الجماعة منع الجمع لانها منعت الجمع ما معناه لا يجتمعان ويمكن ان نعم يمكن ان يرتفعان في دائرة اخرى والا بطل منع الخلو نعم اذا في دائرة النفي والاثبات ما عندك الا شاقة لانه اذا فرضت ان شق ثالث تحققت اه اه اه ارتفعت مانعة الجمع واذا اجتمعا اه ارتفعت مناعة الخلق والقضية الحقيقية لا الحقيقة يعني لا مناعة الجمع ولا مانعة الخلو جيد. اذا هذا الشق واضح جدا. الشيء لا يتسع الا الف والى لا الف. اما ان يكون في لازم الوجود او يكون في درس عدم. هذا هو قانون مبدأ التناقض. يقول وان عني بها يعني هذا بين النفي والاثبات يعني بين الف ولا الف وان عني بها ما يمتنع الجمع فيها بين اي جزء كان منها وبين الاخر ويمتنع الخلو عن جميعه امكنت تركيبها من اكثر من جزئين وثلاثة. الى ما كقولنا العدد اما زود زائد او ناقص او مساوي ولنا في تناقض يعني العدد قد يكون في دائرة الزائد قد يكون في دائرة الناقص او قد يكون في ذلك المساواة القضية المنتشرة ما في مانع هنا نعم والاشكال اما مثلث او مربع او مخمس الى ما لا يتناهى؟ وهذا التكفر انما يحدث من اقسام احد جزئه المنفصلة الحقيقية الى قسمين قلت لك اذا عندك انت الشيء واما الف ولا الف لا تجد في دائرة الف او في دائرة لا الف شيء يمكن ان يفر اليه الشيء ويخلو عن الالف والالف هذا مستحيل. مبدأ التناقض هكذا اما في داخل الف داخل الف في اقصى لا يمكن ان تقول انت الشيء اما الف او كذا او كذا او كذا داخل الف انت اوجدت الاقسام فانت في دائرة مبدأ التناقض لم تخرج عن مبدأ التناقض نعم وهذا التكفر انظر انما يحدث من اقسام احد جزئي المنفصلة الحقيقية الى قسمين يعني تقول هكذا الشيء واما الف اولا الف لا الف اقسمه الى كذا وكذا اذا اردت مثال فلسفي تقول الموجود اما واجب واما ممكن اين هنا النفي الاثبات النفي والاثبات يقولون هكذا الاحتياج الى العلة وعدم الاحتياج الى العلة يعني الفقر عدم الفقر الواجب غني لفقير والممكن فقير. يعني الفقر وعدم الفقر ما عندنا شق ثالث بين الفقر وعدم الفقر. اليس كذلك? نعم الان تأتي الى الممكن الممكن اما جوهر وعرض من اقسام الممكن من اقسام الممكن فالجوهر يكون فقيرا والعرض يكون فقيرا اذا تبقى القسمة بين النفي والاثبات وبامكانك ان تقول الموجود اما واجب او جوهر او عرض او تقول الموجودة اما واجب او عقل او جسم او صورة نوعية او هيولة. اقسام الجوهر او تقول الموجود اما واجب واما جوهر واما كم واما كيف واما اضاف. يمكن لك ذلك نعم ولا يلزم الخلل في مبدأ التناقض وهذا التكفر انما يحدث من اقسام احد الجزئين المنفصلة الحقيقية. يعني تروح الى الجزء من المنفصلة. شيء واما الف او لا الف. تذهب الى الف وتخرج اقسام يبقى مبنى التناقض حاكما والانقسام احدهما للاخرين الى اخر الاقسام. نعم القضية المعدولة والمحصلة. هنا نوصفكم الحديس انا الى الان لم افهم ما معنى المعدولات  نعم ويتبين لكم عدم الفهم عدم فهم المعدولة الى كثير من المسائل علماؤنا يمرون عليها الكرام كانها مسلمة وانت اذا تأملت فيها جيدا كمحقق ومفكر لا تجد لها وجها لا تجد لها اه مبررا معرفيا كيف يكون اداة السلب الجزء المحمول؟ انا لا ادري هذا اداة سلبة يعني اداة نقص في الجزء المحمول. صحيح عندنا واقعية هذه الواقعية تحتاج الى قضية بان تنوع القضايا لتنوع الواقعيات كلما اكتشف الذهن البشري العقل البشري حيثيات في الواقع ولم يجد لها قضايا يخترع قضية جديدة. وهذا هو الابتكار لأن العلوم علوم سياقية العلوم التاريخية قواعد العلوم السرمدية ليست تاريخية. لكن الاكتشاف الحركة في الفكرة ذي سياقية تاريخية. المنطق كان هكذا في زمن اولى. ما قبل ساقروس. ارسطو لم يكن هكذا اذن انا لم افهم بعد العدول وسترون انكم معي في هذه المسألة قال واذا تركبت اداة السلب يعني لا او غير مع لفظ المحصل يعني لفظ موجب سيرته معدولا كقولنا لا انسان انسان لفظ محصل يعني اشبع المعنى المعنى التصوري انسان يعني حيوان نطق المعنى التصوري اشبع انتهى الامر لا نلصقه به لا انسان لإنسان انتم تعرفون معرفيا ولهذا قلت لكم المنطق مملوء الأمور السيكولوجية والأمور الأنطولوجية والأمور اللسانية والأمور المعرفية هذه الامور في عمق المنطق المنطقي بما هو منطقي لا يلتفت اليها واذا التفت اليها قد لا يتقنها الذي يتقنها والفيلسوف نعم الفيلسوف الفيلسوف بوصفه لسانيا وسيكولوجيا ميتافيزيقية لا انسان يعني رفع الانسان اليس كذلك انسان لا انسان رفع الانسان هل يتصور الرفع في التصورات الرفع دائما في ذات الوجود وحيثيات الوجود تقول الانسان ليس بموجود</w:t>
      </w:r>
    </w:p>
    <w:p>
      <w:r>
        <w:t>يعني لم يدخل دار الوجود معقول معقول سلب الموجود المطلق على الانسان. يعني حيثية طردية العدم غير متحققة انت تخيل ان الله تعالى لم يخلق مفردا من مفردات الانسان مطلقا. معقول تقل الانسان ليس بعالم. يعني تتصور ان مفردة من مفردات الانسان لا تدرس. معقول اما اللا انسان يعني انت الان في دائرة التصور. لم تدخل دار الوجود. لان دار الوجود دائما في القضايا هلية بسيطة وهلية مركبة? تقول الانسان موجود هل هي بسيطة الانسان عالم هل هي مركبة نعم الهدية البسيطة فلسفتها الثبوت في دار الوجود تقل الانسان موجود هل هي بسيطة يعني ثبوت الانسان في دار الوجود الهي المركبة لا تتجاوز الوجود الى حيثية من الحيثيات تقول الانسان عالم ما معنى? يعني الانسان دخل الى الوجود ودخل بحيثية هي العلم مركبة يعني كم اثنان تنكب دخول وجود ودخول حيثي هذا هو التراكب هل هي مركبة? الإنسان موجود دخول وجودي فقط. ولهذا هل هي بسيطة هذا من حيث المصطلح للجامعي العزيز اما اذا قلت انت لا انسان هل تصور الترفع? انسان فقط يعطيك المعنى المعنى المثالي فقط انسان حيوان ناطق لا انسان لا معنى لرفع الانسان ولا لوضعه مع فكيف تلصق به? لا. جيد. هذه النقطة الاولى النقطة الثانية فاذا جعلت جزء قضية. هنا راح خرجنا من البعد التصوري الى البعد القضائي وخصوصا محمولها يعني مرة يكون هذا اللا محصل الا انسان قد يكون استدائة المحمول يقولون مع دولة المحمول قد يكون في ذات الموضوع لإنسان اه لا انسان لا يفكر مثلا قد يكون بداية الموضوع تسمى معدولة الموضوع قد يكون في الاثنين يعني معدولة في الوضوء المحمول معدولة الطرفين نعم لا انسان حجر معدودة الموضوع نعم الحجر ولا انسان معدودة المحمول لا انسان لا عاقل معدول الطرفين يقول فاذا جعل هذا اللا انسان جزء قضية وخصوصا محمولها يعني المتداول في الحقل المنطقي فقط اه معدولة المحمول صارت معدولة نعم فتقاربت فتقارب السالبة يعني تشبه السالبة في ماذا? سنبين الا ان السلب استثناء الا ان السلب في احدى احداهما داخل على الرابطة رافع للإيجاب وفي الأخرى بخلافه. يعني انت عندك قضية الانسان هو عالم السلب ما عنده علاقة لا بالموضوع ولا بالمحمول وظيفته الدلالية هو التفكيك بين الموضوع والمحمول يعني الفصل بين الموضوع والمحمول اداة السلب في العدول? لا وظيفتها ان تكون مستقرة اما في متن المحمول او في متن او في متن الموضوع المحمول. ما عنده علاقة بالانفصال هذا هو الفرق وهنا اشكالي انا كيف تكون اداة السلب الموضوع الذي هو يحكي عن ماذا? عن حيثية نعمل هيثم الان تأتي فلسفته وانتم تؤيدون المشهور او تؤيدوني انانا. اقول لما كانت الدلالة اولا انما هي على الامور ثبوتية ثبوتي يعني المشبعة في المعنى وبواسطته على الامور العدنية كان من الواجب اذا قصدنا الدلالة على الامور العدمية ان نورد الالفاظ الثبوتية ونعدل بها يعني نخرج من الثبوت الى السلب نعدل بها بادوات السلب الى تلك الامور غير الثبوتية. الف لام احذفها نعم بدار عجمي ففي الوقت ما عنده هذا الامر الغير الثبوتية خطأ لان الغير معرف لا يعرف بالاضافة يستغنى عن الاضافة اذا يجب ان تجعلوه مبهم نعم الى تلك الامور غير الثبوتية. احذف الف ولام اذا عندك الكتاب الذي حققه بدار رحمة الله عليه فان كانت تلك الامور انما تدل عليها بالفاظ مؤلفة كالقظايا فلتظف اداة السلب اليها كما في القضايا السالبة نعم القضايا السالبة عندك الموضوع المحمول والسلب في الوسط وظيفته الدلالية ما هي ياء فصل المحمول عن الموضوع والموضوع عن المحمول. تقول الانسان ليس عالما يعني العلم ليس في دائرة الانسان انتهى الامر  فلتضف اداة السلب اليها كما في القضايا السالبة. وان كانت انما تدل عليها بالفاظ مفردة فلتتركب اداة السلب مع تلك المفردة الثبوتية كقولنا لا انسان وحكم هذا التركيب حكم المفرد هذا هو المشكل لا انسان يعني اعطاها حقيقة مفردة يعني في بعد تصوري كيف يدخل الصنف في بعض التصور? هذا غير معقول نعم وحكم هذا التركيب حكم المفرد لان قد جعلنا حرف السلب جزءا من المفرد جزءا من المفرد يعني جزءا في التصور والتصور بعدما دخلنا الى دار الوجود ولا دار العادة نعم وسمي معدولا والقضية التي تشتمل على مثل هذا يعني هذا العدول سميت معدولة منسوبة الى العدول والخالي عنه محصلة يعني الخالية عن العدو المحصنة  في اخر هذا النص ابين لكم فلسفة العدول فاذا جعل هذا المركب من حرف السلب واللفظ المحصل جزءا من القضية صح ان يكون موضوعا موضوعا وتسمى معدول في الموضوع كقولنا لا انسان جماد يعني هنا السلبة دخل على المحصل والانسان في ذات الموضوع. فتكون معذولة الموضوع وان يكون محمولا وتسمى معدولة المحمول كقولنا الانسان لا جماد. اداة السلب الجزء المحمول وان يكونا جزءا منهما يعني في في الموضوع المحمول تسمى معدولة الطرفين كقوانين اللاانسان لا ناطق جيد لماذا تركزون فقط على معدولة المحمول? لان الحكاية تكون دائما في المحمول وليس في المرء ضوع الحكايات تكون دائما في الموضوع نعم واذا اطلقت المعدولة سبق الى الذهن معدولة المحمول لكثرة استعمالها دون الباقين لان الحكاية تكون بالمحمول والقضايا العلمية هي قضايا حكاياتية. نعم. يعني نركز على التعينات وليس على الموضوع الذي تعين. لا عن التعينات نعم وحينئذ تقارب السالبة تقاربها في السلب فقط لسلامة موضوعها عن السلب ووقوعها في جانب المحمول فيهما يعني هنا تجبل السالبة. فقط الفارق ما هو? ان السلبي يفصل بين اثنين ولا من العدول لا جزء المحمول لا تفصل بين امرين واذا لم تفصل يمكن ان تحمل. نعم. يعني يمكن ان تكون ايجابية نعم  وحينئذ تقارب السالمة السالبة لسلامة موضوعها عن السلم ووقوعها في جانب المحمول فيهما. الا ان الفرق بينهما من حيث اللفظ ومن حيث المعنى اما من حيث اللف وتقديم حرب حرف السلم على الرابطة وآآ تأخره عنها فان السلب ان تقدم على الرابطة كقولنا الانسان ليس هو حد بحجر ولا يأتي الانفصال يعني المحمول في دائرة والموضوع في دائرة كانت القضية سالبة لانها سالبة رابطة فاصلة بين الموضوع والمحمول وان تأخر عنها كقولنا الانسان هو ليس بحجر هنا ليس صار الجزء المحمول فتكون معدولة كانت معدولة. هذا اذا كانت القضية ثلاثية. يعني تقول انسان هو عالم. او الانسان ليس هو عالم. او الانسان هو ليس بعام. وان كان ثنائية هذا هو ما غير موجود احداهما عن الاخرى بحسب النية. يعني تداولية حسب القصد مفهوم آآ دلالة تصديقية اولى والاصطلاح كتخصيص لفظ غير بالعدول وليس بالسلم. تقول الانسان غير نائمين غير هنا للعدول والسلم الانسان ليس بنائم السلب التحصيلي القضية السالبة اعم من المعدولة ياتي ان شاء الله واللهم صلي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