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ان نستعين والصلاة والسلام على محمد واله الطيبين الطاهرين اللهم صلي على محمد وآل محمد اللهم ارزقنا التوفيق والاخلاص وصلنا معكم الى هذه الفقرة تكاثر القضية بتكثر الحكم قال وكثرة الاجزاء تكفر القضية اذا تكفر الحكم قبل الدخول في هذا النص نكمل قاعدتي الفرعية بينا القاعدة بمثال وهو الله حي وقلنا هناك المحمول يكون ظروريا بالظرورة الازلية لان انتم درستم الضرورة في الفلسفة الظرورة اما ان تكون مشروطة اولى ليست مشروطة باي شرط لا على مستوى الموضوع في القضية ولا على مستوى المحمول ولا على مستوى النسبة ولا على مستوى الظروف التي تلف القضية هذه تسمى القضية الازلية مختصة القضايا التي تحكي الذات الالهية المقدسة فاذا قلت الله حي الله هنا ليس بالمعنى الديني بالمعنى الفلسفي يعني واجب الوجود لأن الله اسم في الدين في واجب الوجود عنوان كلي في الفلسفة واجب الوجود حي واجب الوجود قادر واجب الوجود عالم يقولون هنا الظرورة الازلية فتقول واجب واجب الوجود حي بالظرورة الازلية الازلية هنا في مقابلة ذاتية ما معنى هذا الحديث الذاتية مشروطة بعملية الخلق ان تكون هناك ذات مخلوقة حتى يأتي الوصف? هل هذا الشرط موجود على مستوى الذات الالهية? تقول الله حي مشروط بان يكون مخلوقا لا تقول له مستحيل شيخنا لان الله واجب الوجود. اذا هذا الشرط غير موجود اه تكون لا تكون من صنخ الظرورة الذاتية تكون من صنخ الظرورة اخرى وهي ازلية ظاهرا هذا الامر ابتكره اه ابن سينا فيما اتذكر اذن كل المحمولات التي تحمل على الذات الالهية المقدسة تحمل بالظرورة لا معنى لانفكاكها عن الذات الالهية. وهذه الضرورة من سلخ الضرورة الازلية. يعني ليست مشروطة بوجود الموضوع اما اذا قلت الانسان حيوان بالظرورة هنا ليس ظرورة ازلية. لماذا? لان الانسان يجب ان يتعين يا عالم الخلق على مبنى مشهور على مبنى مشهور حتى يكونا حيوانا اذن الضرورة الأزلية هنا الأزلية ليس في مقابل الأبدية او الا انه الزمنية لا الازلية في المقابلة الذاتية يعني ليست مشروطة باي شرط لا يتصل بالموضوع والمحمول ولا بالنسبة ولا الى ولا من المناخ الذي يلف القضية فتقول الله عالم بالضرورة الازلية. الله عالم. قادرون بالضرر الازلي. الله حي بالضرورة الازلي الظرورة المشروطة يعني القسم الثاني من الضرورة المشروطة تقسم الى قسمين نعم الشرط في متن القضية الشرط ليس في متن القضية وانما في الوجود يعني في النظم التحققي مرة الشرط يكون يكون في النظم المنطقي نأتي الى النظم التحققي سهل جدا  فتكون مقيدة بالزمن لان الزمان حيثية وجودية نعم يعني المحمول ظروري للموضوع في فترة زمنية مثلا كسوف والخسوف في فترة زمنية فلا يكون منبسطا في جميع فترات الزمان فهذه الظرورة الزمنية. اذا لم نراعي الزمان الانتشار ليس في فترة زمنية محددة هذه الضرورة المنتشرة. وهذه تكون دائما بالواقعيات المادية اذا عندنا ظرورة ازلية ظرورة زمنية ظرورة منتشرة. الروح الى الشرط في متن القضية يعني الضرورة المشروطة في متن الوجود بيناه ظرورة زمنية ضرورة منتشرة ليس لها علاقة بالزمن ضرورة الان في متن القضية مثل القظية عندنا موظوع ومحمول اذا كنا على الشرط على المستوى المحمول هذه تسمى الضرورة بشرط المحمول ما معنى الضرورة بشرط المحمول? وهي تحصيل حاصل لا تستخدم في العلو تقول مثلا الانسان عالم ما عندها علاقة الضرورة قد يتعلم وقد لا يتعلم. اما اذا قلت الإنسان العالم يعني انت ورطت بالعلم حتما يكون اه حتما يكون الانسان عالما تقول الانسان المقيد بالعلم الانسان العالم عالم بالظرورة هذه الضرورة بشرط محمول. لان المحمول صارت جزء موضوع القضية الانسان العالم موضوع القضية هو الانسان العليم وليس الانسان لوحده فالمحمول صار جزء الموضوع مو هو القضية ثم يترشح محمولا مرة ثانية فلتقل زيد الجالس جالس بالضرورة زيد جالس جالس بالضرورة نعم والعرف يدرك هذا الامر لا يتقن تحليله ويدركه تقول لشخص انت اسقي زيدا تشاين تعيين قهوة مسامحة في التعبير تا هي قهوة حين الوقوف  حين الوقوف يعني اذا كان جالسا لا تسقيه قهوة او ماء او عصيرا لا يهم المثال ثم يأتي هذا الشخص صاحب المحل او الحسينية او المطعم ويعتب عليك لماذا لم تسقي زيدا عصيرا او قهوة يعطيه قهوة وهو جالس تقول زيد جالس جالس بالظرورة ليس واقفا السيد جالس والجالس جالس بالضرورة هذه الضرورة تسمى ضرورة بشرط المحمول لان المحمول جزء الموضوع طبعا زيد الجالس جالس الكل يعلمها بالضرورة اذن هذه ليست قضية اه علمية تطلب في العلوم لانها واضحة تحصيل الحصر مر الشرط يكون في متن الموضوع الموضوع مرة يكون في دائرة وصفه مرة يكون في دائرة ذاته اذا كان في دائرة ذاته القضية هنا ضرورة ذاتية الظرورة الذاتية على ثلاث اقسام حمل الذات على الذات الإنسان وهذا حمل اولي تسامح ليس قضية او تقول الإنسان حيوان يعني حمل الجنس على الانسان ضرورة ذاتية عندهم وحمل اللوازم  كذلك ضرورة ذاتية يقولون هذه الظرورة لا تتعين الا اذا كان هناك موظوع يعني دخل عالم الخلق او تكون له ظرورة ببركة الوصف نعم تقول الانسان بوصف الكتابة الكتابة يعني اذا كتب تتحرك اصابعه بالظرورة هنا الظرورة الوصفية يعني لانه متصف بالكتابة حركة الاصابع تكون بالظرورة ام لا? تكون بالظرورة. بالقطع واليقين هذه ضرورة الوصفية ابن ظرورة ازلية ظرورة ذاتية ظرورة وصفية ظرورة بشرط المحمول ظرورة زمنية ظرورة منتشرة نعم ست ضرورات هذه تدرس في اه بحث المنطق في باب اه بحث الفلسفة في باب الواحد والكثير  نعم اذا كل القضايا التي تحمل على الواجب لا التي تصف الواجب تكون بالظرورة الاذى لي اذا تقول الله حي خلينا تسامحا نقول الله وهو في الحقيقة واجب الوجود تبوت الحياة للواجب بما هو ذات بما هو متعين بالحياة تقول بما هو متعين بالحياة في ظرف اي تقول الخارج يعني التحقق عدم التحقق في ظرف الخارج فرع ثبوت الذات الالهية بذلك التعين في ظرف الخارج. ظرورتان بالظرورة الازلية لا هنا الظرورة مطلقا المحمول الحياة بالضرورة الأزى وليس بالإمكان اذا جئنا الى القضية الثانية الانسان عالم يعني حملت العلم على الانسان لانه تعين به بالكاشفية له حيثية كاشفية تقول ثبوت العلم للإنسان في ظرف الواقع الخارجي فرع ثبوت الانسان في الظرف الخارجي بالظرورة ان لا معنى للتعين بالعلم بدون متعين بدون موظوع يتعين بالعلم فرع ثبوت الانسان في ظرف الخرج بالظرورة المحمول للعالم بالظرورة? لا ان الانسان قد يتعلم وقد لا يتعلمون بالامكان نعم شريك الباري الان ثبوت العدم لشريك البريء ثبوت العدم لشريك الباب. تقول شريك الباري معدوم بالظرورة ثبوت ثبوت العدم لشريك الباري. في ظرف من? في ظرف الادعاء. في ظرف المجاز. في ظرف رفع الوجود. رفع الوجود حقيقة عن مجاز. تقول مجاز شيخنا. يعني ادعاء</w:t>
      </w:r>
    </w:p>
    <w:p>
      <w:r>
        <w:t>يعني المجاز ثبوت العدم في دائرة المجز لشريك البالي يعني في ظرف الادعاء فرع ثبوت شريك الباري في ظرف الادعاء بالظرورة نعم والمحمول المعدوم هنا بالظرورة الازلية كذلك لكن في فرعي في ظرف الادعاء والخرطي لأن شريك الباري ليس له واقعية خارجية لها الاثار بالعكس مسلوب عنه الوجود قولك الشريك الباري معندهم حقيقتها شريك الباري ليس بموجود سالبة محصلة هذا اين في الظرف الخارجي الحقيقي والمجاز. نأتي الان الى الظرف الذهني في الظرف المنطقي على مبنى المشهور تقول مفهوم الانسان نوع اثبت النوعية لمن? لمفهوم الانسان تسأل العلماء مفهوم الانسان اين يقولون في ظرف الدين? يعني في النظم المنطقي ما تقول تبوت نوعية للإنسان ام مفهوم الإنسان? تقول لا لمفهوم الإنسان وليس الانسان الانسان موجود في زيد والزيت ليس بنوع شخص تبوت النوعية لمفهوم الانسان يعني الانسان في افق الذهن النظم المنطقي يعني في عالم المفاهيم فرع ثبوت مفهوم الانسان في الظرف نفسه بالنظم المنطقي يعني فوق الذهن بالظرورة لماذا? لان النوعية تعين لمفهوم الانسان ما هو هذا التعين? صدقه على كثير متحدي الحقيقة هذا التعين لا هوية له الا بموضوع يتعين به. فاذا الموضوع بالظرورة يكون في ذلك الظرف اذا ثبوت النوعية لمفهوم الانسان في ظرف الدين يعني النظم المنطقي فرع ثبوت مفهوم الانسان في ذلك الظرف بالظرورة نعم في الظرف نفسه طبعا نعم لا يكون المحمول في ظرف والموضوع في ظرف اخر هذا مستحيل ثبوت نوعية لمن? لمفهوم الانسان وليس للانسان. يعني الانسان بتقيده بالذهن في ظرف الذيب يعني في ظرف النظم المنطقي فرع ثبوت مفهوم الانسان في الظرف نفسه. يعني ظرف الدين او النظم المنطقي. بالظرورة بالظرورة هنا نأتي المحمول كيف يكون يكون بالامكان ام بالظرورة نعم اذا نظرت الى الطبيعة الانسانية بما هي طبيعة انسانية? ما عندها علاقة بالنوعية وعدم النوعية. الطبيعة الانسانية انسان وانسان فيتعين به اين? في افق الذهن يقوم بالامكان اما اذا نظرت الى القيد يعني الانسان تعين خلاص في الدين فالنوعية تكون له بالظرورة بالظرورة نعم معناتي الى الطبيعة المثالية هذي ما موجودة في الكتب من عندي انا خرطي سامحني عليه دقيق تأمل فيه لعلك انت تطور المسألة اكثر مني لانك اذكى مني وتشتغل اكثر مني زوجية الاربعة زوج او الثلاثة فرضوا الأربعة زوجون اسألك بيني وبينك انا بكل صراحة يعني الزوجية يجب ان تتعين الاربعة الاربعة يجب ان تتعين بالوجود حتى تكون منقسمة الى متساوين يعني تكون زوجة قاعد تقول لي شيخنا ما عندها علاقة بالوجود طبيعة الاربعة هادي هي الطبيعة المثالية الطبيعة المثالية يعني ليس لها علاقة بالوجود الخارجي ولا بالوجود ديني طبيعة الاربعة زوج اذا ثبوت الزوجية للطبيعة الاربعوية لطبيعة الاربعة كطبيعة مثالية لا ناظر الى الوجود الخارجي والى الوجوه الذهني فرع تعين هذه الطبيعة في المثالية بالظرورة نعم بالظرورة ثم تقول الزوجية كيف اذا كانت عرضا ذاتيا هي تكون بالظرورة ثم الكشف المعرفي يصل اليها لا يصل اليها. هذه مسألة اخرى في هذه القضية الاربعة زوج يصل اليها بسهولة يعني الواقع الخارجي يساعده الى الوصول الى هذه الحقيقة. اربع تفاحات نقسمها الى قسمين تنقسم الى قسمين. احيانا لا المسألة تكون معقدة تحتاج الى استدلال بعظ القظايا الرياظية الى الان لم يصل العلماء الى حلها هذا مقام الاثبات وانا اتكلم في مقام عالم المثالية فثبوت الزوجية للاربعة في ظرف المثالية لا ظرف الدين ولا ظرف الخارج يعني الاربعة لا تكون زوجا اذا كانت في ذهنك? لا لا لا هي زوج كانت في دينك او لم تكن في ذهنك. الدين فقط يكشفها نعم يعني يفرغها متحققة في مرتباتها سيد الصدر يقول هذا اللوح يسميه لوح الثبوت اعتقد نعم السي الميردماد يسميها هكذا بعضهم يسميه آآ نفس الامر. انا اسميه الطبيعة المثالية اذا ثبوت الزوجية للطبيعة المثالية فرع ثبوت الطبيعة المثالية في ذات مثاليتها بالضرورة في الظرف نفسه نعم في الظرف نفسه نعم ثم الثلاثة. اذا كانت من ذاتياتها التي لا تنفك يعني لازم لا ينفك ثم مقام الكشف اكتشفنا لم نكتشف دي مسألة اخرى. هذا مقام الثبوت. لا نتكلم في دائرة المثالية فتكون المحمولات كلها بالظرورة نعم بالضرورة هذا بيان للقاعدة الفرعية وتطبق بإثبات الوجود الذهني في الفلسفة وهذا بحث فلسفي انا لا ادخل بهذه خدمة لكم فقط اذا دخلتم الى العلو تكون القاعدة الفرعية ثابتة عندكم? نعم يقول تكفل القضية بتكفر الحكم قال وكثرة الاجزاء تكفر تكفر القضية. اذا كثر الحكم ولا تكثرها اذا لم يتكثر هذه الان في المنطق الحديس المنطق السوري الحديث الرياضي الذي جاء بعد رياض فريج و ركزوا عليها كثيرا اقول ان كل واحد من الموضوع والمحمول قد يكون واحدا بسيطا وقد يكون مركبا كثيرا وحينئذ ان تكفرت ان ان تكثر ان تكفر احسنت. ان تكفر الحكم بكثرة بكثرته كانت القضية قضايا متعددة والا فلا نعم مسألة سهلة لا تحتاج الى اه عمق معرفي. مثال مثال ما تكفر تتكفر القضية بتكفره قولنا الانسان حيوان ناطق. كم قضية تتخرج منها؟ انسان حيوان وإنسان ناطق على مبناهم على مبنانا لها هذا حمل اولي وليست قضايا وانما معنى واحد تصور وانه يستلزم قولنا الانسان حيوان قضية اولى الانسان ناطق قضية ثانية حيوان ناطق قضية ثالثة ومثال لا تتكثر بتكثر قولنا الخمسة ثلاثة واثنان لا تستطيع ان تقول خمسة ثلاث والخمسة اثنان هذا مستحيل جيد الان نأتي الى القضية الشخصية والمهملة والكلية والجزئية هنا التقسيم مشوش في المتن والشرح خلينا نبين القسمة دائرة بين النفي والاثبات وندخل ما ابتكره العلامة الحلي ونوسي نهائيا حتى جاء صدر المتألهين وتبناه والى الان هذا التبني من صدر المتهلين ليس معروف في الحوزة العلمية مع الاسف الشديد لو ركزنا عليه لكانت كثير من المسائل الفلسفية واضحة بطريقة رائعة جدا وعجيبة هنا نقرأ اولا المتن المحقق التونسي ثم نركز على القسمة الدائرة بين نفي والنفي والاثبات قال وموضوع الحملية اذا هنا تقسيم الحملية باعتبار الموضوع يعني ملاك القسمة والموضوع يعني القضية الحملية تنقسم باعتبار الموضوع الى موضوع كلي شخصي شخصي نعم وهنا في خلل لأن القضايا الشخصية ليست قضايا تسامحا اذا ما عندنا هذا التقسيم الاولي قضية اما موضوعها كلي او موضوعها شخصي. عندنا القضية موضوعة كلي انتهى الامر تسامحا نقول قضية باعتبار الموضوع شخصية الموضوع هذا زيد نائم هذا الشخص امامي نائم. هذا الشخص امامي يتحدث. قضايا شخصية لا تستخدم في العلوم. لماذا? لان الشخص داثر يتغير او موظوعها كل كل ما معناه يعني يسري صدقا يسري صدقا نعم هذا الموضوع مرة  اه نلاحظ اه الافراد في دائرتها الشمولية او في دائرتها غير الشمولية او لا نلاحظ اذا لم نركز على الشمولية عدم الشمولية تسمى القضية المهملة الانسان عالم يقولون هذه محتملة الشمولية</w:t>
      </w:r>
    </w:p>
    <w:p>
      <w:r>
        <w:t>وياقينية الجزئية فهي في حكم القضية الجزئية تخرج من دائرة العلو او تقول لا مصورة ليست مهملة السور. مصورة بالشمول كليا ليس بالشمول جزئي يعني بعض نعم فتكون يكون القسمة هكذا. القضية باعتبار الموضوع. اذا كنا في الشخصية تقول هذا الشخص نائم هذا زيد يتحدث هكذا في الموضوع العامة الكلي اما ان لا ننظر الى شمولية الافراد وعدم شمولية الافراد يعني قضية مهملة ما معنى يعني ليست محددة السور للكل ولا الجزء كيف تفيد الجزئية ياتي في المتن ان شاء الله؟ لأن الكلية محتملة والجزئية يقينية فنبني على اليقين فتكون جزئية لا تفيد في العلوم نعم. نروح الى الكلية مصورة بالكل مصورة بالجزء يجوز بعض الانسان عالم الكل كله انسان عالم وهكذا هذا ما في المتن العلامة الحلي اكتشف امر خطيرا سنقسمه اثناء التطبيق قال وموضوع الحملية يعني تقسيم الحملية باعتباره الموضوع ان كانت جزئيا جزئيا هنا يعني شخصيا. الجزئية بالمعنى الفلسفي ليس الجزئية بمعنى الذي لا يصدق على الكثيرين. الجزئية بمعنى الفلسفي يعني الشخصية. ان كان شخصيا كانت القضية شخصية. كيف? هذا مشخص باسم الاشارة. هذا زيد يتحدث وسميت مخصوصة كقولنا زيد كاتب زيد يعني هذا زيد شخصي او ليس بكاتب موجبة سليمة وان كان كليا اذا ملاك التقسيم الموضوع الكلي والموضوع الشخصي وان كان كليا يعني من? الموضوع ولم يتعرض لعموم الحكم وخصوصه يعني لم ننظر الى شمول الافراد وعدم شمول الافراد القضية المهملة. نعم سميت مهملة كقولنا الانسان كاتب الإنسان كاتب لا كل ولا بعض او ليس بكاتب الانسان وليس بكاتب وان تعرضت للقضية يعني الى السور سميت محصورة ومصورة فلسفة الصور كل بعض اشارة الى الافراد شمول او عدم الشمول. فان تناول الحكم كل واحد من اشخاصه الموجودة والمفروض وجودها مما لا يمتنع ان يتصل به يعني يمكن ان يصدق عليه سميت كليا. اذا الكلية تشمل الموجود والمقدر كقولنا كل انسان كل انسان عالم كل انسان حي وهكذا او لا شيء من انسان بعالم او لا شيء من انسان بحجر وان اختص ببعض غير معين سميت جزئيات جزئية يعني بعض غير الشخصية جزئنا يعني بعض كقولنا بعض الانسان عالم وليس اه ببعضهم يعني وليس بعض الانسان بعالم نعم وليس كلهم ليس بعضهم صحيح وليس كلهم ليس كل نفي الكلية فان فان السلب العموم وان احتمال احتمل عموم السلب سلب العموم يعني قد كل الافراد ينتفي عنها الوصف او قضية بعض الافراد. وان احتمل عموم السلم لكنه يستلزم خصوص السلب قطعان يعني الجزئية وكذلك صيغة الخصوص فانه ان احتمل معها صدق العموم وآآ كذبه لكنها دلت على الخصوص فقط نعم تقول ليس كل الانسان بيعانوا يعني بعضها عالم وبعضها ليس لعا نعم اقول خلينا هنا نقف لان انتهى الوقت اه اقول نقف هنا ان شاء الله في الحصة الآتية نقسم التقسيم الشجري على ضوء ما اتى به العلامة الحلي ويكون التقسيم في غاية الجمال. لماذا? لان المحقق الطوسي لم يأتي بالقضايا المنطقية القضايا المنطقية القسمة تكون هكذا القضية باعتبار الموضوع اما اه اما عامة او شخصية. شخصية خرجت القضية الشخصية عامة عموم صدقي عموم غير صدقي عموم صدقي كلية جزئية عموم غير عموم الصدقي عموم صدقي مصورة غير مصورة غير مصورة حملية عموما صدق مصورة كل جزء ليس فيه عموم صدقي يعني لا ننظر الى الصدق. سريان الصدق هذه القضايا المنطقية الانسان نوع الحيوان جنس ما في سور هناك. لا معنى للسور هناك. ان الوصف للمحمول وليس اه الوصف للموضوع في الذهن مقايد بالدين وليس للموضوع بما هو يسري في الواقع الواقع الصدقي. ان شاء الله يأتي هذا بيانه بالتفصيل ونكتشف ان ابتكار اعلام الحلي في غاية الجمال ونشير الى اثار هذا الابتكار ان القضية الحقيقية ما عندها علاقة بالسور مطلقا. يعني عقد الحمل وعقد الحمل الوضع اه عقد الوظوء وعقد الحمل يتبخران نهائيا من فلسفة القظية العلمية هذا يأتي ان شاء الله كله بالتفصيل.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