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هذه الفقرة اقول موظوع الحملية اما ان يكون شخصا معينا وتسمى القضية شخصية ومخصوصة كقولنا زيد كاتب زيد ليس بكاتب. موجبة وسالبة اذا وصلنا الى تقسيم القضية باعتبار الموضوع في متن المحقق التونسي لم يذكر لا الطبيعية ولا المنطقية فكيف نقسم تقسيم الجديد ان علم الحل رحمة الله عليه بالتقسيم الشجري الذي يدور بين النفي والاثبات مسألة صعبة جدا نقول القضية الحملية اما موضوعها الشخصي هذا زيد كاتب هذا زيد ليس بي كاتب وهكذا وهذه تسامحا يطلق عليها انها قضية. هي ليست قضية لان القضايا دائما عنوان موضوعي عام وعنوان محمول عام اما الشخصيات الخارجية ليس له عموم وبالتالي لا ترقى الى القانون والقضايا هي القضايا القانونية القضايا العلمية اذا تقسموا القضية الى كلية الموضوع شخصية الموضوع بادخال الشخصية تسامح المفروض ندخل مباشرة الى نوعية الموضوع المهم نقول القضية الحملية اذا قسمناها باعتبار الوضوء اذا كنا في دائرة الشخص قضية شخصية لا تطال مصادق اخرى ولا تصلح للعلوم لماذا? لان هذا الشخص قد يكون زائلا قد يكون داثرا لا يمكن ان ترقى الى عنوان كلي حتى تؤسس قضية علمية تطال جميع المصاديق او تقول الموضوع كل موضوع كلي يعني في مقابل شخصي معنى يوصلنا الى المرتبة العقلية للمعنى هذا الموظوع اما ان نلحظه بقيد العموم قيد العموم ما معناه? يعني الطبيعة في دائرة النظم المنطقي فقط في دائرة الزين هناك تأتي القضايا المنطقية الانسان نوع الحيوان جنس وهكذا هذا القيد قيد العموم كلي يقبل الصدق على كافرين. اذا قيد بالكلية واللي قيد بالعموم الصدقي ما عندنا الموضوع في الواقع يصدق على الكثيرين. ابدا الموضوع الخارجي  لا يسري صدقا اذا خرجنا القضية المنطقية. وهي ليست قضايا علمية تختص بالحقل المنطقي او تقول لا الموضوع حتى قيد العموم غير موجود الطبيعة الخالصة الطبيعة النظيفة هذه الطبيعة مرة ننظر اليها كطبيعة مثالية منظر مرة ننظر اليها كتواجدها في الافراد يعني عدم التواجد في الافراد وليست مقيدة بالعموم انسان فقط حيوان فقط لا ننظر الى التعين الديني ولا التعين الخارجي هذه الطبيعة الخالصة انا اسميها الحقيقة المثالية سميها الطبيعة لا يهم التسمية. المهم المهم تفهمون الانسان بما هو انسان لا هو في الدين حتى يكون نوعا ولا هو في الخارج حتى يكون زيدا  هذه القضية الطبيعية مرة ننظر الى هذه القضية الطبيعية بما هي تسري صدقا مرة الأفراد تكون غير محددة قضية مهملة افراد محددة يعني دائرة محددة قد تكون محددة بالشمول قد تكون محددة ليس بالشمول بشمول كلية الأفراد يعني تطال جميع الأفراد ليست شاملة بعضه في الافراد وللقضية الجزئية هذا هو التقسيم الذي اتى به العلامة الحلي وكذلك يدور بين النفي والاثبات فزاد على تقسيم المحقق التونسي اه قضيتين قضية المنطقية والقضية الطبيعية التي انا اسميها القضية الميثاقية  اطبق على كلام العلام الحلي ثم اشير الى القضية الطبيعية. وما هي فلسفته اقول موظوع الحملية اذا تقسيم للقضية الحملية باعتبار الموضوع اما ان يكون شخصيا معينا هذا زيد هذه الشجرة مثمرة هذا زيد نائم وتسمى القضية شخصية ومخصوصة كقولنا زيد كاتب زيد يعني هذا الزيد الذي يشار اليه زيد ليس بكاتب قلنا هذا يطلق عليه عنوان القضية بالمجاز وليس بالحقيقة واما ان يكون كليا كليا عليه في مقابل شخصي يعني في المرتبة العقلية ليس بمعنى انه مقيد بالكلية لا لا لا ما عليه في المرتبة العقلية في الادراك. مرة نكون في المرتبة الحسية شخصية مرة نكون في المرتبة العقلية. المرتبة العقلية لها حيثيات متعددة طبيعية مهملة منطقية مصورة بالكل بصورة بالجزء اذا ننظر الى المرتبة العقلية الكلية هنا بمعنى المرتبة العاقة ليا يعني الموضوع في المرتبة العقلية خرج من شخوصات الحس والخيال نعم واما ان يكون كليا ثم يأتي ويقسم هذا الموضوع فاما ان يحكم يحكم الشخص او يحكم على تلك الطبيعة لا باعتبار عروض الكلية لها خالصة من اي قيد لقيت الشخصي ولا قيد عمومي القايد العمومي يأتي بالنوعية الجنسية وهذه الامور القضايا المنطقية. اذا لا باعتبار عروض الكلية لها نعم هنا اه اخرج القضية المنطقية ونحن نسميها القضية الطبيعية تقول ان الانسان حيوان لو قال مثلا هذه الطبيعة التي ليست مقيدة ننظر اليها باعتبار تواجدها في الافراد وباعتبار ذاتية فقط كحقيقة مثالية يأتي التقسيم تقسيم دائر بين النفي والاثبات. ولا عزلها لوحدها فاما ان يحكم على تلك الطبيعة لا باعتبار عروض الكلية لها هذا القايد لإخراج القضية المنطقية ونحن نسميها القضية الطبيعية يعني هو ادرك انها غير موجودة في ما سبق في الكتب فيحتاج ان يقنن لها المصطلح القضية الطبيعية انا اسميها القضية المثالية الطبيعية المثالية لا فرق تقولين الانسان الانسان في طبيعته حيوان كان في الدين كان في الخارج كان في طبيعته المثالية هو حيوان لأن حيوانية مقاومة لذاته واما ان يحكم عليها باعتبار عروض الكلية لها. يعني باعتبارها متواجدة في النظم المنطقي هناك تكون جنسا فصلا نوعا ونحن نسميها القضية العامة القضية العامة يعني القضية المنطقية كيقول ان الإنسان نوع طبعا هنا ليس الإنسان نوع الإنسان المقيد في الذهن مقيد في النظم المنطقي نوعه يعني مفهوم الانسان نعم والحيوان جنس يعني مفهوم الحيوان ما معنى? يعني دخلنا الى النظم المنطقي. النظم الحكاية النظم المرآة وهذا لم يذكرهما المصنف رحمه الله. نعم لم يذكر لا الطبيعية يعني المثالية ولا المنطقي وان حكم على افراد تلك الطبيعة يعني المحقق الطوسي لم يذكرهم لم يذكرهما على من حل ذكرهما واراد ان يبين التقسيم تقسيم الشجري يعني بين النفي والاثبات كما بينت لك انا واما وان حكم على افراد تلك الطبيعة. يعني هنا نخرج من الطبيعة الخالصة ولا الطبيعة المقيدة بالذهن الطبيعة المتواجدة في الخارج على مبنى المشاء كل الطبيعي موجود في صميم الافراد فاما ان تبين كمية الافراد او لا تبين. لا تبين هي المهملة فان لم تبين فهي المهملة كقولنا الانسان حيوان نعم ما الفرق بين الانسان وحيوان هنا في المهملة والانسان حيوان في الطبيعية لا هنا نظرت الى الافراد ناظرة الى الفرض يعني جاء اعتبار جديد اذا نظر الى افراد الانسان هذا اذا نظر الى افراد الانسان اخراج القضية طبيعية اولا القضية المثالية نعم اذا نظر الى افراد الانسان اوليس بحيوان مثال اخر وان بينت كمية الافراد سميت محصورة ومصورة فاما ان يحكم على كل الافراد وعلى بعضها او على بعضها فان حكم على الجميع الجميع هنا ليس بمعنى المجموع لا يعني سرايا الصدق في جميع الافراد</w:t>
      </w:r>
    </w:p>
    <w:p>
      <w:r>
        <w:t>فالقضية قضية كلية مثال الموجبة كل انسان حيوان يعني كل من صدق عليه عنوان الإنسان يصدق عليه عنوانا الحيوان عقد الوضع وعقد الحمل مثال السالبة لا شيء من الإنسان بحجر يعني كل من لم يتعنون بعنوان الإنسان نعم اه او قل كل من تعنون بعنوان الانسان لا يتعنون بعنوان الحجر لان سالبة السلب الحجري عن الحقيقة الانسانية فالحكم ها هنا وقع على كل فرد من افراد الانسان الموجود والمفروض وجوده يعني المقدر والموجود اذا سألت انت على من حلي لماذا ادخلت المقدر انك نظرت الى الطبيعة اذا الكل البعض ما عنده علاقة في الحكم فنعود الى الطبيعية فقط الى المثالية هذا اشكال على لماذا ادخلتم القضايا الافراد المقدرة؟ لانكم تنظرون الى الطبيعة بما هي طبيعة. ليست طبيعة بما هي رياء نعم فالحكم ها هنا وقع على كل فرد من افراد الانسان الموجودة والمفروض والمفروض مفروض وجودها. وجودها. مما لا يمتنع ان يكون انسان. المقدر واشار بذلك يعني الماتن الى ان الموضوع في القضية الكلية لا يؤخذ بحسب الوجود الخارجي لا غير. نعم. يقول وموضوع الحملية ان كان الجزئية ان كان في القضية الشخصية. وسميت مخصوصة وان كان كليا. ولم يتعرض لعموم الحكم وخصوص سمات مهملة مهملة كقول الإنسان كاتب وليس بكاتب وان وان تعرض سميت محصورة ومصورة فان تناول الحكم كل واحد من اشخاص الموجود والمفروض يعني والمقدر كما ذهب اليه قوم من الاوائل بل هو اعم من ذلك فهو ما يصدق عليه الموضوع سواء كان موجودا في الخارج او مفروضا فيه مفروض انه مقدر لا مطلقا بل مع امكان اتصافه بالوضوء بحيث لا يدخل فيه الافراد الموم كنعاك ذهب اليه قوم غير محقق ايضا  في كتاب الاسرار الخفية صفحة تنين وستين ربعة وستين كتاب طبع حديثا للعلام الحلي مبسوط وشرح المطالع كذلك صفحة ستة وثمانين اذا الكلية تعني ان الطبيعة تسري في الافراد الخارجية وفي الافراد المقدرة نعم وان حكم على بعض الافراد غير معين لا على معين لانها تصير مشخصة سميت جزئيا تعطاو لينا بعض الناس حيوان. جزيها هنا بمعنى اه في مقابل الكلية جزئية السور وليست جزئية الموضوع جزئية الموضوع هي الشخصية جزئية السور. نعم. سميت جزئية على جزئية السور يعني البعض كقولنا بعض الناس حيوان في الايجاب وبعض الناس ليس بكاتب في السر اوليس كل انسان بكاتب فان هذه الصيغة تدل على السلب الجزئي لان السلب العمومي يصدق تارة مع عموم السرب وتارة بدونه. فهو لا يدل على شيء منهما بالمطابقة لكن عموم الصرب يستلزموه خصوصه. يعني انت اذا سلبت من العموم سلامة العموم هذا لا يعني اه ان الجزئية لا تصدأ تصدأ. فهو يدل على الخصوص بالالتزام. يعني بدلالة الالتزامية وكذلك الموجب الجزئية. اعني صيغة الخصوص فانها تصدق مع عموم الاجابة ومع خصوصه لكن لما استلزم العموم الخصوص كان دال على الخصوص الالتزام دون العموم نعم. المهم اذا قلت كل انسان كاتب ما معناه? يعني الانسان يطال جميع مصاديق الانسان الموجودة والمقدرة نعم والمقدر لنا  اذا قلت بعض الانسان شاعر يعني اذا جئنا الى مصادق الانسان السريان الانساني بوصف الشاعرية يقال بعض المصاديق وليس يطال كل المصاديق اذا هذا التقسيم في غاية الجمال نعم والعلامة الحلي زاد قضية طبيعية لعلما تبنى هذه القضية الطبيعية  نعم اذا بنينا على القضية الطبيعية بعد الكلي والجزئي لا معنى له انا ما عندي علاقة بهذه القضية كل حديد يتمرد بالحرارة انا ابحث عن طبيعة الحديث تتمدد بس ما عندي علاقة بالكلية. هذا هوس ارسطو كان يهتم بالجزئيات كثيرا طبيعة طبيعة الحديد تمتد بالحرارة وتهرب يلا  حيث كنت واينما كنت فاذا وجدت قطعة حديد ووضعتها على النار تتمدد بالقرض واليقين. لماذا? لان طبيعة الحديث تقتضي التمدد اذا مسها اللي بالستر حرارة انتهى الامر نعم طبيعة الإنسان حيوان ما عندي علاقة بزيد وهذه ليلى نعم واجب الوجود حي ما عندي علاقة بمصديقه التوحيد او غير التوحيد الهة متعددة اله واحد طبيعة طبيعة واجب الوجع ثم نأتي الى المصداق الخارجي اجده متمحضا في مصداق واحد لنظرية التوحيد هادي مسألة عندها علاقة علم الهيات وليس عندها علاقة او في الفلسفة الميتافيزيقا ليس لها علاقة بالصيغة المنطقية للقضية جيد الان يشير الى هذه النقطة ما هي القضايا التي يركز عليها العلم العلم يعني الصناعات التي تؤسس للقضايا الكلية نعم القضايا المعتد بها المعتد بها في العلوم قال وايضا الاهمال الاهمال يعني الطبيعة الناظرة الى الافراد غير مصورة. لا بالكل ولا بالجزء وان احتمل العموم يحتمل العموم الا ان الجزئية يقينية لكنه يستلزم الخصوص هذه هي المهملة فالمهملة في قوة الجزئية. لماذا? لان الجزئية يقينية الكلية محتملة. والشخصيات ساقطة في العلوم فإذا القضايا المعتاد بها اربعة نعم اذا بنينا على الطبيعية فقط القضية الطبيعية فقط المعتاد بها في العلوم يعني القضية التي موظوعها مثالي حقيقة مثالية انا ببني الطبيعية بل كل والبعض ما عندهم قيمة اقول قد بينا ان المهملة هي التي يحكم فيها على افراد الموضوع. يعني الطبيعة السارية في الافراد لكن دائرة الافراد الكلية والجزئية غير مذكورة في هذه القضية تسمى المهملة قد بينا ان المهملة هي التي يحكم فيها على افراد الموضوع من غير بيان كلية الحكم وجزئيته اذا طبيعة سارية بدون تحديد الدائرة دارت الشمول او عدم الشمول نعم فهي اذا محتملة لان تصدق كليا وجزئية. يعني ساكتة من حيث الكلية والجزئية ولا خروج لها عنهما لكن صدقها كليا يستلزم صدقها جزئيا. نعم الجزئية ثابتة قطعا. الشي يقيني. نعم. ويلزم من صدق الجزئية. ايضا صدق المهملة فهو متلازمتان فلهذا قال الحكماء الموهلة في قوة الجزئية قلت الجزء يعني البعضية ليست الجزئية عن الشخصية اذا عرفت هذا فالشخصيات ساقطة في العلو. لماذا? لان مقدمات البرهان يجب ان تكون دائمة الصدق ولا دوام للشخصيات ما عندنا الدوام. الدوام نحرزه بعنوان كلي وليس تشخص  فبقيت القضايا المعتد بها في العلوم هي الاربعة. الموجبة والسالبة الكليتان والجزئيتان ودخلت المهملة في الجزئية على ما بين انت انزع الان الجزئية البعضية تبقى الكلية فقط هي التي تصلح للحلو كلية يعني الطبيعة سارية صدقا على كثيرين وشاملة هذا عند القدماء. اذا ادخلنا هذا المبنى الجديد القضية الطبيعية يعني القضية المثالية حتى الكل ما نحتاجو يعني انت الان اربعة زوج يعني اذا سرت في مصاديق الاربعة في الكون تكون زوجا ما عنده علاقة يعني انا علمي بالاربعة زوج ما عندي علاقة بالسنيان الصدقي في الافراد اربع تفاحات اربع زجاجات اربع كذا اربع لاعبين في في كرة القدم اربع كرات ما يهمني الزوجية ثابتة لطبيعة الاربعة هذه الطبيعة التي القضية الطبيعية او القضية الميثاق اللي نعم اين اعاين الاربعة بالمشاهدة تقول خارج هذا الشيء غير طول القضية تبت في مثالياتها وفي طبيعيتها</w:t>
      </w:r>
    </w:p>
    <w:p>
      <w:r>
        <w:t>اين افهم الاربعة زوج في النظم المنطقي؟ هذه امور غير القضية غير القضية لا نشتبه تواجد الاربعة في الخارج وتنقسمي الى قسمين هذا شيء غير يا ارسطو فهمي للاربعة زوج عين في النظم المنطقي يعني ايه في النظم الادراكي اما القضية اربعة زوج ذهنية يعني انا اذا تقهتها وفهمتها صارت زوجا لا هي في طبيعتها زوج هل تكون زوجا اذا وجدت? لا ابدا يعني قيد الوجود لا حيت لا علاقة له بوصف الزوجية نعم هذه القضية الطبيعية وهذه هي القضية العلمية نعم كل سور بعد حذفه من البين الشخصية والمهملة والجزئية والكلية في الشرطيات بعد ما بين التقسيم باعتباره الموضوع في الحملية ينتقل الى الشرطية. قال وشخصية الشرطيات سوى شرطية اتصالية او انفصالية لا فرق بتخصص حكمها بالاحوال او الاوقات المعينة كقولنا اذا كان زيد اليوم اليوم شخصيا لان مشخصة باليوم ذاهبا فهو ملاق غريمه او الساعة اما كذا واما كذا وكنيتها صدقه في صدقه في جميع اليها هذا الحوك وبشرط الا يكون لها اثر في الاستصحاب او العناد يعني هذه الأحوال لا دخل لها في الإصطحاب والعناد كقولنا كلما كان وليس البتة اذا كان او دائما اما وليس البتة اما هذه هي القضية الكلية في الشرطيات وجزئيتها صدقه في بعضها كقولنا الجزئية بمعنى في مقابل الكلية كقولنا قد يكون وقد لا يكون اذا كان واما ان يكون واهمالها اهماله اهمال الكلية واهمال الجزئية يعني لا تجد في الكلية كلما كان ليس البتة كذا او قد يكون هذه الامور لا تجدها في المهملة نعم واضحة جدا فقط الفرق في الاحوال اقول كما ان التشخص والاهمال والحسرة يقع في الحمليات كذلك يقع في القضايا الشرطية وكما ان اجاب الشرطيات وسلبها وصدقها وكذبها ليس بالنظر الى اجزائها لنقول هي القضايا اذا طلعت الشمس والنهار موجود. طلعت الشمس قضية هناك حمليتها تختفي النهر موجود حمليتها تختفي. الملاك والاتصال او العناد بل بالاتصال والانفصال. كذلك شخصيتها واهمالها وحصولها انما هو بالاتصال والانفصال لا بالنظر الى اجزائه فان قولنا كلما كان زيد كاتبا كان متحركا. زيد شخصي الى ان ارى قضية كلية. لماذا? كلما كان احوال كلية نعم كلما كان زيد كاتبا كان متحركا كليا مع ان طرفها شخصيتان اذا عرفت هذا فنقول شخصية الشرطية هي ان هي ان يخصص حكمها اما الاتصال او الانفصال سواء كنا في قضية اتصالية او انفصالية بالاحوال والاوقات المعينة المشخصة بحيث لا يحتمل الشرك دعوا قولنا ان كان زيد اليوم اليوم شخص ذاهبا فهو ملاقي غريمه. او ان جئتني مع زيد اكرمتك واما ان يكون الان زيد في الدار او خاء اه ريجيها وكلياته الشرطية عبارة عن صدق الحكم في جميع الاوقات او الاحوال المقترنة بالمقدم المقترنة بالمقدم المقترنة يعني هي تلف المقدم وليست تدخل في صميم المقدم التي يمكن صدقها معه من غير ان يكون لتلك الاحوال اثر في الاستلزام او العناد كقولنا كلما كانت الشمس كانت الشمس طالعة فالنهار موجود فان وجود النهار لازم لطلوع الشمس نعم يعني يتفرع لي ان طلوع الشمس علة لوجود النهار. في كل وقت يمكن طلوع الشمس ومع كل وضع يفرض معه كوجود زيت اكل عمره مثلا. وكقول ليس البتة اذا كان الشاب طالع في الليل موجود هذا في في المتصلة وفي المنفصلة دائما العدد اما زوج او فرد. ليس البت العدد اما زوج او فرد منقسم متساوية اذا تلك الاحوال التي تعين الكلية والجزئية لا تدخل في المقدم لانها اذا دخلت في المقدم ما ثبت انه مقدم وليس به مقدم وانما شرطنا يبين هذه النقطة وانما شرطنا في تلك الاوقات والاحوال ان يكون ممكنة الاجتماع مع المقدم ممكنة الاجتماع ليخرج عنهما ليس يمكن استلزامه المقدم للتالي معه كفرض المقدم مع عدم التالي او عدم عدم لزومه له او عدم لزومه وشرطنا ان لا يكون لها اثر في الاستصحاب والعناد استصحبي عن الاتصال الاتصال الاتصال القهري العلي والمعلولي او الاتفاقي. والعناد يعني الشرطية المنفصلة انه لو كان لها هذه الاحوال اثر فيه في المقدم او التالي لك انت اجزاء من المقدم فلا يكون مفرظنا مقدما بمقدم هذا اقول. اذا تلك الاحوال تلف المقدم ولا تدخل في هويته نعم تقول كلما كلما اه كلما كان زيد كاتبا كان متحركا كلما كان يعني كليا زيد هو المقدم نعم تأتي امور تلفه حتى يكون كاتبا هذه الامور تجعل القضية كلية ام جزئية هذه لا تدخل في صميم الشرطية لا في علم المقدم ولا في علم التالي وجزئية الشرطية هي صدق الحكم في بعض الاوقات ببعض تلك الاوقات او الاحوال المفروضة في الكلية كقولنا قد يكون اذا كان هذا حيوانا تا هو انسان هذا اشارة جنسية اذا جزئية وقد لا يكون اذا كان هذا حيوان فهو انسان. وقد يكون العدد اما زائدا او ناقصا. او قد لا يكون لو قال قد يكون هذا العدد افضل وليس العدد العدد كليا قد يكون هذا العدد باعتبار قد يكون جزئيا  المفروض يقول هو قال هنا  ماذا قالوا? قال وهو جزئية الشرط نعم قد يعني تفيد التخفيف تقليل. قد يكون العدد اما زوجا زوجا اه زائدا او ناقصا. وقد لا يكون في السالبة واهمال الشرطية بإهمال الأحوال والأوقات كقولنا ان كان هذا حيوان فهو انسان واما ان يكون العدد زائد او ناقصا. يعني لا تأتي بتلك اه ذلك المناخ الذي يلف المقدم ويلف التالي نعم انتهى الدرس بقي تأتي ان شاء الله واللهم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