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الصور قال والأداة الحاصرة ككل وبعض تسمى سورا وكلية الحكم وجزئيته كميته وايجابه وسلبه كيفيته نعم قلنا القضية عند المشهور متكونة بخمس مكونات المكونة الأولى السور جاءت من السور العرفي الذي يحوط شيء سور البستان  كل بعظ فقط مبني على الكلية كل هو السور العنوان الموضوعي كل انسان حيوان العنوان المحمولي هذه هي المكونات الثلاثة الاولى الرابطة يعني النسبة الثالثة و الايجاب سلب وايجاب المكونة الرابعة والجهة كل انسان ثابت بالايجاب نسبة ايجابية نسبة وايجاب وبالظرورة هذه المادة او الجهة يشير الى هذا الامر يقول والاداة الحاصرة ككل وبعض السور فلسفته تحديد دائرة الافراد. قد تكون الافراد مشمولة بجميعها مرة كل تسمى سورا استعارة من السور المادي وكلية الحكم وجزئية كميته الكلية والجزئية يعني اشارة الى كمية الحكم. طبعا هذه الكمية كذلك استعارية نعم كمية العدد يعني السريان يكون في في الكل او في الجوز وايجابه وسلبه كيفيته. الكيفية يعني لي جابو السلم قد تكون موجبة قد تكون سالبة. تقول كل انسان حيوان موجبة الكيفية هنا الايجاب تقول لا شيء من الانسان بحجر. هنا الكيفية السلب اقول اللفظ الدال على كمية الحكم يسمى صورا. اذا فلسفة الصور اشارة الى كمية الافراد ففي الموجبة الكلية الحملية كل وفي الجزئية بعض وواحد وفي السالبة الكلية فيها لا شيء لا واحد وفي الجزئية ليس بعض وبعض ليسوا ليس كل وفي متصلة موجب الكلية كلما كان ودائما اذا كان والجزئية قد يكون والسالبة الكلية ليس البتة والجزئية قد لا يكون وليس كلما وليس دائما هذه راجعة الى ماذا? الى اللغة. نعم بكل لغة عندنا هكذا الفاظ    وكلية الحكم وجزئيته وكمية الحكم يعني السرير صدقي الشامل او السرين الصدقي غير شامل وايجاد الحكومة وسلبه وكيفيته. كيف تكون الكيفية? تقول الايجاب او السلب. قضية سهلة ليست اه تنطوي على مسألة علمية القضية المنحرفة هنا في اللسان ان اللسان طبيعي ولهذا المنطق الجديد تخلى عن اللسان الطبيعي راح الى الرموز وخلص من كل هذه التحريفات والمشكلات قال والحملية التي مم تركب الصور مع محموليات تسمى حلفا يعني السور انزاح عن مكانه وذهب الى المحمول اقول حق السور ان يرد على الموضوع كل الف باء ليس الف كل باء ليتبين كمية افراده. لماذا? لان المحمول يسري الى الافراد من خلال الموضوع فالموضوع هو الذي يحدد الافراد وهو الذي يسري في الافراد اذا كان مصورا بالكل هذا السريان شامل اذا كان مصور بالبعض الشريان غير سريان غير شامل اذن الموضوع والملك نعم ليتبين كمية افراده لوقوع الشك فيه فاذا قارن السور بالمحمول او قورن بالمحمول سميت القضية منحرفة لانحرافها عن الاستعمار الطبيعي كقولنا الانسان آآ بعض الحيوان على اذا طبقت التحليل الذي بيناه في عقد الوضع وعقد الحمل يتبين لك ان هذا انحراف. يعني غير صحيح الانسان وبعض الحيوان ما معناه? يعني اه بعض الاحياء والحيوان يسري اه فيما سرأ فيه بعض الحيوان ما هو فرس يسري في سريان اه يسري بسريان الانسان في الافراد الخارجية. فليلة تكون حصانا تكون فرسا تكون اسدا يعني هادي كلها بعض الحيوان لاحظت كيف يعني الطبائع تتداخل اذن هذا التركيب تركيب غير طبيعي الانسان بعض الحيوان. يعني كل ما صدق عليه الانسان يصدق عليه بعض الحيوان. الفرس بعض الحيوان. فليلة تكون فرص بعض الحيوان اسد فليلة تكون اسدا. اذا التركيب غير صحيح او الانسان ليس كل الحيوان نعم الإنسان ليس كل الحيوان يعني بعض الحيوان فكل ما سرى عليه الانسان من زيد وليلى يسري عليه كل افراد الحيوان او انواع الحيوان الزرافة الفار الحمار الاسد وهذا خطأ ثم الطرفان ان كان شخصيتين فان قرن بالمحمول سور ايجابي كذبت فتصدق مع السالبتين. نعم  هذا اذا لم يقرن بالموضوع شيء او قرن به الايجابي. ولو قرن به حرف السل او السلبي في العكس. وكذلك لو كان الموضوع للشخص كليا ولو انعكس كذلك ان كان الموضوع مصورا هادي كلها تحريفات تعالجها انت بعقد الوضع وعقد الحمل ثم الطرفان ان كانا شخصيين الطرفان يعني الموضوع والمحمول. فإن قرن بالمحمول سور ايجابي كذبت لماذا اه سور ايجابي لان الشخصيات اه لا تصور تصور هذا الزيتون تقول هذا هذا الزيتون كله زيت لا كذبت فاستصدق مع السالبتين نعم تصدق مع السالبتين يعني اه تقول اه كل زيد هذه مثلا هذه الشجرة كل زيد هو هذه الشجرة. لا كله زي زيت شخصي هذا الشجر شخصي ما يصير كل لا يدخل على المشخص الكل دائما يدخل على العنوان الكلي العنوان الذي له صلاحية السريان الصدقي زيد لا لا يصلح في سري صدقي. زيد زيد شخص وقته. انتهى الغلق لا يسري في ليلة وخالد وطه ابدا انسان يسري اما زيد لا ثم الطرفان ان كانا شخصيتين فان قرنت بالمحمول يعني السور تقول زيد او هذا زيد كل الشجر لا ابدا سور ايجابي كذبت ابدا صوم ليست كذبت غير صحيحة في التركيب طبعا اذا كانت غير صحيحة في التركيب من باب من باب الاولى ان تكون كاذبة نعم اه فقط اشير الى نقطة كتير من الطلاب تبقى في ذهنهم مبهمة ما رأيك في هذه القضية شريك البري موجود هذه كذبة زيف شريك الباري مصداق ادعائي للعدم يحمل عليه الوجود اجتماع النقضين. فتكون القضية زائفة. شريك البري عدمه قضية صادقة قضية صادقة. كتير من الطلاب بيخلطون بين احكام العدم اه احكام الكذب والزيف انتبه هذه المسألة. نعم يقول هناك كذبة. كذبة يعني قضية ليست حقيقية. هذا زيد كل الانسان لا هذا زيد مشخص كل ليس كل انسان هذا زيد كل الشجر هو كل الشجر يعني كل مصاديق الشجر ما يسري فيه الشجر هو زيت لا قضية كاذبة زيف الى زايد هوية انسانية ومصاديق الشجر من نخلين وزيتون هذه هي هويات تختلف عن الهوية الانسانية. فالقضية تكون كاذبة مطلقا نعم ثم الطرفان ان كانا شخصيتين شخصيتين يعني اشارة بالاشارة الحسية انا هنا مثلت لك بالشجرة تقول هذا زيد كل هذه الشجرة كل هذه الشجرة اولا كل هذه الشجرة خطأ كل هذه الشجرة اذا كان الكل بمعنى ثريان الصدقي هذه الشجرة التي تسري في لانها ليس عنوانا كليا. اذا قلت لا الكل هنا بمعنى الاضعاف يعني الغرف العرف والفاكهة والجذع هذا ليس بزيت كاذبا فتصدق مع سالبتين تصدق مع سالبتين باي معنى. تقول هكذا ليس هذا زيد بهذه الشجرة نعم وليس هذه الشجرة بهذا الزيت والله اعلم  هذه كلها انحراف</w:t>
      </w:r>
    </w:p>
    <w:p>
      <w:r>
        <w:t>انت يسهل عليك ان تعالجه بقاعدتين. قاعدة عقد الوضع وعقد الحمل قاعدة السريان الصدقي وعدم السريان الصدقي. هذا اذا لم يقم بالموضوع شيء او قرأ قرن به الايجابي نعم يعني الموضوع غير مصور تقول هذا زيد فقط ولو قورن به حرف السلب او السلبي يعني ليس. ليس ليسي زيد فالعكس نعم في العكس ما معناه? يعني ياي تكون كاذبة وتصدق بالايجابيتين. ايجابيتين تصدق اقول ليس هذا هذا زيد ليس هذا زيد بهذه الشجرة نعم صحيح صحيح. قضية صحيحة. ليس هذا زيت بهذه الشجرة صادقة. العكس تكون كاذبة يعني هذه الشجرة زيد كذبة وهذا زيت هذه الشجرة كاذبة وكذا لو كان الموضوع للشخص كليا ولو كان لو كان الموضوع للشخص كليا يعني تقول كل هذا زيد كل هذا زيت هو هذه الشجرة كل هذا زيت ولا مفارقة مفارقة تركيبية يعني التركيب خطأ كل لا يدخل على الجوز ولو انعكس فكذلك ان كان الموضوع مصورا اذا صورنا الموضوع يعني نقول كل كل هذا زيت او كل زيت فخطأ هذه كلها تحريفات من اللغة فقط والا كذبت مع اقتران المحمول بالايجاب الكلي. تقول كل هذا الزيت اذا كانت القضية موجبة هنا يقترن المحمول بايجاب الكل يعني وتقول كل هذه الشجرة كل هذه الشجرة خطأ ان هذه الشجرة انت بنيت على ماذا? بنيت على الشخصية تقول ثم الطرفان ان كان شخصيين. شخصيا يعني ليس عناوين كلية. اذا ادخال السور الكلي على الموظوع وعلى موظوع كذب  نعم ادخال السلب نعم صحيح ادخال السلك فقل ليس هذا زيد بهذه الشجرة صحيح لكن اذا ركزت انت على العناوين المهوية ما تحتاج الى هذا التركيب زيد هوية انسانية الشجر هوية شجرية فالتباين من الاساس للتباين المهوي للتباين المهوي. هذا مسألة مسألة اخرى قاعدة ذهبية كتبها عندك لا تحمل الذوات لا تحمل الذوات لا تجد ذاتا يعني جوهرا محمول في قضية الاشتباه كبير. زيدان ليس حملا لان المحمود دائما في القضايا العلمية هي التعينات. هذه خذها قاعدة ذهبية زيد الإنسان ليس حملا هذا تطبيق مصداقي الإنسان حيوان ليس حملا هذا تطبيق مصداقي الانسان عالم حمل لماذا? لان العلم هنا تعين اذا المحمولات دائما تكون تعينات ولا تكون ذواتا لان ما في شيء يتصل بالذوات ما في شي يتصل بالزواج. تقول زيد يتصف بالانسان. زيد يتصل بالانسان ام هو الانسان هو الإنسان الحيوان او الانسان الانسان حيوان الانسان واتصف بالحيوانية لم يتصف بالحيوانية حبيبي. ومنها وعين الحيوانية اما اذا قلت الانسان عالم هنا يأتي الاتصال تعرية التعين. اذا كل القضايا العلمية عبارة عن موضوع وتعين موظوع وتعين او موظوع وتعين مع تعين جديد نعم تقول العلة متقدمة على معلومها. ما معنى? يعني ذات تعينت بالعلية حتما تكون متقدمة بالضرورة على محلولها اما ذات متعينة او ذات متعينة اه تعينت بتعين اخر نعم الذات الالهية القادرة بالقدرة المطلقة خالقة فالذات هنا تعينت القدرة المطلقة وبالخالقية معقول لان القدرة تعين والخالق هي تعين. اما يأتي شيء يتعين بذات لا مستحيل تقول الله واجب الوجود هنا الذات الالهية لم تتعين بصفة هي واجب الوجود وانما يعينوا واجب الوجود متن واجب الوجود وتصدق مع صور السلب الجزئي او الايجابي الجزئي في مادة الواقع. مادة الواقع يعني مادة مادة الواقع الخارجي. وتصدق مع صور السلب الجزئي يعني تقول بعض هذا اه الزيت ليس هذه الشجرة اصلا زي الطبيعة انسانية والشجرة طبيعة سامية. في مادة الواقع يعني في الواقع الخارجي طبعا الواقع الخارجي الهويات متباينة بتمام الذات نعم ونعم  ومع اقتران السلم الكلي بالعكس بيران السرب الكلي تقول لا شيء من هذا الزيت بهذه الشجرة مع اقتراص الكلي لا شيء من هذا الزيت بهذه الشجرة اولا في انحراف تركيب لا شيء من هذا زيد الكلية يعني السور الكلي دائما يدخل على عنوان عناوين آآ عناوين كلية يعني حين يأتي السريان الصدقي قل لها شيء من الانسان بحجر. ما معناه؟ يعني كل من سرى عليه الانسان صدقا ليلى زيت طه لا يكون حجر. معقول اما انت تدخل السور الكلي على شي شخصي هادي مفارقة هذا هو الانحراف لا شيء من هذا زيد بهذا هذا الشجر ما نحتاج الى الصور هوية زيد انسان هوية شجر الشجر في التباين المهوي التباين المهوي معليش هذه الأمور جيدة حتى تضيء للطالب العزيز القضايا المنحرفة فقط اذا اذا وجدت بتركيب ما هكذا سور سلبي او كلي لا فرق كل او لا شيء سلبية والمدخول يعني الموضوع الشخصي شخص يعني لا يسري صدقا فاعرف انك في التحريف وان كانت القضية صادقة يعني لا شيء من هذا زيد بهذه الشجرة. صادق صادقة باعتبار الواقع وليس باعتبار التركيب يعني انت في الواقع لا تجد زيد هو شجر في التركيب خطأ لان السور الكلي لا يدخل على الشخص يدخل على ماذا? يدخل على العناوين التي تسري صدقا تسري صدقا بنحو الكلية شمول او بنحو الجزئية لا فرق نقول بعض الانسان عالم ما معناه? يعني سريان الصدق الذي يجر العلم لأفراد الإنسان هذا السنين ليس شموليا وانما دائرة فقط هنا معقول يدخل السور الإيجابي يدخل الإجابة والسلب لا شيء من الانسان فرس معقول لأن الإنسان له خاصية السريان الصدقي اما تقول لا شيء من هذا زيد بهذه الشجرة لم تكتشف السلب هنا والدينونة باعتبار الصور. ليس السور هو الذي اعطاك البينونة. وانما الواقع هو الذي اعطاك باي نونة اعطاك البينولة. يعني انت في الواقع ترى زيد الذي هو ترى زيد الذي هو انسان غير الشجر وليس الصور لان القضية قضية ماذا محرفة قضية غير صحيحة السور الكلي والبعض. يدخل على العناوين السريعة. صدقا والكل والجزء والايجاب والسلب كذلك نعم ومع اقتران السلبي الكلي بالعكس. نعم تقول هكذا لا شيء من هذا زيد بهذا آآ الاسد نعم   يعني عكس ما سبق ماذا سبق? ما هو وتصدق مع الصور السلب الجزئي يعني ليس بعض هذا الزيت هذه الشجرة والايجاب الجزئي تقول اه هذا زيد  هو هذه الشجرة وتصدق مع السور السلبي الجزئي او الايجابي الجزئي في مادة الواقع قد تقول هذا الزيدون وهذا الانسان هو هذا الانسان هذا الانسان شخصي لانك قيدت الانسان فا تكون صادقة يقول ومع اقتران السرب الكلي بالعكس نعم نعم اقول لا شيء من هذا زيد بهذا الانسان خطأ. لا شيء من هذا زيد بهذه الشجرة نعم لكن باعتبار الواقع وليس باعتبار السلب وان كان ككليين كذبة معاد تصويرهما بالايجاب الكلي الا في المساوي مع ايراد المجموع. ايراد المجموع يعني المجموع ليس باعتبار صدقي باعتبار الكل فرق بين الكل والكل نعم تقول كل من في المدرسة طالب العلوم الدينية. هذا الكل. يعني الشمول الكلية راه الكلية تسري في الأفراد وتسري في الجميع وان كان كليين يعني</w:t>
      </w:r>
    </w:p>
    <w:p>
      <w:r>
        <w:t>اه العنوان كلي ليس هذا انسان حيوان بقر شجر مع تصويرهما بالايجاب الكلي اي تقول كل انسان كذا الا في المساوي مع ايراد المجموع  وان كان كليين كذبت مع تصويرها بالبيجاب الكلي تقول هكذا كل انسان كل انسان هو كل الشجر خطأ نعم الا في المساوي مع اراد المجموع في المساوي يعني المساوي في الصدق تقول هكذا اه  كل اه هنا قال كليين تقول له كل انسان كلو ناطق نعم صحيح لماذا لان التساوي في الصدق يعني اينما كان الانسان في الواقع الخارجي يكون ناطقا نعم تكون القضية صادقة وليس ليس باعتبار الصور. وانا باعتباري الواقع الخارجي وتصدق لو كان المحمول سالبا جزئيا او موجبا جزئيا في الواقع او سالبا كليا في الممتنع نعم تقول هكذا كل انسان وتصدق لو كان المحروم المحمول سالبا. نعم اقول في المثال لاننا نحن في الكلين تقول الانسان ليس آآ بعض الحيوان نعم صادقة. يعني الانسان ليس بعض بعض الحيوانات ليس فرسا ليس اسدا ليس ليس اه حمارا وهكذا او موجبا جزئيا في الواقع اقول الانسان اه هو بعض الحيوان. نعم الانسان بعض الحيوانات يعني الانسان هو الانسان في الواقع الخارجي اما في عنوان القضية له وليضيق اذا في الواقع يعرف في نفس الامر اما القضية اذا قلت الانسان بعض الحيوان لا بعض الاحيان في القضية يحتمل الحمار يحتمل الاسد اما اذا جئنا الى الواقع نعم بعض الحيوان من مصادقه الانسان كانك قلت الانسان انسان او سالبا كليا في الممتنع في الممتنع يعني المهم كان اليس قضية الممتنع سيف يا شيخ الممتنع زيف قضية لا معنى لها. الممتنة ما معنى. يعني تحمل على عدم الوجود تحمل على عدم الوجود نعم او سالبا كليا في الممتنع اه لا ادري انا مصداقها. الشيخ بيدار قل هنا يقول كل انسان ليس بعض ما هو حيوان لا اجيب هنا كل انسان ليس كل ما هو حجر كل انسان يعني كل ما صادق عليه الانسان يعني طه ليلى خالد ليس كل ما هو حجر يعني الحجر عندك العقيق عندك اه كثير من المصاديق الفيروز والذهب وو طبعا بينون بين افراد الانسان وهذه الاحجار مستحيل ان يكون حجرا او ذهبا. وكذا لو كان الموضوع موجبا جزئيا نعم موجب جزئي هنا لم يأتي بمصداق يشخص هذا الأمر نعم وكذا لو كان الموضوع موجبا جزئيا. تقول هكذا هذا زيد موجبة جزئيا نعم ليس هو هذا الحجر. نعم. واضحة جدا نعم هذا زيد المشخص ليس هو الحجر ليس هو هذا العقيق وينعكس الاحكام وتنعكس وتنعكس الاحكام في الموضوع الجزئي الموجب لو كان الموضوع سالما كليا. تقول هكذا سالبة كليا لا شيء من الانسان بهذا الحجر. طبعا واضحة جدا او ليس لا لا شيء من انعام لا شيء من هذا الانسان ببعض هذا الحيوان. نعم. يعني كل من سر اليه صدقا العنوان الانساني كطه وليلى ليس من سلخ الحجر واضحة جدا ولو كان الموضوع سالبا جزئيا يعني ليس بعض او ليس كل احسنت. ليس كل الانسان فحكم حكم عكسي حكم الموضوع الموجب الكلي ها هنا تقول هكذا ليس اه ليس الانسان هو يقول لو كان الموضوع سالبا جزئيا ليس كل الانسان هو كل الحجر ليس كل الانسان هو حجر. لماذا? لانه اذا انتفت الكلية عن مصادر الانسان الحجرية تنتفي الجزئية يعني عندك انت دائرة الإنسان كلها ليست بحجر. كل مصادقه ليست بحجر. خذ دائرة كذلك ليست بحجر واضحة جدا نعم القضية الشرطية المنحرفة قال والشرطية  نهاية نهاية باب القضايا. القضية الشرطية المنحرفة قال والشرطية التي تنحرف عن صيغتها كقولنا لا يكون كذا او يكون كذا المنحرفة اقول هذه هذه ايضا من القضايا المنحرفة كقولنا لا يكون الشمس طالعة او يكون النهار موجودا. من او في اللغة العربية تقسيمية. نعم. انت ما عندك تقسيم بين طلوع الشمس وآآ وجود النهار. لا ما عندك تقسيم نعم وجود النهار متفرع على طلوع الشمس وهي في قوة قولنا كلما كان النهار موجود كانت الشمس طاء لعاء وغير صحيح نعم اثباتا نعم ثبوت من المتصلات. ومن المنفصلات في قوة في قوة قولنا اما ان لا يكون الشمس طالعة واما ان يكون النهار موجودا لا هذا غير صحيح. فلما غيرت عن الصيغ المتصلة والمنفصلات سميت منحرفة. انا نعطيك قاعدة كلية طبقها على المنحرفات راعي عقد الوضع وعقد الحمل كل المنحرفات تتضح لك بمجرد تقول كل لا شيء من الانسان من كل الحجر الكل لا يدخل على على المحمول ابدا لا يدخل على الموضوع ابدا. يعني دخلنا الى الشخصيات لأن الكل يوصلك الى السور يوصلك الى المصابيق تقل كل الف كل باء كل الف كل باء يعني انت الكل هذا رحت الى الثنيان الصدقي سانيا صدقي له دائرة الف والمحمول له سريان صدقي. في الواقع الخارجي في انفصال تام فالقضية محرفة القضية الصحيحة تقول كل الف باء يعني السريان الصدق لالف وهو عقد الحمل يسري في مصاديق الف. هذه القضية غير محرفة  نعم في عالم منطقي في بريطانيا اه حمير تونس هو ادخل هذه البدعة في المنطق قال عندنا هكذا قضية يعني كل الف كل باء لا ابدا هذا ظرب لعقد حام وبالتالي تكون القضية منحرفة تم بحث القضية تدخل في مواد القضية جهاتها قبل الدخول في هذا الباب اللي هو من اروع الابواب في المنطقة كما يتبين لك نبين بعظ القظايا المنطقية التي تأسست خارج السياق المنطقي وهي القضية اللابتية القضية الموجبة سليمة المحمول القضية التي تدرس في العلم الاجمالي في علم الاصول والقضية الحملية المترددة المحمول والقضية  التي تسمى التحليلية والتركيبية والتركيبية القبلية والبعدية التي ابتكرها كانت ونقارنها بالحمل الاولي والحمل الشائع.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