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نسألك التوفيق والاخلاص نخرج عن المتن او عن النص الجوهر النظيد ونتناول مجموعة من القضايا اراها مهمة جدا ليست مطروحة في كتبنا المنطقية ما عدا القضية الحقيقية ولم تفصل ذلك التفصيل وهي قضايا تصل الى ست قضايا سبع قضايا لا يهم عددها الذي يهمنا هو هذه القضية هذه القضايا لانها مهمة. ونبدأ معكم قضايا اثارها كانت وفقا لهذا التقسيم القضية اما تحليلية او تركيبية تركيبية قبلية وبعدية   حتى نعي المصطلحات في الاطار المفاهيمي نبين ما معنى تحليلية والتركيبية ثم التركيبية القبلية والبعدية تحليلية في الرؤية الكانتية. هنا نركز على ما يقوله كاند فقط وسآتيكم ان شاء الله بالنصوص تحليلية كانت يقول خاصية القضية التحليلية انها لا تزيدنا معرفة. يعني ما في انبساط معرفي يكفينا ان نحلل الموضوع للوصول الى المعرفة لا نحتاج الى اي عامل خارجي حتى نعي بالمحمول وبالتالي ما فيه زيادة معرفة لاننا في البعد الموضوعي نعي به البعد المحمول هذه هي القضية قضية تحليلية يعني حلل الموضوع حلل الموضوع ففي قولنا مثلا انسان وانسان هنا في ازياح معرفي تقول انبساط معرفي زيادة معرفية تقول لان الانسان هو الانسان على مستوى الموضوع. الانسان المحمول والانسان الموضوعي على مستوى الموضوع فما في انزياح معرفي هذا التركيب يقول الانسان في دائرته انسان لا زيادة ولا النقصان اذا جئنا الى  هذه القضية ذهبوا لون اصفر لا تشتبه لم اقل الجسم لونه اصفر. قلت الذهب اصفر لانك اذا جئت الى الذهب ما هو الذهب في حقيقته? يعني مادة صفراء مادة لها خصوصية كذا صفراء فاللون الاصفر خرجناه من تعريف الذهب فعرفنا اللون الاصفر في تعريف هذه المادة النفيسة فالاصفرار لم ياتي من خارج من المريخ جئنا به من صلب تعريف الذهب نعم تقول الاعزب غير متزوج الأعزم ما هو? شخص ليس له زوجة شخص ليس له زوجة يعني ليس مقترن بامرأة فحتما اعزب لان شخص غير مقترن بالزوجة عرفيا هو الاعزب نعم. لا تقول لي شيخنا في الارمل وكذا لا لا الاعزب هنا بمعنى ليس له زوجة نعم او يقول لم يقترن مطلقا باي امرأة والاحزاب. فالعزوبة هنا خرجناها من هذا المعنى. معنى لم يقترن امرأة مطلقة انتهى الامر اذا التحليل هو مأخوذ من صلب الموضوع يعني المحمول مأخوذ من صلب الموضوع  هذه النقطة الاولى. ثانيا لا يزيدنا معرفيا نعم لا يزيدون معرفيا قد يزيدون ثراء لغلويا لغويا تقول هذا الشخص لم يقترن بامرأة مطلقا اعزب اعزب اعطتني فرائ اللغويا. فرائ قاموسي لم تعطيني ثراء معنويا يعني من حقي ان اسألك ما معنى الاعزب? الذي لم يقترن بامرأة مطلقة نعم هو هو نعم كانك قلت هذا الشخص الذي لم يقترن بامرأة مطلقا لم يقترن باطلاق امرأة مطلقة نعم تشبه عندنا في ادبياتنا ظرورة بشرط المحمول والضرورة بشرط محمول ظرورة يعني قضية ماذا تحليلية المحمول استخرجناه من قلب الموضوع من الضرورة بشرط المحمول ما هي? تأتي بشيء تقيده بالمحمول فيتشكل الموضوع زيد القائم في الاول ماذا كان? زيد قائم تأتي للقائم وتقيد زيد به. زيد القائم. تشكل موضوع جديد ثم تحمل عليه القيم مرة ثانية زيد القائم الذي هو الموضوع الجديد زد القائم حتما تحصين للحصر يعني ضرورة بشرط المحمول. يعني المحمول مشروط في الموضوع فتكون قضية ظرورية وتحليلية لانك اخرجت المحمول من قلب الموضوع ليس من زيت اذا قلت زيد جالس هنا ليست قضية ضرورية. زيد قضية جنس وقد لا يجوز قيد زيد بالجلوس زيد الجالس يعني مقيد بالجلوس جالس تأتي بالمحمول بالظرورة اذا لم تكن هناك ظرورة وكان بالامكان وامكن ان يتخلى عن الجلوس وهو مقيد بالجلوس يأتي اجتماع النقيضين فمبدأ السبب الكافي ماذا يقول؟ يقول انا احرصت ملاك المحمول في اصل الموضوع ما هو الجلوس فلا يمكن الا يترشح المحمول حذام لسان ما بدا السبب الكافي  اذا عاندت انت وتقول لا يمكن للمحمول الا يترشح يعني الزيد المقيد بالجلوس ليس جالسا. هذا اجتماع نعم مبدا السبب الكافي يقول احيلك الى الحاكم الكلي ما هو اجتماع النقد? يقول هذا غير معقول زيف. قضية زائفة زيد الجالس ليس بجالس لا ينعقد الفهم اذا لم ينعقد الفم يعني واقع غير موجود لان الواقع بطبيعته معقول معقول اما بالبداهة واما بعملية استدلالية وحركة فكرية طبيعة النظم المنطقي هكذا اما يعاين الاشياء شهودا واما يصل اليها من خلال عمليات استدلالية اما الواقع فهو مكشوف اذا لم ينكشف الوقائع بخلاف ماذا خلاف الواقع خلاف كاشفية الواقع وهذا هو الزيف تزيد الجالس ليس بجالس غير معقولة. لا تقبل المعقولية. اذا لا تقبل الموجودية انتهى الامر هذا هو التحليل وسآتيكم بالنصوص ان شاء الله الكامتية التي تبين هذه الحقيقة من كتبه الشخصية  اذا عندنا قضايا تحليلية وهذه القضايا التحليلية لا تزيدون معرفة بديهية والمحمول نستله من قلب الموضوع  نعم نأتي الى القسم الثاني للقضية التركيبية تركيبية ما معناه? يعني انزياح معرفي موجود خرجنا من حياط الموضوع الى تعين من تعيناته كانت يقسمها الى قسمين يقول هذا التعين الجديد الذي يورثنا معرفة مر لا يمكن ان نصل اليه الا بالتجربة يعني نعاين تجريبيا الواقع ثم نصل الى هذا التعين مرة لا ما يحتاج الى التجربة الذي لا يحتاج الى التجربة يسميه القضية التركيبية القابلية يعني ما قبل التجربة يعني ما قبل المعاينة  التعين الذي يزيدنا معرفة يعني في التركيب في تعين جديد واحتجنا الى التجربة للوصول اليه هذه قضية تركيبية بعدية يعني بعد المعاينة التجريبية هذا فقط تحليله للتقسيم القضية التعين المحمول في متن الموضوع قضية تحليلية تعين المحمول ليس في متن الموضوع تركيبية مرة نحتاج الى التجربة للوصول اليه. معرفيا هذه قضية تركيبية بعدية يعني بعد التجريبية مرة لا نحتاج الى التجربة للوصول اليه اكستيميا يعني معرفيا قضية تركيبية قابلية قابلية  باللغة الاجنبية يعني جاي من يعني بعد نعم يعني قابل العرب ترجموها قبلية وبعدية والترجمة جميلة. دقيقة انصاف نعم. اذا القضايا عندك اما تحليلية تركيبية قبلية او تركيبية بعدية ثلاثة فقط ثم يثير هذا السؤال الميتافيزيقيا. هل القضايا التركيبية القبلية موجودة او غير موجودة؟ هذا مشروعه الايميتافيزيقي لا يهمنا الان مشروعه الميتافيزيقي. الان فهمنا هذا التقسيم. هذا التقسيم بعض المحققين في حوزتنا العلمية عملوا دراسة بين هذا التقسيم والحمل الاولي والحمل الشائع حمل الشؤون الأولي وحمل الشائعة وناقشوا كانت في هذا التقسيم نقاشا جيدا وكذلك آآ الغربيون ناقشوا كانت في هذا هذا التقسيم انا ان شاء الله اشير الى اشكالات الغربيين لاحقا ليس في هذه الجلسة بهذه الجلسة اريد ابين فقط</w:t>
      </w:r>
    </w:p>
    <w:p>
      <w:r>
        <w:t>اه مبلغ اذا اذا جئنا الى القضية التحليلية على مبنانا ومبنى يعني لم نخرج عن  الحمل الأولي ومن هنا بعض المحققين قالوا القضية التحليلية عندنا كانت هي اه هي الحملة الأولية عند المشهور لا عند المشهور الانسان حيوان حامل شائع حمل شائع مع انها ماذا? تحليلية عند  يعني ما كان تحليلي عن كرت عند المشهور ماذا حمل شائع اذا ليس كل قضية تحليلية عند كانت هي قضية من الحمل الأول من الحمل الأولي عند في تراثنا انا مثلا اذا جئنا الى المعنى مع التصور بمعنى التصوري عند التحليل عندنا الذات في دائرة ذاتها الانسان انسان هذا حمل اولي عند الجميع الإنسان في دائرة مكوناته حيوان ناطق عند السيد ابابا حمل اولي عندي حمل اولي سين طبقة طبع يقول حمل الناطق على الحيوان حمل شائع يعني التعين يزيدنا معرفة فيكون ماذا? يكون قضية تركيبية عند تركيبية عند كامب مع ان كانت يقول الحيوان الناطق لا ادري هو كيف يعتقد هل الناطقية بالنسبة للحيوان قضية تركيبية ام قضية تحليلية? لا اعتقد انه يقول بقضية تحليلية سيدي العلامة يقول قضية من حمل الشاعر لماذا? لان الناطقية جاءت من خارج الحيوانية نعم الناطقية بالنسبة الى الانسان مكون داخلي. اما بالنسبة للحيوان مكون جاء من الخارج. جاء يحصله على مبنانا لا على مبنانا الانسان في دائرة انسانية الحمل الاولي انسان انسان حمل اولي بدائرة مكوناته اوافق العلامة العلامة حمل اولي. يعني الانسان حيوان حمل اولي كما قال السيد الانسان ناطق حمل اولي كما قال السيد تقول لي شيخنا ملاكك ما هو? لاننا لم نخرج من الذات. مياك ولم نخرج من الذات يعني ما في انزياح معرفي  سيتا بطبي يقول الحيوان اذا تعين بالناطقية الناطقية انضمت الى الحيوانية حمل شائع. يعني لا تجد الحيوان في دائرته ناطقا اي في تعينه الوجودي انا اقول هذا حمل اولي لماذا? لان السيد يتصور ان الحيوانية تنظم وانا اقول حيوانية تتكامل حيوانية تخرج من دائرة الابهام الى دائرة التعين حقيقة واحدة فدائرة الابهام حيوان في دائرة التعين والتحصن ناطق حقيقة واحدة يعني حمل اولي اختلاف بالتفصيل فقط ائتلاف باللحاظ اذا على هذه الرؤية كلها قضايا تحليلية كانتية كلها قضايا تحليلية كان فيه يعني تفهم على القضية التحليلية. لماذا? لأن الملاك عند كانت في القضية التحليلية انه لا تزيدنا معرفة واين نكتشفها نكتشفها في ضمن الموضوع اذن الانسان المحمول اذا قلنا انسان انسان اين هو? في الانسان الموضوعي. قضية تحليلية عند كامب وقضية حمل اولي الانسان حيوان على مبنانا حمل اولي وقضية تحليلية على مبنى كامت الانسان ناطق قضية تحليلية على المبنى الكاونتي وحمل اولي على مبنانا. وعلى مبنى كذلك السيد تباطبا  الحيوان الناطقون القضية التحليلية عندنا وحمل اولي عندنا يعني نوافق كانت في القضية التحليلية وهو ممكن لا يدركها. يعني على ضوء معيار كانت حيوان ناطق قضية تحليلية. هو قلت لا يقول بانها قضية تحليلية هذا شأنه على ضوء المبنى. تقول لي لماذا شيخنا? لان الحيوان الناطق حقيقة واحدة حالة الإمام وحالة التحصد حقيقة واحدة في مرتبة مبهمة في مرتبة محصلة يعني ما عندنا حيوان ثم جاء الناطق عندك حيوان خطأ لان مو بهم  حيوان مبهب له كينونة هذا خطأ ثم ينظم اليها الناطق خطأ لانه مبهم المبهم ليس محصنا اذا هذا مبهم كشفنا حقيقة مبهمة تحليليا ليس واقعيا فهي ترقت الى التحصل صارت ناطقة فصارت انسانا. اذا الانسان والحيوان والناطق والحيوان والناطق حقيقة واحدة. كلها حمل اولي على مبنانا. وكلها قضايا تحليلية على ضوء بيان ترامب تأتي الان الى المشهور عندنا في المدرسة الانسان انسان حمل اولي اذا قضية تحليلية على مبنى كانت الإنسان حيوان حمل شائع اذا ليس قضية تحليلية عند الانسان ناطق حمل شاة اذا ليس قضية تحليلية على مبنى كانت حيوان ناطق حمل شاه ليس على مبنى القضية التحليلية على الببركة اذا جئنا الى مبدأ الجوهرية يعني خرجنا من الذات الى التعينات يعني خرجنا من الانسان والحيوان والنطق خرجنا من صميم الذات مطلقا الى التعينات التعينات التي يكتشفها مبدأ السبب الكافي باعتبار الحيثية تقول انسان عالم خرجنا من الانسان يعني لا الانسان هناك ولا الحيوان ولا النطق نحن الان نتعامل مع حيثية هي الكاشفية يعني الانسان لماذا حمل عليه العالمية? يعني تقول انسان عالم ببركة حيثية وينكشفية بدون هذا التعين لا الحمل غير صحيح اذا خرجت على الذات. اذا كل التعينات التي هي خارجة عن الذات طبعا خارجة عن الذات في التحليل بالتحليل مثلا الاربعة الزوج الزوجية ليست خارجة عن الاربع حيثين من حيثيات الاربع في التحليل يعني في التحليل انا افهم الزوجية خارجة عن دائرة الاربع صحيح ام لا? نعم ثم اقول اربعة تعينت بالزوجية في الواقع الخارجي في الواقع الخارجي ما عندنا ثنائية الاربعة في استراليا والزوجية في كندا. لا  حقيقة واحدة يعني الاربعة هي لها تحيث وتعين هي هي عين الاربعة بنحو في عالم التحليل اقول الاربعة تعينت بالزوجية حمل على الزوجية تقول اربعة زوج اذا كل التحيث والتعين والتشأن على مبنى كانت قضية تركيبية قضية الكبير اذا دائرة الحمل الشائع عندنا نحن كلها قضايا تركبية على مبنى كانت تركيبية قبلية بعدية لهم المهم تركيبية ليست تحليلية كل التعينات اما عند المشهور لا عند المشهور بعض التعينات عند كم قضية تحليلية يعني اذا تعين الانسان بالحيوانية التي هي في صميمه حمل شاة عند المشهور قضية تحليلية عند كامب وليست قضيتها تعين الانسان بالناطقية حمل شاه عند الجمهور تحليلية عند كان توليس التركيبية حيوان ناطق عند المشهور حمل شائع كانت لا ادري حتما يقول اه قضية كذلك تركيبية لا اعتقد يقول انه قضية تحليلية الناطقية شيء لا يستل من الحيوانية لماذا? لهذا الاشتباه لانهم جعلوا الحيوانية التي يمبها من لا بشرط جعلوها حقيقة محصلة ثم يأتي الناطق. اذا جاء الناطق وهي محصلة تحصل للحصر الناطق يأتي بحقيقة غير محصنة. يعني هذا الحيوان يندك في الناطقية حقيقة واحدة حمل اولي هذا على مبنى اما على مبنى كانت ومبنى المشهور حتما قضية ليست تحليلية. قضية تركيبية تارك يبيع جيد فقط بقية خمس دقائق اضيء الحمل الشائع جيدا ثم في الحصة القادمة ان شاء الله نكمل بحث كامت وكيف تعاطى معه اه المحققون الغربيون اه نحن اعني المسلمين الحمل الشائع خذها قاعدة الحمل الشائع دائما خروج عن الموضوع الى تعيناته هذه التعينات ذاتية غريبة لا يهمني الان ذاتية يعني هي هي الموضوع بنحو غرب لا ليست هي الموضوع بنحوه جاءت من الخارج لا يهمني هنا ذاتيا او غريبة غلب ليست من العلوم قال نركز فقط على الاعراض الذاتية يعني تلك التعينات التي هي من صميم الموضوع اذا اذا جئت بمنشار وتريد ان تقطع بين الزوجية والاربعة لا يتأتى كذلك مطلقا</w:t>
      </w:r>
    </w:p>
    <w:p>
      <w:r>
        <w:t>نعم الا بالمنشر الادعائي المنشار الخرطي تفصل بين الاربعة والزوجية اذا ما تمكنت بالفصل الحقيقي بين الاربعة والزوجية تكون عرظا ذاتيا يعني شأنا ذاتيا لمن? للاربع. يعني الاربعة هي هي بنحو هذه القضايا العلمية التي تدرس في التكوينيات للعلوم الحقيقية اذن الحمل الشائع هو في دائرة التعينات في دائرة مكونات الموضوع اشتباه اذا قلنا حمل شائع نعم لماذا? لاننا لم نخرج عن الموضوع في دائرة التصور نفهم هذه المكونات اما القضايا العلمية لا القضايا العلمية ليس في بعد تصوري في بعد قضوي ببعد قضوي. اذا الحملة دائما في التعينات خارج الموضوع خروج هنا خروج تحليلي طبعا يعني بالتحليل الذهني بالادعاء الذهني نعم اذا الحمل شاء فلسفته هو هذا فلسفته هو ان المحمول لا تبحث عنه في هوية الموضوع. انتهى الأمر تبحث عنه في هوية تعيناته  في تعيناته وليس في هويته اذا اذا قلنا الانسان عالم انت ركز على العلم علم هوية انسانية لا حمل شائع الانسان ابيض البياض هوية انسانية? لا حمل شائع نعم الجسم اصفر هل الاصفرار في هوية الجسم? لا جسمو مطلق الامتداد حامل شقة اذا اذا خرجنا عن دائرة الموضوع ما معنى? يعني خرجنا عن دائرة معنى الموضوع وذهبنا الى معلم اخر هذا هو الحيثية وهذا معنى اختلاف مفهومي لاختلاف المفهوم ثم ياتي بحث خطير بحث خطير تبوت المحمول للموضوع في دائرة تعينته يحتاج الى الوجود او لا يحتاج الى الوجود هنا مسألة في غاية الخطورة في غاية الخطورة في غاية الخطورة لان كل العلماء يقولون انا لحم شاع في دائرة الوجود. الاتحاد الوجودي الاتحاد الوجودي يعني انت الزوجية لا تجدها في الاربعة الا في دائرة الوجود الاتحاد الوجودي هل هذا صحيح? دقيق معقول وسبب معقولية هذا الامر ما هو هذا يحتاج الى بحث عميق سنشير اليه ان شاء الله. ولو بالايخ انتصار انا لا ارى ذلك انا لا ارى ان المحمول يثبت للموضوع في دائرة الحمل في دائرة الوجود بعض المحمولات نعم كل المحمولات لا بالعكس للقضايا الحقيقية والعلمية ما عندها علاقة بالوجود يعني الزوجية للاربعة ما عندها علاقة بتقيد الاربعة بالزوجية. يعني لا تكون الاربعة بالوجود زوجا ابدا ابدا  الأربعة في ذاتها تقتضي الزوجية لكن انت اين تعاينها في الواقعية? تعاينها في الوجود. اذا دخلت في الوجود تعاين الزوجين الاربعة. المعاينة الوجودية غير كون الزوجية للاربعة بقيد الوجود نعم ابتان ابدا وكذلك المفاهيم المنطقية يقولون الكلية هي يتقيد بها مفهوم الانسان يعني اذا لم يكن الانسان في الذهن لا يكون كليا يجب ان يتقيد بالوجوب الديني يكون كليا هل هذا صحيح? هذه كلها امور تأتي ان شاء الله لاحقا في هذه الدروس الاضاءة في واللهم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