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كنا معكم مع التقسيم الكامتي حيث قسم الفيلسوف الالماني الكبير القضية باعتبار ما الى قضية تحليلية وتركيبية والتركيبية باعتبار ما بضابطة ما الى تركيبية قبلية وتركيبية بعدي الملاك الاول او الظابطة الاولى التي تفرز القضية التحليلية والقضية التركيبية تفرز القسمين الظابطة هي الانبساط المعرفي الانزياح المعرفي وعدم الانزياح المعرفي فاذا ركزنا على المحمول ونتأمل فيه زادنا معرفة ام لا لا لا يزيدنا معرفة مأخوذ من عصر الموضوع الانسان ما يعادل الحمل الاولي في ادبياتنا او مكونة من مكونات الموضوع مكونات جنسية او مكونة فصلية وليس بالظرورة ان تكون المكونة الجنسية والمكونة الفصلية من الامور التكوينية. لا يكفي ان ان تكون مكونة في التعريف ليس بالضرورة ان تكون مكونة في الوجود فنركز على المعرفة هنا اذا اخذت من صلب الموظوع وحملت مرة ثانية. هذه المكونة مهما كانت فالقضية تكون تحليلية لماذا? لان المكونة علمنا بها في قلب الموضوع فاذا تموظعت في المحمول فهو من باب التحصيل الحاصل كما قلت لكم الذهب اصفر الاصفرار في هوية الذهب لان الذهب ما هو جسم له خصوصيات كذا واصفر وتعريفه فاذا حملنا اللون الاصفر مرة ثانية على الذهب فالقضية تكون اه معلومة على مستوى موضوعها فما في ايمزياح معرفي ما في زيادة مع ريفية. هذه القضايا التحليلية والضابطة التي يركز عليها الفيلسوف كانط في مشروعه الميتافيزيقي الكبير  يقول هو مبدأ التناقض كيف اذا نفينا المحمول عن الموضوع نقع في التناقض فمبدأ التناقض يكفي لبيان ان المحمول في عمق الموضوع وقررنا بين هذا المبنى القضية التحليلية والحمل الاولي والحمل الشائع في ادبياتنا لا شك ان الف الف يعني الإنسان وانسان عندنا حمل اولي لان الضابط في الحمل الاول في ادبياتنا ان المحمول اذا مثل ذات الموضوع فهو حملة اولي حمل اولي تقول انسان وانسان طبق الضابطة المحمول هو الانسان يمثل ذات الموضوع نعم يمثل الانسان في تمامه فالحمل حمل اولي هذا على مبنى مشهور لا ادخل مبنى السيد العلامة وها مبناي انا بينتها في الجلسة التي سبقت نمشي على المشروع على المشهور حتى لا يتشوش ذهنك الشريف اذا درست الفلسفة تعرف هذه التدقيقات. نبني على المشهور المشهور يرى فقط الانسان وانسان هو الحمل الاولي يعني الف الف المحمول هو ذات موظوع اما مكونات الموضوع من جنس وفصل هذه كلها حمل شاع عنده. فالانسان انسان الانسان حيوان الانسان ناطق حيوان ناطق هذه كلها اه ما عدا الانسان انسان الذي هو حمل اولي الباقي حمل الشاة. الانسان حيوان عبر الشقة الانسان ناطق حمل الشائع الحيوان ناطق حمل الشاة هذه كلها على مبنى كانت ما عدا الحيوان الناطق يعني الإنسان انسان على مبنى كانت قضية تحليلية الإنسان حيوان لأن الحيوان اخذناه من صلب الإنسان ما هو الإنسان حيوان ناطق خرجنا الحيوان من عمقه وحملناه مرة ثانية فقضية تحليلية عندك الانسان ناطق القضية تحليلية عندك انت حيوان ناطقون باعتبار هنا في انزياح معرفي حيوانية لا تعطينا الناطقية حيوان جسمنا حساس متحرك بالارادة هذا هو اكتمل معنى اشبع معرفيا الناطقية تأتي من الخارج في انزياح معرفي في زيادة معرفية على تكون قضية قضية تار كبيرة اذا المبنى الذي ارتكز عليه كانت يقول القضية التحريرية يسهل علينا تبيانها بمبدأ التناقض. يعني اذا انت نفيت المحمول عن دائرة الموضوع تقع في التناقض. انسان ولا انسان انسان لا حيوان انسان لا ناطق فتقع في التناقض ثم الحمل شاه عندنا غير في دائرة المكونات بدائرة التعينات والشؤونات كلها حمل شائع هذه  باعتبارها تنطوي على اين زياح معرفي زيادة معرفية لا يعطيها اللي موظوعه لوحده فتكون قضايا تركيبية  ثم نأتي الى القضية التركيبية يعني القضية التي تزيدنا معرفة  و رفع المحمول عن الموضوع مبدأ التناقض لا يفتي فيها ليست وظيفة مبدأ التناقض فانت اذا نفيت العلم عن الانسان لا تقع في التناقض. وهكذا يفكر اذا مبدأ التناقض ينفعنا في القضايا التحليلية في القضايا التركيبية لا ينفعنا يعني مبدأ التناقض لا يفتي في نفي المحمول عن الموضوع. لماذا? لاننا لا نقع في لا نقع في التناقض انا هنا اقرر مبنى كانت النقاش العميق هذا نقاش فلسفي. في نسق كانت حتى تكون عندكم صورة كاملة على مبنى كانت القضية التركيبية التي هي قسيم للقضية التحليلية وقسم لمطلق القضية تقسم بدورها على على اساس ضابطة خاصة الى تركيبية قبلية وتركيبية بعدية ما هو الاساس هو هذا الاساس اذا احتجنا الى التجربة او لا نحتاج الى التجربة يعني في قضايا نذعن بثبوت المحمول للموضوع بدون اللجوء الى التجربة يعني عالم الحس والمادة عالم التجربة اذا تعينت في ذهننا قضية متشكلة من موضوع محمول والمحمول لا ينطوي عليه الموضوع يعني في زيادة معرفية ولم نحتاج الى التجربة للاذعان به لقبوله فالقضية تركيبية لان فيه ازدياد زيادة معرفية ولا نحتاج الى التجربة يعني ما قبل التجربة فالقضية تركيبية قبلية اذا احتجنا الى التجربة لاثبات المحمول للموضوع قضية تركيبية بعدي يعني ما بعد التجربة فيه زيادة معرفية وفيه احتياج الى التجربة فماذا تصير تصير قضية تركيبية بعدية يعني ما بعد التجربة نعم يعني قبلية هكذا ترجم العرب وهذا المصطلح ترجمة ترجموها ببعدية والترجمة جميلة ودقيقة ثم المشروع الميتافيزيقي الكانتي هو دراسة القضية التركيبية القبلية هل هي متحققة موجودة غير موجودة نعم هو يقول موجودة وهي ملاك التجربة بدون القضايا القبلية التجربة لا معنى لها منها مثلا العلية قاعدة العلية وهل معلولية وقواعد اخرى متعددة تجري بلا معنى لها بدون هذه القضايا القبلية. نعم اذا اردت اذا اردت ان اعلم هل الجسم ثقيل او ليس بثقيل انا اجرب هنا اجرب يعني قضية تركيبية بعدية اما هذه القضية تركيبية بعدية بدون قضايا قبلية ليست قضايا تحليلية تركيبية قبلية لا لا يتأتى للتجربة ان تتحقق فهو يريد ان يؤسس قبليات العلوم التجاريبية قابليات العلوم التجريبية يعني هذه العلوم التجريبية قبليتها ما هي? وهذا يسمى النسق الكانتي الميتافيزيقي او النسق الميتافيزيقي الكاونتي وفق لم يوفق لا لم يوفق خربطة كبيرة جدا في مبانيه مع انه عبقري وعقلية كبيرة جدا الا انه اخطأ كثيرا في وادى الى انحرافات كبيرة جدا في الفكر الغربي تسلل هذا الانحراف الى الفكر الديني المشكلة في هذا الامر اذا جئنا الى القضايا التركيبية قبلية وبعدية عندنا في ادبياتنا حمل شائع حمل شائع لان ملاك الحمل الشائع ما هو ان المحمول لا يستقر على مستوى الموظوع ولا على مستوى مكوناته من جنس وفصل اذا كان الموضوع ينطوي على مكونات المحمول يستقر في التشأن في التعين</w:t>
      </w:r>
    </w:p>
    <w:p>
      <w:r>
        <w:t>بالتعين ثم ياتي النقاش مع كاونت ما معنى التحليلية ما معنى التحليلية? لان التحليلية لها معان متعددة فيه نقاش واسع جدا ورفضوا كثير كثير من نتائج كانت التي وصل اليها وهذا بحث في غاية الجمال الا انه بحث ميتافيزيق. انا هنا اركز فقط على هذه القضية. اذا اذا اردت ان تكتب بحثا عن المقارنة بين القضايا الثلاث. قضية تحليلية والقضية التركيبية القبلية والقضية التركيبية البعدية الكارانتية. مع الحمل الشاة احطاطت جيدا. لا تتسرع في مجال للبحث واسع نعم وكذلك المعنى التركيبي والقبلي والبعدي هذه تحتاج الى احتياطات. الا اننا نشير باختصار الى المقارنة نعم انت ركز جيدا ما هي القضايا التي لا تزيدك معرفة على مبنى المشهور? فقط الحمل الاولي الحملة الأولي و  الظرورة بشرط محمول نعم زيد الجالس جالس بالضرورة زيد جالس بالامكان  بالامكان العام بالامكان الخاص لا يهم الامكان يعني يمكن ان يجلس ويمكن ان لا يجلس ليس بالظرورة ان يجلس وليس بالامتناع ان يجلس يمكن ان يجلس قيد زيدان بالجلوس زيد الجالس يعني خلاص هو تعين بالجلوس احمل عليه مراثني الجلوس زيد الجالس. هنا الموضوع تغير في الاول زيد جالس القضية الممكنة. الموضوع كان زيدا الان لا الموضوع تغير زيد الجالس هو الموضوع. زيد الجالس اذا نفيت عنه الجلوس ياتي معيارك انت ما هو مبدأ التناقض زيد الجالس تنفي عنه الجلوس مبدأ التناقض لا تقبل نقول لا مستحيل زيف لماذا? لانه ضيعني ان الزيت تقيد ولم يتقيد ما معنى زيد تقيد ولم يتقيد? يعني زيد غير موجود زيد زيف ليس غير موجود يعني عدم لا زيف لا ينتمي لا داعي في الوجود ولا داعي في العدم. زيف اذن زيد الجالس اذا حملنا عليه الجلوس فتكون هذه ظرورة بشرط المحمول عندنا وحمل شاء لنا  الا عند كانتوا قضية. قضية تحليلية لماذا? لان الجلوس مستلمن قلب الموضوع. الموضوع ما هو الزيد المقيد بالجلوس اذا عندنا القضية الاولى وهي الحمل الاولي الف الف انسان وانسان الموز موز الرمان رمان الماء ماء وهذه ليست قضية بالمعنى الصحيح نحن هنا في البعد التصوري في مبدأ الهوية ما عندها علاقة بالواقع الخارجي الواقع الخارجي يعني كل ما خرج عن دائرة الادراك ما عندنا في المركبات التصورية او في المفردات التصورية. اذا نقول قضية لمناقشة الفيلسوف كاند فقط والا هي في الحقيقة ليست قضية اذا بنينا تسامح تسامحا على انها قضية فالانسان انسان يعني ما يسمى في ادبيتنا الحمل الاولي قضية تحليلية عند على مبنى المشهور مكوناته المعنى من جنس وفصل مثاله الانسان حيوان ناطق. مكونات ما هي? حيوان ناطق. عند المشهور الحمل حمل شائع الانسان حيوان عند المشهور الإنسان ناطق عند المشهور حمل شاء هذا كانت لا. عندها كانت كلمة لا خطأ لأن هو ما عنده حمل اولي وحمل يعني قضية تحليلية قضية تحليلية اذا القضية التحليلية اذا كان تشمل الحمل الاولي عندنا وتشمل الضرورة بشرط المحمول وتشمل حمل مكونات المعنى على المعنى يعني حمل الجنس على المعنى وحمل الفصل على المعنى نعم اذن قضية تحليلية عنداك انت نعم شاملة لهذه القضايا. اولا الحمل الاولي انسان وانسان وحمل المكونات على الانسان انسان حيوان قضية تحليلية انسان ناطق قضية تحليله الحيوان ناطق قضية تركيبية لأن في انزياح معرفي ازداد ازدنا معرفة بالناطقية غادي تدخل في حمل شاة عندنا وتخرج من الحمل اه تخرج من القضية التحليلية عند والضرورة بشرط المحمول. نعم الانسان الكاتب كاتب بالضرورة الله الحي حي بالظرورة الإنسان العالم عالم بالضرورة عندنا حمل شاع عند كونت قضية حليب. اذا القضية التحليلية عند كانت لها دوائر. الدائرة الاولى هو الحمل الاولي انسان وانسان الدائرة الثانية حمل مكونات المعنى على المعنى. يعني حمل الجنس والفصل على المعنى ومكونة ثالثة الظرورة بشرط المحمول. واذا تأملت الدقيق الممكن تجد دائرة اخرى هذا هو  القضية التحليلية اذن القضية التحليلية عند كانت لا تساوي الحمل الأول الى اوسع من الحمل اولي تنطوي على الحمل الاولي عندنا الانسان انسان يعني الف الف وتنطوي على الحمل الشائع لبعض القضايا القضايا التركيبية قبلية او بعدية فيها انزياح معرفي عندك انت كلها قضايا آآ ليست تحليل هي قضايا تركيبية. تركيبية هذا هو الظابطة اذن كل القضايا التي تشير الى التعينات يعني تخرج عن الموضوع الإنسان هذه خارجة انسان ومكوناته من جنس فصل هذه خارجة  كل التعينات عندنا نحن يعني ما يسمى بالحمل الشائع الشائع على مستوى التعينات على مبنى مشهور الى مبنى مشهور بحمل الشيعة عنده اوسع يشمل التعينات يعني الاعراض التي ليست في صميم الذات هذا حمل شاع عنده والانسان عالم والله حي. هذه كلها تعينات والحمل الشرعي يشمل كذلك حمل المكونات على المعنى انسان حيوان عندو المشهور الانسان ناطق عند المشهور اذا عند المشهور الحمشة اوسع في القضايا التركيبية قبلية وبعدية عندنا كانت التي فيها انزياح معرفي تقابل دائرة من الحمل الشائع ان دل مشهور ما هي هذه الدائرة? في دائرة التعينات وليس في دائرة المكونات من جنس وفصل بدائرة التعينات يعني في دائرة الاعراض الذاتية خذها قاعدة في دائرة الأعراض الذاتية يعني غير اه كليات بابي سعودي. يعني خرج لك الجنس والفصل يعني كل العرضية الذاتي هذا عندنا حمل شائع وعند كانت قضية تركيبية سواء كانت قبلية او كانت بعدي لا يهم. هنا التركيز على القضية التركيبية اذا هذا البحث يستدعي رسالة تخرج رسالة دكتوراة نعم القضايا و اه الحمل الاولي والحمل هنا في في دراسات جميلة عن القضية التحريرية والتركيبية انا رأيت دراستين جميلتين انصافا  اطروحة اه اظن اطروحة الدكتوراه اللي فاضل افغاني فكانت عندي انا صورة لهذه الدكتوراه في جامعة طهران واختفت لا ادري من اخذها ليجعل صورة وما رجحها او ضاعت لا ادري فدرس هناك القضية التحليلية والتركيبية والقبلية دراسة تاريخية عند رايتس وعند هيوم وعند كانت عند المتأخرين وكذلك دراسة طبعت مؤخرا في قوم مقدسة نعم القضايا التحليلية والتركيبية و آآ في هويتها وفي دورها اذا اردت ان تترجم الرسالة فكذلك درس المسألة في جميع ابعادها وبين نقطة رائعة انصافا قال اه مقاربات الدراسات في دائرة القضية التحريرية والتركيبية اعمق بكثير عن دراسة كانت والعجيب كانت لم يشير الى لايبنيتس مع ان لايبنيتس هو استاذ اساتذته نعم وركز على لوك وما اشبه لوك وترك ليبريس معنى لايبريس بينها احسن منه. هذه الامور تستدعي محاضرات خاصة في عشر محاضرات في عشرين محاضرة تبقى اه على اليوتيوب الى الى الابد يستفيد منها الطلاب سواء كانوا في الحوزة او كانوا في الجامعة لا اطيل اكثر في هذا الموضوع فقط اردت اطلال حتى يكون الطالب العزيز في الجامعة او في الحوزة اه محيطا الى حد ما بماء اتى به كانت من تقسيم للقضية بتقسيم جديد. القضية تنقسم الى قسمين قضية تحليلية تركيبية انت في قانون القسمة قد درست ان</w:t>
      </w:r>
    </w:p>
    <w:p>
      <w:r>
        <w:t>الملاك ظروري الظابطة ظرورية ظابطة القسمة والا لا تكون القسمة عقلانية الظابطة هي الانزياح المعرفي او عدم الانزياح المعرفي يعني الازدياد المعرفي عدم الازدياد المعرفي اذا كنا في دائرة موظوع القظية ولم يتحقق انزياح معرفي يعني لم نذهب الى التشاؤمات يعني الى الاعراض الذاتية بقول الحوزاوي الى المحمولات غير الذات ومكونات الذات فنحن في القضية التحليلية الضابطة ما هي مبنى التناقض? يعني اذا نفيت المحمول عن الموضوع تقع في التناقض. فلا يمكن نفي الانسان عن الانسان. تناقض ولا يمكن نفي مكونات داخلية على الانسان اذا نفيت المكونات الداخلية عن الانسان فنفيت الانسان فالماء الما هو? الإنسان ليس بإنسان. هذه هي الضابطة التي تميز القضية التحليلية قضية تركيبية لا في انزياح معرفي يعني نحن لسنا في دائرة الموضوع موضوع القضية ولا مكونات الموضوع. لا في الذات بقول المنطق لا في النوع ولا في الجنس ولا في الفصل ولا في الضرورة بشرط المحمول. نحن في الاعراض الذاتية يعني في المحمولات التي تزيدنا معرفة وليست موجودة على مستوى الذات كذات او كمكونة هذه القضية التركيبية عند كانت وتزيدنا معرفة هناك مبدأ التناقض لا يدخل يعني اذا نفيت المحمول عن دائرة الموضوع لا نقع في التناقض هذا هو الملاك الدقيق ثم يقسم هذه القضية التركيبية الى قسمين نحتاج الى التجربة للوصول اليها يعني نصل الى هذا المحمول وانه ثابت للموضوع ببركة التجربة يعني نعاين الامور المادية والحسية ونجرب ونغير ونبدل ونضع ونحتمل ونفرض يقول اذا كان الامر كذلك فالقضية تركيبية بعدية يعني ما بعد المعاينة التجريبية اذا كنا في دائرة قضية الف باء وباء ليس هو الالف ولا مكون من مكونات الف يعني فيه انزياح معرفي ولا نحتاج الى المعاينة التجريبية فالقضية تكون قضية تركيبية قابلية يعني قبل التاجر ربا وعملنا مقارنة بينه وبين الحمل الاولي والحمل الشائع واتضح لك الامر وهذه الدراسة ليست في مستوى هذا الكتاب تحتاج الى دراسة خاصة ناتي بالقضية التحليلية تاريخ القضية التحديدية تاريخ القضية التركيبية وكيف تطورت في اليونان عند المسلمين وعند الغرب ما قبله كانت عنده كانت ما بعد كانت وما معنى التحليل بدقة لان التحليل له معاني متعددة قضية تحليلية عند المسلمين يعني المحمول ليس له متن مستقل فكل المفاهيم الثانية فتكون مفاهيم تحليلية. ما الفرق بين هذا التحليل والتحليل عند كامب ثم نأتي الى القضية التركيبية لماذا القضية التركيبية مرت تحتاج الى التجربة ومرات مرة لا تحتاج الى التجربة? وهل يمكن ان تكون قضية لا تحتاج الى التجربة ما يسميها كانت القضية التركيبية القبلية? هذه كلها موضوعات ومسائل تدرس مستقلة لان هذا بحث فلسفي. وليس بحثا منطقيا. نكتفي بهذا المقدار وندخل في قضية اخرى وهي القضية الحقيقية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