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اكملنا القضية التحليلية والتركيبية بشقيها تركيبية القبلية والتركيبية البعدية عند كامب وعملنا دراسة مقارنة بين هذه القضايا والحمل الاولي والحمل الشائع عند الاسلاميين   ولم نعمق البحث لان البحث بحث ميتافيزيقي وليس بحثا  منطقيا وان كانت له علاقة بالحقل المنطقي في هذه الجلسة نتناول قضية اخرى وهي القضية الحقيقية التي تقع في مقابل القضية الذهنية والقضية الخارجية يقسمون القضية الى قسمين القضية التي يكون الموضوع مقيدا بالقيد الذهني يعني ننظر الى الموضوع بما هو في النظم المنطقي  عندك نتا مرآة هي الذئب هذا هو النظم المنطقي في وقائع مرئية وقائع مرئية فيه شجرة فيه عصافير فيه حوض ماء تراه ترى هذه الامور في المرآة حضور هذه الواقعية في الخارجية في المرآة سميها انت هذا الحضور المرئاوي كيانات مرئوية كيانات ليست لها هويات الأمور الخارجية فما جيدا هذه? لا يمكن ان تشرب الماء في المرآة ولا يمكن ان تتناول العصفور كحقيقة في المرآة كيانات مرئوية ليست لها هويات الواقع الخارجي. يعني فارغة من الهوية وبالتالي ليس لها اثر الخارج ترى النار في المرآة هذه النار لا معنى لي ان تكون لها هوية النار الخارجية فتحرق لا ابدا وعندك هذه الواقعية الخارجية التي تحكيها المرآة يعني بمجرد ان ترى نارا في المرآة ذهنك ينتقل الى الواقعية الخارجي اذا الموظوع موظوع القظية قد يكون في دائرة النظم المنطقي في الدين هناك شأن النار في المرآة يحمل هوية مرآة هوية. يحكي فقط اذن الحكاية يعني المفهومية فنقول مفهوم الانسان لا نقول الانسان اشتباه مفهوم الانسان ومفهوم الإنسان ليس له مصداق خارجي ابدا مفهوم الإنسان يعني الإنسان المقيد بالنظم المنطقي خلاص لا تبحث عن عنه في الواقع الخارجي لانك اذا بحثت عنه في الواقع الخارجي يعني الخارجي ما خرج عن دائرة الذهن والمرئاوية فتجد مفاهيم في الواقع الخارجي. لا تجد زيدا واعطها وليلة لا تجد مفاهيم مفهوم انسان مفهوم انسان مفهوم انسان غير معقول هذا خرافة كبيرة. اذا مفهوم الانسان عند المشهور موقعه هو النظم المنطقي هناك تعرضه مواصفات. هذه المواصفات هي التي يدرسها الحقل المنطقي مفهوم ذاتي عربي كل جزء نوع فصل عربي عام عربي خاص قسمة قضية تعريف قياس هذه المفاهيم يتعين بها من المفهوم يعني الطبائع اذا كانت في افق الذهن ما اسميه انا منطقي في مقابل كونكري نظم تحققي اذا الطبائع في دائرة عالم الفهم يعني النظم المنطقي تتعين بمجموعة من التعينات تسمى المعقولة الثانية المنطقية المفهوم الذاتي مفهوم العرضي مفهوم الكلي مفهوم الجزئي مفهوم النوع مفهوم الجنس وبيناها هذه بما مضى اعيد المثال لان الطالب الجامعي هذه الامور بالنسبة له جديدة الحوزوي قد درس متونا كشرح الشمسية وغير الشرح الشمسية قبل هذا الكتاب فعنده استئناس اصطلاحي الجامعي ما عنده هكذا الاستئناس خذ هاتين القضيتين الانسان نوع حيوان جنسو بمجرد تقول نيسان نوع حيوان جنس النوعية مفهوم منطقي الجنسية مفهوم منطقي. اذا انت تتعامل مع الانسان كطبيعة ام كإنسان طبيعة في الدين. نعم. طبيعة في الذهن. يعني الطبيعة دخلت في افق النظم المنطقي. وكذلك الحيوان الجيز حيوان دخل في الأفق الأفق الذهني المنطقي المنطقي ما عنده علاقة بالإنسان في الدين هذا بحث فلسفي  ولا علاقة له بالحيوان في الدين. منطقي عنده موضوعاته الخاصة موظوع موظوعاته الخاصة ما هي ذلك الامر الذي جعل الانسان نوعا. يعني يصدق على كفيل متحدي الحقيقة ويدرس ذلك الامر الذي جعل الحيوان جنسا يعني يصدق على كثيرين متحدي الحقيقة اذا اخذت هذه القضية الانسان عالم تقول الانسان موضوع والعالم محمول ينسى الانسان عالم عندنا الانسان موضوع العلم عالم محمول فالمنطق ما عنده علاقة بالانسان ما عنده علاقة بالعلم. عنده علاقة بذلك الامر الذي جعل الانسان موضوعا في قضية وجعل العلم محمولا في القضية هذه الامور تسمى المعقولة الثانية المنطقية فهذه الامور يحكيها مفهوم النوع مفهوم الجينز مفهوم الفصل مفهوم العرضية العام مفهوم العرضية الخاص مفهوم الكلي مفهوم الجزئي مفهوم القسمة مفهوم التعريف مفهوم القياس مفهوم القضية نعم تلك الامور التي يدرسها الحقل المنطقي ولهذا يقولون معقول ثاني منطقي يعني بعد الطبائع يأتي المعقول ولهذا يأتي في الرتبة الثانية المعقول الثاني تقول الانسان نوع انسان الطبيعة النوعية ام الطبيعة في افق الذهن? في النظر المنطقي تقول لا شيخنا يجب ان تكون مقيدة في الذهن اذا مفهوم الانسان. نعم. اذا اذا قلنا الانسان نوع مسامحة يعني مفهوم الانسان يعني الانسان اذا كنا في دائرة الفهم نفهمه يسري صدقا على كثيرين يعني زيدون انسان طه انسان ليلى انسان زينب انسان بلا انسان هذا نص السنة يعني الصدق المتكبر يعني يسري في حقائق آآ في مصاديق تشترك في حقيقة واحدة هذا يعطيهن النوعية. مفهوم الإنسان نوعه. لاحظت كيف؟ في امر جديد جاء وهو الصدق على كثيرين متحدين حقيقة المنطقي يعزل الانسان لا يهمه يركز على تلك الحيثية يدرسها يعرفها ويدرسها ويشكل التقسيمات الجميلة المفهوم اما اما كل الجزء الكلي اما ذاتي او عرضي الذاتي اما ثمن الذات نوع جزء الذات. جزء الذات المشترك جنس جزء الذات المختص فصله العرضي عرضي خاص بالطبيعة على الخاص عام يطال الطبيعة وغيرها اراضي عام وهكذا تأتي كل مسائل الحقل المنطقي كل المسائل حق المواطن هذي تسمى القظايا المنطقية اذا حملنا تلك الامور المنطقية على الطبائع فنحن في دائرة القضايا المنطقية ولا تحتاج الى استدلالات عملية التحليل فقط. تحليل كعملية ومبدأ التناقض كحاكم تكفي يعني الان انا اذا اردت ان اصل الى مفهوم النوع الذي هو مفهوم منطقي استدل لا اعاين الطبيعة الانسانية اعاينها في اي نظم تقول شيخنا في المنطقي يعني في افق الذهن فالانسان هناك مفهوم مفهوم مرئاوي ليس له هوية الهوية الان السانية. هناك يحكي فقط فهذا مفهوم الانسان ارى ان هذا مفهوم الانسان مظمونه مظمونه ما هو هو الانسان  مرة اركز على الانسان في النظم المنطقي اقول مفهوم الانسان. مرة اركز على المضمون فقط حيوان ناطق انسان فقط اجده في طبائع متعددة كلها تشترك في حقيقة واحدة زيد طه بلال ليلى زينب رقية هذا السريان الصدقي في حقيقة واحدة يميز بخاصية يعني مفهوم الانسان يميز بخاصية هذه الخاصية اصطلاحا تمييزيا صنع النوع بفوليس النوع. فحصلنا على مفهوم النوع. ننسى الإنسان نركز على تلك الحيثية. وذلك الأمر ما هو? نعم مفهوم يصدق على كثيرين متحدي الحقيقة  لا استدلاء يحزنون تحليل فقط في دائرة مبدأ التناقض يعني كل تحليل يؤدي الى مبدأ التناقض فهذا زيف لا يؤدي الى مبدأ التناقض تستقر المسألة المنطقية. وانتهى الامر</w:t>
      </w:r>
    </w:p>
    <w:p>
      <w:r>
        <w:t>هذه القضايا  الذهنية تسمى القضايا الدينية. هذه القضايا المنطقية اذا تقسيم القضية باعتبار الموضوع المقيد في النظم منطقي او لأ هذولا لا ادري هذه القسمة صحيحة دقيقة انتم سجلوها ثم اه نتحدث عن عن الدقة وعدم الدقة. اولى مرة ننظر الى الطبيعة الخالصة الكومباني يسميها الطبيعة المهملة المهملة يعني ما عندها اي قيد خالصة نعم اولى الطبيعة المتواجدة في دار الوجود الخارجي يعني دخلت بالفعل الى داخل الوجود اذا ركزنا على الخالصة قضية حقيقية اذا ركزنا على متواجدة فعلا قضية خارجية هذا تقسيمن يمكن ان نقسم القضية بتقسيم اخر. تقول القضية باعتبار موضوع مقيد غير مقيد. غير مقيد هو القضية الطبيعية يسميها العلم الحلي المهملة هادي تسمى القضية الحقيقية عند المشهور او مقيد مقيد قيد ذهني قضية منطقية. مقيد بقيد خارجي فعلي قضية خارجية. وهذا التقسيم هو الادق. ادق من السابق القضية المنطقية بيناها بيناها في السابق واعدنا البيان ونعيد البيان في المستقبل. حتى ترسخ جيدا في ذهن الطالب العزيز الان نركز على القضية الخارجية والقضية الحقيقية دعنا من القضية الحقيقية لان هي نهاية المطاف. نركز على القضية الخارجية يعني الموضوع يسري خارجا يسري خارجا يعني فيه تواجد خارجي عنك انت مدرسة وهذه المدرسة كله طلابها من الهند في النجف مثلا هذه المزرخ مدرسة خاصة بالهنود يمكن او لا يمكن يمكن فقم عندنا هكذا مدارس مدرسة مختصة بالهنود مدرسة مختصة بالباكستانيين مدرسة مختصة باللبنانيين وبالعراقيين وهكذا نعم مدرسة لا تشمل كل الطلاب الاجانب تخيل انت عندك مدرسة فقط للهنود فيها لنفرض مثلا ميتين طالبا من الهنود تواجد فعلي فاتقول كل طالب في المدرسة هندي هذه يقولون قضية خارجية. موضوعها كلي وهو الطالب الهندي الطالب الهندي يصدق على ممكن على عشر وعشر تالاف طالبا في الهند وفي في النجف وفي قم هنا انت هذه المدرسة محدودة بميتين طالب لا تقول كل من في المدرسة من طلاب فهم هنود او كل طالب في المدرسة فهو هندي. يقولون قضية خارجية لماذا? لانها فاقدة للطالب المقدر يعني الطالب المقدر غير موجود هنا مقدر يعني الذي نقدره المقدر الفرظي غير موجود. قضية خارجية فقط هنا فيه اشكال مرة نخلط بين الكل المجموعي والكل الصدق الكل المجموعي هذا قضية تحصيل حاصل ليست قضية  يعني انت اجيت الى المجموع و جئت بالمحمول تقول كل من في المدرسة من طلاب هنود هنا الكل الكل المجموعي. الكل المجموعي ليست قضية علمية لان المجموع الكل المجموعي سين مثلا لا يصدق على الافراد يعني اذا طبقت هذا العنوان على عالي من الهند في المدرسة المجموعة لا يصدق عنها علي ان المجموع هو الكل المجموعي نعم يطال علي والباقي. اما اذا قلت لا كل طالب هندي كل طالب في المدرسة يعني في المدرسة قيدت بالفعل هندي مع الطالب عنوان كلي يصدق على علي ويصدق على آآ حسين هناك وعلى الحسن وعلى الرقي اذا كانت المدرسة تشمل كذلك النساء. هذه قضية خارجية فيما تفرق عن القضية الحقيقية الطبيعة المهملة بقول يعني الطبيعة الخالصة هذه لا تنظر الى الافراد الموجودة بالفعل تطال كل من يصدق عليه عنوانا عنوان الطبيعة كان موجودا مقدرا لم يكن حتى هناك مصداق فهذه القضية قضية حقيقية  قضية حقيقية والقضية التي ذكرها العلامة الحلي فيما مضى وهي القضية الطبيعية انا في تصوري هذه هي القضية الحقيقية حتى لا تحتاج الى صور كون او بعض  لأن الحكم للطبيعة ليس للافراد. ان وجد الفرد لم ينوجد قدر لم يقدر. فالقضية هذه هي لها ذلك المحمول هذه هي القضية الحقيقية. القضية الخارجية لا تنفع في العلو القضية المنطقية مختصة بالمنطق تحليلية واضحة جدا قضايا الحقيقية هي التي  تبحث في العلوم. لان العلوم تركز على ماذا تركز على القوانين الكلية  ندرس الامور بنحو كلي بنحو كلي يعني قانوني قانون انا ما عندي علاقة بالحديد الفلاني الحديد الهندي او الاسترالي وانا عندي طبيعة الحديد اصل الى انها تتمدد بالحرام فاقول الحديد يتمدد بالحرارة. حتى كل ما نحتاجها كما ذهب الى ذلك على منحني في ابتكاره للقضية الطبيعية وهذا الذي تبناه صدر المتهمين في اخر حياته طبيعة يعني الاربعة زوج انوجدت لم تنوجد هي زوج نعم هذه هي القضية الطبيعية هي القضية الحقيقية في في الحق. ما نحتاج نقول كل زوج كل اربعة زوج متى يحتاج الى السور؟ اذا تعاملت مع الطبيعة في تواجدها الخارجي تواجدها الخارجي تخيل انت الان انسان سافر الى المريخ ووجد قطعة حديد نفس المواصفات التي في الارض المواصفات نفسها نفسها الموجودة في الحديد الارضي اذا كانت طبيعة الحديث تتمدد بالحرارة فتلك تتمدد بالحرارة نعم فقولك الحديث يتبدد بالحرارة يكفي لان التمدد بشرط الحرارة من طبيعة الحديد. يعني الحديد عنده استعداد التمدد اذا لمسته النار. اما قولك كل حديد يتمدد بالحرارة هذا باعتبار الواقع الخارجي. هذا هوس ارسطو لان ارسطو كان يهتم كثير بالطبائع الخارجية الهويات الخارجية  يبتعد عن الهوية الافلطوونية ما معنى كل حديد يتلذذ بالحرارة؟ يعني عندنا موضوع وهو الحديد عنوان عام ما معنى عنوا? يعني ليس حديد استراليا وهنديا لا لا لا عنوان عام وعندنا التمدد بالحرام كل حديد يتمدد بالحرارة طبق انت اه عقد الوضع وعقد الحبل على القضية. يعني كل حديد في متن الواقع الموجود او المقدر لا يهم حتى المقدر اذا صدق عليه العنوان بالفعل او بالتقدير فرضية تمسه النار يتمدد بالقطع واليقين اذا اذا انت لماذا تركز على الكل وعلى المصادق الخارجية? ركز على الطبيعة الحديد يتمدد بالحرارة نشكل مسألة جديدة في الحقل المنطقي وهي القضية الحقيقية اللي هي طبيعية وليست مصورة فعقد الوضع وعقد الحملة نحتاجه مطلقا. نعم يعني المحمول ثابت للطبيعة بغض الطرف هذه الطبيعة تجلت في مصاديق ام مقدرة او موجودة? لا لا شريك البار عدم كل شريك البريمة عندنا علاقة شريك الباري في طبيعته عدم لا شيء مرفوع الوجود ما عندنا علاقة بالافراد ولا المقدرة وغير المقدرة اذا القضية الحقيقية هي موظوعها يركز على الطبيعة الخالصة الطبيعة الخالصة تجند في مصاديق فعلية مقدرة هذا لا يهم هم يقولون تصدق على المصاديق الفعلية والمقدرة صنعنا لا ننظر الى المصاديق مقدرة وغير مقدرة قولك مقدر هذا يشير الى هذه الحقيقة انا هذه الطبيعة الطبيعة حيث كانت يكون الوصف او يكون المحمول هذه القضية الحقيقية اذا القضية الخارجية ما هي? هي نفس القضية الحقيقية اذا حددنا المصادق الفعلية مصاديق الفعل لي حددناها في دائرة اتصير قضية قضية خارجية وبتعبير فني دقيق اذا كنت في الموضوع يعني الطبيعة المثالية  ما عنده علاقة لا بالنظم المنطقي ولا بالنظم الخارجي فانت في ذات القضية الحق اذا ادخلت هذه الطبيعة الى عالم الخارج في دائرة ما محدودة فهذه قضية وهذه لا تفيد تفيدنا في شيء في العلو</w:t>
      </w:r>
    </w:p>
    <w:p>
      <w:r>
        <w:t>العلوم تركز على الطبيعة الخالصة. الطبيعة المهملة. المهملة يعني مهملة من كل القيود خالصة الحديد فقط الحديد ده خالص طبيعته اذا تعرض للحرارة يتمدد انتهى الامر. قضية قيع فاذا ليست قضية منطقية لان الطبيعة ليست مقيدة بالنظم المنطقي وليست قضية خارجية لان الطبيعة ليست مقيدة بالقيد الخارجي نعم لبشرط نعم قضية هذه هي القضية الحقيقية وهي التي تطلب في العلوم والاحسن تسميتها بالقضية الطبيعية نعم اذن تقسيم القضايا باعتبار الموضوع الى قضية مهملة مهملة يعني من النظم المنطقي ومن النظمة الخارجي تحققي يعني لا تنظر الى عالم الدين ولا العالم الخارج هذه هي القضية الطبيعية مراتها بتنظر للموضوع الى ماذا? الموضوع الى باعتبار باعتبار الحكاية الخارجية مر هذا الموضوع هذا الموضوع يكون مصورا ويكون مهمل السور قضية مهملة المصور كلي جزئي. لأن القضية الشخصية قلنا ليست علمية كلي وجزئي هذا الكلي او الجزئي اه القضية المنطقية اه نسيناها في التقسيم. خلينا نعيد التقسيم قضية باعتبار الموضوع اما مهملة التواجد الخارجي والذهني هذه القضية الطبيعية وانا في تصوري هذه القضية الحقيقية مرة لا تكون مقيدة مرة تكون مقيدة بالدين قضية منطقية مقيدة باعتبار التواجد مصورة وغير مصورة غير مصورة مهملة مصورة كل وجزء بعض الانسان عالم هادي جزئية كل آآ الى حي القضية كليا. هذه القضية الكلية باعتبار المصادق اذا كانت المصادق محددة قضية خارجية اذا كانت المصادق تطال الموجود والمقدر قضية حقيقية هذا هو التقسيم الذي جاء به العلامة الحلي نعم اما التقسيم الدقيق والصحيح هو هكذا القضية باعتبار الموضوع باعتبار الموضوع مقيدة مقيدة مهملة من اي قيد? مهملة هي القضية الحقيقية بل يسميها العلامة القضية الطبيعية مقيدة مرة تكن مقيدا في الدين. القضية المنطقية. مقيدة في الخارج. مصورة غير مصورة. غير مصورة مهملة. مصورة كلية جزئية كلية وجزئية. هذه القضايا القضية الخارجية اذن القضية الحقيقية هي القضية التي تنظر الى الطبيعة بمعزل عن التواجد الديني والتواجد الخارجي طبيعة فقط يعني تقول كل اله حي ما تحتاج الى الكل. الاله حي طبيعة الى حي كل ما يحتاج اله طبيعة الالهية هذه القضية الحقيقية كل ما نحتاج محتاج يعني نحتاج الى السريان المصداقي الحقيقي يعني المتحقق والمقدر حتى يكون الله حي لا طبيعة الله حي نعم طبيعة الزجاج شفاف ان وجده لم ينوجد اذا قولهم القضية الحقيقية تشمل حتى المصاديق المقدرة هذا خير دليل على ان الحكم للطبيعة انو وجدت او تقدر المصداق لكن هوس ارسطو بالهويات الخارجية وهو اخطبوط كبير الكل يخاف منه نعم ما فيه جرأة لهذا الابتكار. العلامة الحلي شجاع قال في قضية طبيعية. نعم. وصدره الثاني يقول هذه القضية الطبيعية هي التي ندرسها في العلوم وهي القضية الحقيقية هي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