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لا زلنا معكم في بحث القضايا ووصلنا الى هذه المسألة او القضية الكبيرة وهي نظرية الصدق لا شك ان القضايا في النظم المنطقي تحكي  الواقع الخارجي نظام الوجود بجميع مراتبه ايات انفسية ايات افاقية دائرة الواجب واجب الوجود وصفاته هذا نظام الوجود بجميع مراتبه  انا خائف قضية تشكل من موظوع محمول مع مسامحة لانها قضية شخصية تحكيم ما وراءها دائما النظم المنطقي يخرجك من دائرته الى امر اخر مثل المرآة تماما فانا خائف تحتي حالة نفسانية ظاهرة نفسانية شجرا مثمرا تحكي الشجرة الخارجية في النظم الوجودي كما ان الخوف نظم وجودي نفساني الشجرة المثمرة نظم وجودي خارجي الله حي نظم وجودي خارجي. يعني في ذات مقدسة محيفة بالحياة اذا طبيعة القضية انها تحكي مرآة لما هو وراء القضية فت تفنى ذاتها في المحكي فالحاكم يندك في المحكي الحاكي هو القضية. المحكي هو المتعلق الذي تشير اليه القضية يعني الواقع الخارجي نظام الوجود فالحكي يندك في المحكي مثل الصورة في المرآة انت اذا كنت في مقابل مرآة وترى نفسك فانت ترى الصورة هذي الصورة مندكة في ذاتك انت تبرز ملامحك تبرز وجودك فهذه الصورة تفنى هي تفنى لهوية لها الا ما تحكيه هذه طبيعة القضية العلمية وطبيعة النظم المنطقي. كيانات اشارية كيانات حكايتية نظرية الصدق تدرس هذا الامر. كيف تتم الحكاية الصحيحة ومتى تكون الحكاية زيف اه متى تكون الحكاية زيفا وكذبا يعني غير مطابقة وواقع اذا عندنا واقع نظم وجودي وعندنا واقع مجازي خرطي كيف الذهن له قدرة القوة العاقلة لها قدرة ان تفرظ هذا الوجود اه مرفوعا هل يرفع الوجود مستحيل الوجود يرفع يعني يقبل العدم. لا فرضا يرفع ماذا يحل محله مجازا العدم فكل الاحكام التي كانت للوجود تنقلب للعدم ولكن بمحمول العدم الباري تعالى وجود احذف هذا الباري فرضا بالادعاء والخرطي يستقر في مكانه في مرتبته شريك الباري لكن لا يستقر الوجود لا تقل شريك الباري وجود. شريك الباري معدوم في هذا الحديث كلام سيأتي ان شاء الله اذا عندنا واقع نظام الوجود وواقع مجازي تبعي ادعاء فكل قضية تحكي بعدا من نظام الوجود الحقيقي او بعدا من النظام الادعائي نظام العدم نعم الشريك البريء معدوم كيف نفهمه في قراءة سياتي ان شاء الله تفصلوا ذلك اذن الآن لا نركز على القضية. القضية بيناها لها عنوان موظوعي عنوان محمول نسبة هذه النسبة لها كيفية مرة تكون ظرورية مرة تكون دائمية مرة تكون وجودية مرة تكون امكانية هذه تسمى الجهة او المادة هذا سيأتي ان شاء الله في باب مستقل في الجوهر النظيد بعد هذه الدراسة الان نركز فقط على القضية بما هي موصلة الى الواقع وكيف توصلنا الى هذا الواقع واذا وصلت الى هذا الواقع كما هو في نظام الوجود او في نظام الابداع فتكون صادقة والا تكون زيفا لا معنى له لا معنى له اذا ما هي هذه الدوائر لأن القضايا متعددة فالدوائر تكون متعددة دوائر نظام الوجود هو الوجود فقط الوجود وا حيثيات الوجود ثم بالادعاء ارفع الوجود وارفع حيثية الوجود. هذا ادعاء مجاز خرطي معرفي فانت الان خذ هذه القضية الوجود اصيل على مبنى الحكمة المتعالية قضية صادقة وعليها ادلة ما معنى الوجود اصيل? هذي يسجلها عندك اذا دخلت الى الحكمة حكم متعالية تكون عندك خلفية جميلة الوجود اصيل يعني الوجود متن بالذات لا يحتاج الى قيد حتى يكون هو التحقق هو علم التحقق هل ما هو عين التحقق يحتاج الى قيد حتى يكون عند التحقق لا خرافة هذا هذه الحيثيات تسمى الأصالة. فنقول وجود اصيل هو التحقق بالذات وما هي? هي التحقق بالعرض هي التحقق بالعرظ يعبر عنه بالاعتبار لاعتبار الذي يقع في مقابل اصيل الأصيل هو المتن الوجود بالذات الإعتبار الذي هو وصف الماية متن الواقع بالعرظ فالوجود اصيل قضية صادقة المطابق ما هو؟ الوجود مطلق الوجود في اي مرتبة كنت الوجود الواجبي لوجود العقلي الوجود الجسمي الوجود الانساني في اي مرتبة كنت من مراتب الوجود هذا الوجود لا يحتاج الى حيثيات اعاقة يديا لا يتقيد بالوجود وعين التحقق هل يمكن ان تقيد الذي هو عين التحقق بالتحقق لا يمكن اما الماهية لانها متساوية النسبة الى الوجود والعدم لا تقتضي في ذاتها الوجود والعدم اذا دخلت دار الوجود بأي ملاك تدخل يجب ان تتقيد بملاك هو الذي ادخلها الوجود. فالوجود له بالذات ولها بالعراف اذا الوجود اصيل هذا هو المطابق في اي مرتبة كنا في نظام الوجود وكنا في دائرة الوجود وليس العدم لان العدم مجاز فهذا الوجود لا يحتاج الى حيثية تقليدية لا يتقيد بالوجود حتى يكون عين التحقق هو عين التحقق هذا هو المطابق فالقضية تكون صادقة. اذا عندنا تركيبة قضوي الوجود اصيل كل ما نحتاجها لان الكل في البعد المهوي وليس في الوجود على مبنى صدر متالي عندنا هذا التركيب القظوي وجود اصيل موضوعه محمول حكاية موجودة المحكمة هو المح كي انه هناك وجود في اي مرتبة كان اصل الوجود المرتبة لا تهم اصل الوجود في اي مرتبة كان لا يحتاج الى حيثية تقليدية لأن هو عين الوجود عين الوجود تقيده بالوجود حتى يكون هو الوجود لا هذه القضية صادقة وجدنا لها المطابق اذا جينا بهذه القضية لا لم اي نعم بينت المسألة الوجود وجود الوجود الوجود قضية جديدة. هي سابقة على الوجود اصيل ما معناها يعني ماذا تحكي فيه وجود فيه تحقق ساكتة عن هذا التحقق ذاتي يعني لا يحتاج الى حيثية تقليدية او يحتاج ساكتة فقد تشير الى ان هناك وجود الوجود الموضوعي هو المتن والوجود المحمول هو اضاءة لذلك المتن في دائرة كياني اشاهده اشاهد الوجود كمتن ثم في عالم الاعتبار والنظم المنطقي يشكل التركيب الوجود اصيل لماذا هذا التركيب الاعتباري? للتواصل المعرفي مع نفسي ومع غيري اذا العلم الحصولي علم اعتباري يعتبره الانسان على ضوء واقع يعيشه يصل اليه بالشهود او يصل اليه بالاستدلال. لا فرق الوجود وجود شهودية ان طبيعة الوجود يبرز كيانه بظياء سرمدي هذا الضياء السرمدي الذي نحن نعاينه نعطيه مفرد حصولية هو مفهوم الوجود الذي هو المحمول في هذه القضية الوجود وجود اما الموضوع وجود ذلك الوجود الذي يسري بجماله وبهائه اذا الفارق بين الوجود وجود كقضية. والوجود اصيل في هذه النقطة الوجود وجود هناك وجود بوجود اصيل في زيادة معنى هذا الوجود لا يحتاج الى حيثيات تقييدية لا تقيدوا بالوجود يعني لا يأتي الوجود فيوجده. فلا معنى لي هذا الكلام. مهزلة</w:t>
      </w:r>
    </w:p>
    <w:p>
      <w:r>
        <w:t>الوجود الواجب حي قضية عندنا موظوع هو الوجود الواجبي الله الديني بين قوسين الله الديني وحيثية الحياة ماحكيها ماهو مرتبة من مراتب الوجود ارقى المراتب لا نهاية وجودها ولا لكمالاتها هذه المرتبة التي تسمى واجب الوجود وجود واجبي حي محيز بحيثية هي الحياة   ثم كيف يتحيز بهذه الحيثية? هذا بحث فلسفي وبحث في الالهيات علم الكلام قضية صادقة قضية صادقة الانسان عالم لم اقل وجود الانسان العالم قلت الانسان عليم يعني الماهية لأن الإنسان ما هي تعالم اذا بنيت على اصالة ما هي يعني عندي واقعية هي الانسان تمثل متن الواقع بناء على رسالته المائية محيفة بماذا? بحيثية للكشفية هذا هو المطابق اذا كانت هذه الحكاية هي هي كما في الواقع فالقضية حقيقية. يعني اذا وجدنا مصداقا انسانيا له العلم فتكون قضية صادقة. بعض الانسان عالم كل الانسان علم كذبا لان بعض الناس لا تعلم الحديد يتمدد بالحرارة مرة تقول الحديد يتمدد بالحرارة بلسان معوي مرة تقول وجود الحديد يتمدد بالحرارة بلسان وجودي يعني الحكمة المتعالية يعني عندك واقعية خارجية هي الوجود الحديد اذا مسته الحرارة يتمدد الطريق ماهو التجربة؟ جرب تكتشف ان القضية صادقة بلسان مهوي او بلسان وجود لا فرق من حيث الصدق لا فرق اذا بنيت على اصالة الوجود وجود الحديد هو مثل الواقع هو الذي يتمرد الماية لا المعيا اذا نسب اليها التمدد تقول الحديد يتمدد كما هي هذه نسبة مجازية بالعرظ والى التمدد وهو لحين الوجود المادي الحديث اذا مثلت لك الوجود وبالمهية الانسان كلي اين يتصف الانسان بالكلية? تقول في النظم المنطقي يعني الطبيعة اذا كانت في النظم المنطقي صارت في افق الفهم يعني مفهوم الانسان كلي هذه الشهودية لانك انت تعاين هذه الطبيعة الانسانية تسري سريا صدقي على مصاديق متعددة كثيرة فتنعتها بالكلية تقول مفهوم الانسان الكلي يعني مفهوم الانسان الذي هو في النظم المنطقي يفهمك طبيعة هي الانسان مفهوم الانسان يدل على زيد لا يدل على الطبيعة الانسانية المفهوم يشير الى المعنى. المعنى التصوري الطبيعة الانسانية اذا من يسري صدقا على الافراد? مفهوم الانسان ام الطبيعة الانسانية? تقول له يا شيخنا لا معنى للمفهوم ليسري في الخرج لا معنى للمفهوم في الخارج. مفهوم نظم منطقي. اذا من يسري في الخارج؟ تقول الطبيعة الانسانية. يعني ليلة انسان ليس مفهوم الانسان طه انسان وليس مفهوما الانسان. فهذه يجب ان تفهمها جيدا قضية تحليلية شهودية صادقة صادقة يعني حقيقة نفهم من الطبيعة الانسانية انها طبيعة تسري في مصاديق متعددة انتهى الامر فالقضايا المنطقية كلها شهودية تحليلية القضايا غير المنطقية قضايا العلمية مرة تكون شهودية ومرة تكون استدلالية يعني في عملية استدلالية للوصول الى المعنى التصديقي لان نأتي الى باب اخر. رفع الوجود بالحقيقة ام بالادعاء تقول بالادعاء ورفع احكام الوجود بالادعاء. لان الوجود هو متن الواقع لا يمكن ان تتحكم فيه انت نرفع بالادعاء يعني القوة العاقلة يمكن ان تفهم هذه الواقعية مرفوعة من الوجود هذا بالإدعاء لا يمكن رفع الكتاب يعني هذه الواقعية المادية من من من الوجود قل يا شيخنا احرق الكتاب تحرق الكتاب لكن يصير رمادا ورماد وجود غيرت انت من حالة الى حالة بالاحراق ما رفعت الكينونة ارفع ذي الكينونة بالادعاء  وادعي هذا الفراغ اسميه عدم الكتاب فحصلت على دائرة من نفس الأمر دائرة الأعدام تقول شريك الباري معدوم شريك البريء بموضوع معدوم محمول ما معنى? يعني شريك الباري مصداق ادعائي في دائرة نفس الامر ذات الاعداء نعم محمول عليه الوجود ام مرفوع عليه الوجود؟ تقول شيخنا ادعاء خرطي. مرفوع عنه الوجود مرفوع عن الوجود سميها عدم معدوم. شريك الباني معدوم. صادقة ام كاذبة؟ تقول صادقة قضية صادقة اما اذا قلت شريك الباري موجود هذه قضية كاذبة ما معنى قضية كاذبة? قضية زيف اجتماع للناقضين اجتماع للناقضين ثبوت العلة ثبوت المعلول يعني وجود النار لامس وجود الخشب فيأتي المعلول. ما هو الاحتراق وجود الاحتراق هذه تنتمي الى النظم الوجودي النظم العدمي كيف المجازي الإدعائي؟ تقول رفع وجود النار يؤدي الى رفع الاحتراق قضية صادقة لكن في اي دائرة في دائرة المجاز والادعاء? مع انها قضية صادقة  قضية صادقة وجود النار ويستلزم عدم وجود الاحتراق. هذه قضية زيف لا مطابق لها لا في داعة الوجود ولا في ذات العدم هذه الامور يجب ان تفهمها جيدا بقيت مسألة نبين القراءتين دائرة الاعدام هل هي دائرة وان كانت ادعائية يعني من الصحيح? شريك البري معدوم ام شريك الباري ليس بموجود من رجح القراءة الاولى يضطر ان يصنع بالادعاء دائرة اخرى في نفس الأمر وهي دائرة الاعدام. هناك القضايا التي تحكي العدم وحيثية العدم تجد المطابق لها فتكون صادقة كشريك الباري معدوم ابو عيسى لا يتزوج ابو عيسى لا يتحرك ابو عيسى لا ينام لان ابو عيسى المسيح سلم بانتفاض الموضوع في دائرة العدم الادعائي وكل صادقة صادقة بانتفاء الموضوع فالذي يرى هذه الدائرة فمضطر ان يدعي هذه الدائرة حتى تصدق هذه القضايا القراءة الثانية تقول لا ما نحتاج الى هذه الدائرة الاعدام يعني رفع الوجود شريك الباري معدو يعني شريك الباري ليس بموجود قضية سالبة يعني هناك فرق بين ان نضع الدائرة وبين ان نرفع الدائرة انا ارجح الثانية ورفع الوجود وليس وضع العدم وان كان بالادعاء والخرطي الان انقل لكم عبارة امام خميني رحمة الله عليه من كتابه الاستصحاب بقلمه الشريف صفحة مية وواحد كتاب الاستصحاب بقلمه وليس تقريرا لدرسه بيان مناط الصدق والكذب في القضايا. بحثنا هوى نعم ان قلت فما المناط في صدق القضايا وكذبها اذا لم تكن للسالبة نسبة وواقعية. لان السالبة قطع النسبة نقول الانسان ليس بعالم ما فيه نسبة هنا كسرت النسبة دمرت النسبة نفيت النسبة بالسلب وهل الصدق الا المطابقة للواقع والكذب عدم المطابقة. اذا عند الامام الصدق هو المطابقة للواقع. يعني مطابقة القضية الادراكية المعرفية للواقع. الواقع هو نظام الوجود فقط نظام الوجود فقط ولعدم ادعاء قلت نعم الصدق هنا يعرف الصدق ما هو الصدق عنده والمطابقة للواقع والكذب وعدم المطابقة. الكذب يعني الزيف لا تجد في نظام الوجود له مطابق ولا حتى في نظام الادعاء لكن لا يلزم منه ان تكون للكواذب واقعية. كواذب زيف اجتماع الناقضين وللاعدام حقائق لا تكن الاعدام حقائق ادعاء مجاز ولا لقطع النسبة الواقعية حكاية عن واقع محقق في الخارج يقول الانسان ليس بي كاذب مثلا الانسان ليس بكذب يعني فصلت انت الانسان عن الكذب والكذب على الانسان اذن فيه انفصال اين الواقع ما في واقع يعني ما في انسان متصف بعدم الكذب. السوالب ليس لها مطابق. بالعكس سوالب تحكي عن رفع المطابقة وتوضيحه يعمق البحث ان الواقع ده هو الواقع عبارة عن نظام الوجود نظام الوجود ذهنا وخارجا</w:t>
      </w:r>
    </w:p>
    <w:p>
      <w:r>
        <w:t>يعني الايات الافاقية واحكام الواجب تعالى في افق النفس بحيث لا تشذ لا تشذ عنه حقيقة من الحقائق وموجود من الموجودات. نفس الامر هو نظام الوجود. كل المراتب هناك. كل الحيثيات هناك فإذا اخبر بان زيدان قائم هادي قضية شخصية معليش المهم تفهم المطابقة فاما ان يكون مطابقا لصفحة الكون ونظام الوجود فهو صادق والا فهو كذب يعني عندك نتا زيد هذا الشخصي انت تقول زيد قائم وهو جالس. فقضية كاذبة. يعني زيف زيف لان القيام والجلوس يعني قيام ولا قيام اجتماعا نقيدا فالقضية تكون كذبة. كذبة يعني زيف يعني لا تمثلوا الواقع واذا قيل شريك الباري ليس بموجود يكون مطابق للواقع. يعني شريك البري مسلوب عنه الوجود. وبالتالي لا يدخل في نظام الوجود ابدا لان صفحة الكون خالية عن شريك الباري تعبيرات مجازية جميلة استعارات جميلة. جميل والاخبار مطابق له. نعم قضية صادقة الشريك البريد ليس بموجود. يعني اذا دخلت نظام الوجود لا تجد لشريك الباري مرتبة ابدا في نظام الوجود واذا قيل انه موجود شريك الباري موجود يكون مخالف للواقع. فالقضية تكون زيفا لان لماذا مخالف للواقع? لان صفحة الكون وصحيفة الوجود خالية الان نعم لا تجد في مرتبة من مرتبة نظام الوجود شريك الباري وقد اخبر بوجوده فلابد لتشخيص الصدق والكذب من دقق جيد من مقايسة الخبر الخبر يعني القضية لصفحة الوجود ونظام الكون من مبدأ الوجود يعني من الله تعالى باللسان الديني الى منتهى الى عالم المادة عالم الفقر المطلق والكذب الزيف ما هو من مقايسة الخبر يعني القضية لصفحة الوجود ونظام الكون من مبدأ الوجود الى منتهاه هذا الكذب يعني القضايا الكاذبة لا تجدها مطابق ابدا في نظام الوجود. من الواجب الى اخر مرتبة من مراتبه ذهنا وخارجا. سواء كنت انت في الواقع الخارجي او في واقع النفس. فكل اخبار فتوى كلية فكل اخبار يكون مطابقا لصفحة الكون وصحيفة الوجود بان يكون الاخبار عن تحقق شيء موجود فيها او عدم شيء معدوم فيها يكون صدقا مطابقا للواقع والا فلا انظر المعدوم جعله من الواقع يعني مطابق للواقع. تقول شريك الباري ليس بموجود قضية صادقة على مبنى الامام وهذا المبنى الذي انا اتبناه. الاعدام هي سر بالوجود الذي يقول شريك البري معدوم يفرض دائرة ادعائية فيطابق الخبر يعني شريك البري معدو هذه الدائرة الادعائية فتكون القضية صادقة لا شك في ذلك والا فلا يعني ان لم يطابق الاخبار دائرة الوجود الذي هو حقيقي ودائرة العدم الذي هو ادعائي مجازي فلا تكون القضية صادقة حتى ان مثل قولنا الانسان حيوان ناطق حمل اولي ما عنده علاقة بالتصديق ليس اه تصورا تصديقيا هذا تصور فقط نعم معنى فقط لا موصوف بالموجودية ولا بصفة من الصفات الحاكي عن ذاتيات الماهية يعني الحبل الأولي يكون مناط صدقه مطابقته لنظام الوجود ذهنا وخارجا. كيف? فان الانسان في تقرره في تقرره الذهني وتحققه الخارجي حيوان ناطقون. وما ليس بموجود مطلقا ليس بشيء حتى يثبت له ملازم او جوز. ولا يمكن ان يخبر عنه مطلقا. وما اخبر عنه يكون له نحو تحقق ولو ذهنا انتهى الوقت نكمل ان شاء الله في الحصة الاتية.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