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نزلنا معكم في بحث القضايا وفي مناطق صدق القضايا وبينا بعض النقاط ونستمر في البيان والتبيين في حديث الامام رحمة الله عليه في اخر العبارة هناك نكتة مهمة جدا اريد ان اضيء هذه النكتة فكل اخبار نرجع الى الوراء فكل اخبار قضية كلية كل قضية تحكي فكل اخبار يكون مطابقا لصفحة الكون وصحيفة الوجود يعني بدون مطابق القضية لها معنى لها انت عندك مرآة صافية مصقولة تماما تنعكس في افقها الواقعية تكتسب خاصية المرئوية وليس لها الهوية الحقيقية الان فرضا انزع هذه الواقعية الخارجية كلها بدون استثناء. ماذا يبقى في المرآة? لا شيء. المرآة تفقد هويتها لا تصير مرآة لان المرآة تتحس فاذا لم تكن هناك واقعيات في مقابل المرآة انت لا تفهم ان هذا الشيء مرآة ابدا  يقول فكل اخبار يكون مطابقا لصفحة الكون وصحيفة الوجود اذا قضية بدون متعلق متعلق بالاصطلاح الحوزوي يعني المحكي. يعني الواقع الذي تحكيه القضية بان يكون الاخبار عن تحقق شيء موجود فيها او عدم شيء معدوم فيها يكون صدقا مطابقا للواقع. اذا بناء على هذا الكلام الجميل القضايا التي تحكي الوجود حيثيات الوجود لها مطابق واقعي والقضايا التي تحكي الاعدام وحيثية الاعدام اما ان نقول تحكي عن رفع الوجود وحيثيات الوجود وهذا المبنى الذي انا ارجحه ورجحه الامام او تقول لا فيه دائرة في مقابل الوجود الا ان هذه الدائرة الدعائية خرطية مجازية هناك نجد المطابقة انت اختار المبنى الذي تقتنع به نعم بان يكون الاخبار يعني القضية الحاكية الاخبار يعني القضية الحاكية قضية المرآة تي بان يكون الاخبار عن تحقق شيء موجود فيها في صفحة الكون وصحيفة الوجود او عدم شيء معدوم فيها يكون صدقا مطابقا للواقع والا فلا يعني يكون الزيف لماذا لماذا الامر هكذا? لماذا يجب ان يكون هناك واقع نقيس القضية به لان النزم المنطقي هو تعين من تعينات الواقع غادي يكتبها بماء الذهب النظم المنطقي وتعين من تعينات الوجود نعم وهذا يبحث في الوجود الديني في الفلسفة حتى ان مثل قولنا الانسان حيوان ناطق الحملة الاولية سيد هنا يتقعر في البيان الحمل الأولي ليس قضية حتى يأتي الاخبار الانسان انت لم تخبر عن شيء. انت فقط اثرت في ذهني معنى من المعني معاني. معنى تصور الانسان حيوان نطق بعد نائمون موجود كاتب عالم لا ما في اخبار يقول حتى هذا يحتاج الى مناطق صدق. كيف يقول حتى ان مثل قولنا الانسان حيوان ناطق. هذا بالتفصيل بالاجمال تقول انسان انسان الحاكي عن ذاتيات الماهية ذاتية ما يعني الجنس والفصل يعني المكونات الداخلية يعني لسنا في دائرة الحكاية الخارجية. هذا هو معنى الكلام يكون مناط صدقه صدق هذا التركيب مطابقته مطابقة هذا التركيب ما هو? الانسان حيوان ناطق لنظام الوجود دينا او خارجا فان الانسان يبين كيف تكون المطابقة في المفردات? شيء غريب وعجيب المطابقة في القضايا يقول فان الانسان في تقرره الذهني يكون متقررا في ذهنه في شكل مفهوم الانسان وتحققه الخارجي حيوان ناطق جيد هذا البيان يحتاج الى وقفة النظم المنطقي ما معناه عبارة عن قواعد سرمدية تتعين فيها التصورات والقضايا والاستدلالات تصورات قضايا استدلالات تصورات ملاكها التعريف القضايا ملاكها الحكم  الاستدلالات من القرى الاقيسة ولهذا ندرس في الحقل المنطقي باب التعريف باب الحكم وباب  هذه العمليات التي تفرز التصورات وتفرز القضايا وتفرز الاستدلالات الصحيحة والمغالطية في افق النظم المنطقي هذه تكون بفظل تلك المعايير العقلية هذه المعايير العقلية يفرز المفكر الفكر في افق الذهن في النظر المنطقي على ظويا اذا رعاها المراعاة الدقيقة فهو في متن الواقع يعني تأتيه المطابقة متن الواقع فهما جيد. اذا هذه المعايير العقلية وما يفرز في النشاط الفكري من تصورات وقضايا واستدلالات اساسها الواقع الخارجي اذا لان الانسان في الوجود حيوان ناطقون وصلنا في البعد التصوري الى هذا المعنى. ما هو? حيوان ناطق اذا الملاك ما هو? الملاك هو الواقع الخارجي ثم اذا تعين الحيوان ناطق في الوجود بهذا المعنى ثم يتعين بالتعينات يتعين بالعلم يتعين بالوجود يتعين بالعلية بالتقدم. كثير من الحيثيات تأتي القضايا يعني ننزاحل الاخبار نخرج من البعد التصوري الى الاخبار. اذا الاخبار متفرغة على المعنى التصوري فكيف تكون للاخبار مطابق? والتصور لا يكون مطابق. المطابق للتصور هو في الاساس وفي الاساس نعم هو في الاساس خليني نمثل لك المسألة بأمر في الإلهيات. والله تعالى بحث في الالهيات والله قبل تعينه بالحكمة بالحياة بالعلم بالارادة بالخالقية. حيثيات متعددة للذات الالهية الذات ما هي تقول الله الله قبل التعين بالحكمة والحياة والعلم والارادة والقدرة الله الله في بعد تصوري ام بعد تصديقي? نقول لا شيخنا بعد تصوري حمل اولي لاحظت اذا يجب ان تكون هناك ذات تعينت في دائرتها نعم في الوجود ثم تأتي التعينات سيد الامام يشير الى هذه النقطة. اذا هذه الذات اداء في الوجود فلها مطابق بهذا المعنى لها مطابق بهذا المعنى في المعارف لا نتعامل مع هاد هذه الذات وهي في الوجود لان في الوجود تكون مشخصة نتعامل معها بطريقة مثالية فيأتي معنى المثالي صبر شوية معي يعني طقس تصغير لشيء المغاربة الأندلس الأندلس الأندلسيون مولوعون بالتصغير اصبر معي اذا اذا قيل لك في المنطق ان التصور لا يحتمل الصدق والكذب باعتباره ليس خبرا ليس له انه ليس له مطابق له مطابق له مطابق. انظر العبارة كم جميلة حتى ان مثل قولنا الانسان حيوان ناطقون في دايرة المعنى ام في دارة الخبر? تقول في ذات المعنى. حمل اولي الحاكي عن ذاتيات المهيا يعني الحمل الاولي يكون مناط صدقه مطابقته لنظام الوجود ديننا او خارجا فان الانسان في تقرره الذهني كمعنى كمفهوم تصوري وتحققه الخارجي لان الذات يجب ان تكون والى من اين جاء هذا التصور حيوان ناطقون. اذا في التقرير النهوي حيوان النطق من اين جاء? من فراغ جاء من الواقع الخارجي لكن انا لا اتعامل بوصفه واقعية خارجية. اتعامل معه بوصفه حقيقة مثال لي. بعد مثالي حتى اخرج من ضيق التشخص الى فسحة المعنى العام. ونأسس للقضايا الكلية فان الانسان في تقرره الذهني كتصور وتحقق للخارجي كوجود حيوان ناطق نعم فالتصور لا يتعين كانسان وحيوان ناطق الا اذا كان في الواقع وفي الوجود هكذا وما ليس بموجود مطلقا ليس بشيء حتى يثبت له لازم او جزء مكون نعم ولا يمكن ان يخبر عنه مطلقا. لان عدم لا شيء نعم وما اخبر عنه اذا بنينا على الاخبار يعني عندنا قضية تحكي</w:t>
      </w:r>
    </w:p>
    <w:p>
      <w:r>
        <w:t>يكون له له نحو تحقق ولو ذهنان نعم ولو ذهنا فيها كلام كبير كلام عميق السيد الإمام يرى هكذا والمنطقيون والعلماء اذا قلت انا الاربعة زوج لا يمكن ان نحمل زوجية على الاربعة الا اذا كانت مقيدة بالوجود الذهني يعني انا اتصور الاربعة ثم اتصور الزوجية واثبت للاربعة الزوجية بالبداهة يعني بديهيا المسألة لا يهم الان البعد البديهي وغير البديهي اذا لم تتقرر بوجود ذهني فلا يحمل عليه الزوجية لا ابدا السيد الامام لا ابدا ليس الامر هكذا تقول لي انت لا شيء تخالف الامام? والله يا اخ المعارف ليس لها فيها التقليد نحن لسنا في الفتوى هنا الفتوى الفقهية تقلد بانك لست لست متخصصا يجب ان تبني شخصيتك العلمية الا انها على اسس على اسس معرفية سيد الامام ملتفت الى نكتة مهمة جدا وغيره كذلك ملتفت اذا قالوا الاربعة زوج يجب ان نتقيد بالوجود الديني لانه لا الزوجية لا تثبت لفراغ لتثبت لي حقيقة متكونة على قلة التكوين الذهني ولهذا قال وجود الذهني الا انه الوجود ليس قيدا في الحمل ليس قيد في الحمل بمعنى ان الزوجية لا تثبت للاربعة بوصفها موجودة في الذهن ولا بوصفها موجودة في الخارج الزوجية لا بغض الطرف عن الوجود الخارجي وجود ذهني الا اني انا لا افهمها الا في الذكر لا تفهمها السيد هذه عندها علاقة بالادراك وليس بالمدرك الكلام ليس في ادراكك انت الكلام في المدرك في الاربعة اربعة زوج كانت في الظل او لم تكن لكن لادراكك انت نعم تقول يجب ان تكون موجودة في الذهن لادراكك انت وهذه ليست خاصية للمدرك خاصية للمدرك انت تعل المعرفة فاعل المعرفة لاننا لا معنى لثبوت اللوازم للمهيئة او ذاتيات الماهية ان تتقيد بالوجود. لاننا نحن في البعد التصوري حتى في اللوازم نعم فتحصل مما ذكرنا انه ليس مناط الصدق في القضايا السالبة مطابقتها للواقع. القضايا السالبة تعرف انت شريك الباري ليس بموجود يعني سلب الموجودية. ما عندنا شيء متحقق سلبنا عنه شيء. يعني تقول انسان ليس بعالم ما عندك الإنسان ثم شيء تبتو للإنسان وهو الحلم لا. رفع العلم رفع العلم عن الانسان رفع العلم الانسان ما في تحقق خارجي رافع وفيه تحقق وتعين هذا كلام فاخر بمعنى ان يكون في الواقع شيء مطابق لها. بل المناط هو ما ذكرناه وقد تكون القضية الموجبة في حكم القضية السالبة لخصوصية في محمولها كقولنا زيد معدوم. هنا السيد اه يشير الى نكتة مهمة ما الفرق بين زيد ليس بموجود وزيد بعدو يقول وقد تكون القضية الموجبة في حكم القضية السالبة لخصوصية في محل من محمولها كقولنا زيد معدو شريك الباري ممتنع لا شريك ليس ممتنع سيد شريك البري معدوم مليك الباري معدوم شريك الباري ممتنع لكارثة. لأن ممتنع مادة. والمادة لا تكون محمولا شريك البريء موجود بالامتناع حذفوا الموجود ووضعوا الامتناع والمحمول تسامحا نعم او باطل فان شريك البريء شريك الباري موجود باطل. اما الشريك الباري معدوم حقهم فانها ترجع الى السوالب. هذا هو المبنى مبنى السين وانا الذي يتبناه كذلك يعني الشريك الباري معدوم معناه شريك الباري ليس بموجود. زيد معدوم يعني زيد ليس بموجود مرفوع الوجود نعم ويكون حكمها حكمها. يعني حكم هذه القضايا الموجبة زايدون معدوم شريك الباري. معدوم حكم القضية السالبة التي تسلب الوجود عن الموضوع. زيد معلوم ما معناه? زيد ليس بموجود. شريك الباري معدوم. شريك الباري ليس بموجود. ما معنى? يعني زيد ليس في صفحة الكون شريك الباري ليس في صفحة الكون انتهى الامر سهلة جدا وقضية قضية صادقة فقولنا شريك الباري ممتنع في قوة شريك البالي ليس بموجود بالضرورة. وحاط السيد الامام ملتفت الى النقطة ان الممتنع ليس محمولا. وانما هو مادة شريك البالي ممتنع ما هو معناها معناها شريك الباري ليس بموجود للضرورة يعني بيلقاك واليقين ليس بموت ثم يدخل في بحث اصولي لا يهمنا في هذا الدرس  اذا القضايا مهما كان نوعها لا يمكن ان تتعين في النظم المنطقي بدون مطابق ثم نوعية هذا المطابق لها متعددة. متعددة نعم في دائرة تخص واجب الوجود في دائرة تخص الممكنات الخارجية في دائرة تخص النفسانيات وهكذا  نعم فكل قضية لها مستند واقعي تكون صادقة نعم ليس لها مستند واقعي تقول الزيف تكون كاذبة ولا تفرق بين ولك ولا تخلط بين الكذبة والمعدومة. المعدومة قضايا صادقة شريك الباري معدوم الذي هو في قوة شريك الباري ليس بموجود صادقة شريك الباري حقيقة معدوم صادقة تقولي مطابق وما هو؟ نقولك على مبنى من يقول في دائرة مجازية هناك المطابقة دائرة ادعائية او على مبنى الامام وانا الذي اتبناه معناه شريك الباري مرفوع الوجود. يعني انت ابحث في صحيفة الوجود ونظام الوجود لا تجد له اثرا انتهى الامر هذا هو شريك الباري معدوم نعم انت الان شاب غير متزوج ممكن تتزوج بعد خمس سنوات بعد عشر عشر سنوات. حفيدك الآن بالقطع معدو ما معنى? حفيدك معدو عندك امك تحب تزوج حفيدك تقول لك اريد ان ازوج حفيدك. تقول لها غير موجود حفيدي غير موجود انا غير متزوج اصلا ما عندي اولاد ولا حفيد الحفيد معدوم يعني ليس له مرتبة في الوجود ابحث عن نظام الوجود لا تجد له مستقر لا تجد له مرتبة مسلوب الوجوب حفيدك ليس بموجود يساوق حفيدك معدو قضية سهلة جدا. هذه قضية صادقة قضية صادقة حفيدك ليس في في نظام الوجود قضية صادقة وليست كاذبة. اما تقول الشريك الباري موجود تعطيه الموجودية و نظام التوحيد ينفي هذا مطلقا هذا الزيفون هادي كاذبة لماذا? لانها تؤدي الى اجتماعا بل هي عين اجتماع  فالطالب العزيز مرة يخلط بين الكواذب والاعدام. يعني القضايا التي تحكي الاعدام والقضايا الزائفة القضايا الزائفة ليست قضايا مطلقا ولا تحكي مطلقا زائفة كذب اما القضايا التي تحكي الاعدام قضايا صادقة قضايا صادقة ارتفاع وجود النار عن الساحة وجود الخشب حتما يؤدي الى ارتفاع الاحتراق تشك في هذا? لا تشك مع ان هذه في ذات العدم ارتفاع وجود النار يعني عدم النار عدم الاحتراق يعني عدم الاحتراق مع انها صادقة مئة بالمئة صادقة فكثير من الطلاب يخلطون يتصورون ان القضايا التي تحكي الاعدام هي القضايا الزائفة هي القضايا الباطلة لا لا ابدا قضايا الباطلة هي التي تنطوي على اجتماعا ناقضا اذا انطوت على اجتماع الناقضين يعني المعايير العقلية لا يمكن ان تفرزها في النظم المنطقي لا يمكن هذا هو قضية زائفة لا تستقر في النظم المنطقي لأن المعايير العقلية معايير عقلية سرمدية مستلة من نظام الوجود واستلم النظام الوجود. بينت لك نكتة ان الحبل الاولي اذا لم تكن ذات في الواقع الخارجي قبل التعينات لا يمكن ان تصل الى التصور يمكن? لا يمكن لا يمكن هذه الامور مهمة جدا</w:t>
      </w:r>
    </w:p>
    <w:p>
      <w:r>
        <w:t>مهمة جدا الان نأتي الى التطبيقات الى التطبيقات عندنا القضية الشخصية هذا زيد نائم هل هذه قضية او تطبيق مصداقي خلينا من الخلاف لنفرض انها قضية صدقها ما هو? يعني المطابق ما هو? هذا الزيت الخارجي الذي هو نائم اذا كان مستيقظا وتقول زيد نائم انت في الزيف قضية زائفة قضية كاذبة ليست قضية تحكي العدم. لا قضية كاذبة الناعم وليس بنائم اجتماعا اما اذا قلت هذا زيد نائم وهو نائم في الواقع الخارجي. بالمشاهدة وقضية كل ماذا? صادقة نعم انت جالس في الصالون وترى الشاشة حصة تعجبك في الشاشة في التلفاز امك محضرة فواكه وتريد تفكه تقول لك نادي الوالد فانت تروح تجد الوالد نائما تعود تقول لوالدي والدتك الوالد نائم يا ما تصدق ما تصدق تشك فيك انت تمزح معها كذا تروح بنفسها تعاين فترى زوجها الكريم نائما فتصدق. قضية صادقة بالمعاينة بالمشاهدة هذا هو المطابق. يا رأت نفس الامر بالمشاهدة بالمعاينة هذه القضية الشخصية  يقول الابن لامه الوالد مستيقظ ليس نائما فهي تعاير لا تجده الناعمة فقوله الوالد المستيقظ كاذبا تخالفها المعاينة والمشاهدة يعني خلاف الواقع هادي في القضايا الشخصية نعاينها وسهلة ليست صعبة في القضايا النظرية هناك نجد الصعوبة هناك نادي الصعوبة ونادي السجال المعرفي الكبير المدوخ يدوخ كيف نكتشف المطابق هنا الزلل. مرة ياتي العالم ويكتشف جزء الملكي ملاك الحمل المحمول على الموضوع فيفتي بقضية ويتصور انها مطلقة. يعني كل الملاك حاضر مرة لا يأتي عالم اخر ويوسع في الملاك يوسع في الملك نيوتن قال بقانون الجاذبية اينشتاين تبين له انه في الذرات في الميكروسكوبيك يعني في الواقعية الذرية قانون نيوتن خاص يتخصص قانون النسبية هو الذي يحكم اذا القانون الذي اسسه نيوتن ملكه ناقص في المجرات في كوابل كواكب الكبيرة انا عامل جاذبية. يعني في المواد الكبيرة. اما في دائرة الذرات فالقانون يتخصص هناك قانون النسبية هو الذي يحكم وهكذا وهذا هو سر تطور العلوم نعم زيد لا عقائم زايدون لا عاقب يأكل زايد اللقائم هنا قضية معدولة الموضوع تعاير انت الان زيد لا قائم على جالس يأكل قضية صادقة زيد اللا قائم يعني جالس يأكل تجده لا يأكل قضية كذبة تقول زيد اعمى يعني في كمال مفقود انت تعاين زيد تجده عنده عصا يتحرك بالعناصر قضية صادقة تجده يبصر قضية كاذبة هذه الامور التي نعاينها بالشهود سهلة جدا نعم ثم نأتي الى الامور النظرية القضية المحصلة الموجبة المحصلة نعم تقول كل حديد يتمدد بالحرارة تعاين الحديد بالتجربة وتجد طبيعة الحديد تتمدد المعاينة في هذه القطعة الحديدية في التجربة هذه مقدمة فقط هذه لوحدها لا تنفع. هناك الاستقراء لا يفيد اليقين. يجب ان تطعمها بهذه القاعدة. ان الطبيعة حيث كانت تؤدي اه تعطي نفس الاثر تتولد منها نفس الاثر اذا احرصت ان الطبيعة هي التي تتمدد لك ان تعمم تقول كل حديد يتمدد بالحرارة اذا تريد تنزع الكل كذلك الطبيعة الحديثة تنبذ بالحرارة. فالقضية تكون صادقة القضية تكون صادقة ايه الموج بقى? فالسوالب كذلك واضحا جدا نعم تقول الشجرة ليست بمثمرة نعم تعاين الاشجار تجدها ليست بمثمرة القضية صادقة مسلوب عنها الاثمار واجب الوجود ليس بجسم انت لا تعاين واجب الوجود بالتجربة. لا يمكن حقيقة لا متناهية لا يمكن معاينتها صعب لا يمكن احاطة المتناهبل لا متناهي يأتي الدليل العقلي يقول مم قياس الخلف لو كان الواجب جسما لتحيز تحيز يؤدي الى الفقر والفقر ينافي الا تناهي والغنى المطلق الى تحيز ينتفع عن الذات الجسم ينتفي قضية استدلالية فتكون القضية صادقة سالبة صادقة واجب الوجود ليس بجسم صادق. يعني اذا جئت الى نظام الوجود و وجدت مرتبة واجب الوجود هناك الجسمية لا معنى لها مسلوبة مطلقة. ان شاء الله في جلسة اخرى نطبق اكثر حتى ندخل في قضية جديدة وهي قضية اللابتية.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