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ما زلنا معكم في باب القضايا وطبقنا معكم بعض التطبيقات في الحكاية ومناط الصدق فالقضية اخبار اخبار يعني تحكي عن واقع في نظام الوجود او في الوجود المرفوع بالادعاء اذا تم الأمر تكون القضية صادقة يعني اخبارها يكون حقيقيا. يكون صادقا غير هذا اذا اورثت عناق الوجود للعدم فهي زيفون كذبون فالقضية الكاذبة لا يمكن ان تستقر في افق الذهن لا يفهم هذا الدين نعم ليست معقولة لماذا لانها تجمع بين الوجود والعدم? شريك الباري موجود لا يمكن ان تتعقل شريك الباري معدوم موجود يعني العدم يصير الوجود الوجود يصير العدم هو عين اجتماع النقيضين. زيف كذب اما شريك الباري معلوم قضية صادقة تليك الباري معدوم في قوة شريك الباري ليس بموجود انتهى الامر يعني اذا دخلت الى نظام الوجود لا تجدي شريك الباري عينا ولا اثر سهلة جدا القضية سهلة جدا الان المشكلة اين? المشكلة اذا بنينا على دائرة الاعتام وبنينا على اصالة الوجود باتفاق العلماء لا اجد مخالف في هذا الأمر ان الوجود الأصيل الذي يقول به صدر المتألين لا يحل النظم المنطقي ابدا. لا يأتي الى النظم المنطقي ابدا لان لا معنى الوجود الأصيل ان ينتقل الى افق ذهنك ابدا والسيد العلامة في النهاية يقول بصريح العبارة الوجود الأصيل لا صورة عقلية له هذه نقطة. النقطة الثانية الاعداء الاعدام اذا كانت هي ادعائية ومجازية وخرطي من اين جاءت هذه العناوين الذهنية وهل هذه العناوين الدينية عناوين ادعائية وصدق على الخورطي الخارجي اقول خرطي الخارجي حقيقي ام ادعائي هنا انفتحوا على ابتكار ما هو الابتكار? القضية اللابتية قضية لا بتية وقسموا القضية باعتبار ما ساشير اليه الى قضية بتية وقضية لابدية وقانون القسمة ماذا يقول? يقول كل قسمة تحتاج الى ضابطة الى ملاك عقلي يفرز الاقسام بأي ملاك بأي ظابطة بأي  باللغة الفرنسية عن الضابطة يعني المعيار الميزان الذي به فرزنا البتية ولا بتية نعود الى اصالة المهيئة عندهم قاعدة يقولون الماهية برمائيا تعيش في البر وتعيش في الماء طبيعة الماهية كالإنسان ليس وجود الانسان وجود الانسان هذا وجود الصعب في الوجود لا الإنسان كما هي الإنسان برمائي يعني الإنسان في الواقع انسان وفي الدين انسان واذا لا معنى للحكاية وحدة الدين مع الخارج وحدة مهوية بل ما هي محفوظة في الخارج ومحفوظة في الدين انسان ناطق حيوان ناطق في الدين حيوان ناطق في الخارج. فتأتي الحكاية وتأتي المرآتية بتمامها اذا العنوان العنوان الذهني اذا كان له كيان خارجي هو هو هذه القضية بدية كل القضايا التي تركز على اصالة المالية قضايا بتية الانسان عالم عندي هذا التركيب القظاوي عندي عنوان ذهني هو الإنسان عنده مطابق هو هو في الخارج نعم ليلة في الخارج انسان طافل خارج انسان طبيعة انسانية موجودة في ليلى الكل الطبيعي ينوجد في الخرج وينجد في الدين فتتم الحكاية اذا هنا ما عندي اختراع ما عندي ادعاء لا ادعي ان عنوان الانسان له مصداق له وله مصداق قهري جيت انا ام ابيت هذه تسمى القضية البتية القضية البتية نعم انت عندك عنوان في ذهنك عنوان الشجرة تقول الشجرة مثمرة مطلق الشجرة في الخارج الخارجي عندك نتا نخلة مثمرة للتمر اذا هذا العنوان له واقعية خارجية شجرة تسمى النخلة مثمرة ليس لا بادعائك ولا باختراعك اذا اذا ركزنا على عقد الوضع  النخلة الخارجية المثمرة تتعنون بعنوان الشجرة حقيقة ليس بالادعاء ثم يأتي عقد الوضع مثمرا اذا لم نكن في عقد الوضع نقول هذه شجرة هذه شجرة يعني هذه لها عنوان الشجرية في الخارج نخلة نعم نخلة شجرة فليس بادعائك ولا باختراعك هي هي شجرة في الواقع شجرة فانت هنا ادراكك للشجرة الخارجية بعنوان ذهني فرض مسبقا ان الشجرة واقعية واقعية. اذا عقد الوضع في قولنا شجرة مثمرة يعني سين النخلة الخارجية تتعنون بعنوان الشجرة. سين الشجرة واللي هي النخلة مثمرة فعقد الوضع هنا اتصاف المصداق يعني النخلة الخارجية بعنوان الشجرية صفة وموصوف تقول سين الشجرة غير مش بعاصفة وموصوفة هذا هو عقد الوضع مثمراية عقد الحمل خلينا من عقد اللحم نركز فقط على عقد الوضع ادعاء افتراضي لا ارادتك هنا لا دخل لها. قهري ان هذه الشجرة الخارجية شجرة قهرية عنوان الشجرة ينطبق عليها قهرا شئت ام ابيت هذه القضية هذه القضية البتية القضية البتية بت فاكتشفوا قسما اخر من القضية ان عقد الوضع ادعائي عقد الوضع ادعائي. يعني الارادة تتدخل وتدعيه ليس هو في الواقع معنى القضية صادقة قضية صادقة لا اشكال في ذلك لاي صنف للواقعيات بالواقعيات تنتمي الى نظم الوجود ولا تأتي الى الذيل ليس لها عناوين حقيقية ذهنية وهي القضايا التي يحتيها الوجود في الحكمة المتعالية الوجود وجود الوجود اصيل الوجود علة الوجود متقدم متأخر واجب ممكن. هذه الحيثيات التي هي اعراض ذاتية للوجوب تشاؤنا في الوجود تقول شيخنا العزيز هذه العناوين لا تأتي الى الذكر نعم لان هذه عناوين وجودية عناوين في النوم التحققي ما دخل لها في ان نظمن المنطقي ليس كلمة هي برمائية بوجود وحيثيات الوجود لا يمكن ان يحل الدين. كما تحل الماهية تكتشف شيئا جديدا ان فيه واقعيات لا تحل للذين اذا ماذا نفعل ندعي لها عناوين ندعي لهذه العناوين هل هذه العناوين تحكي نعم تحكي الى انها ليست هذه الحقائق حلت الذهن ابدا مع ان الحكاية صحيحة اذن الصدق المصداق على العنوان الموضوعي الذي هو عقد الوضع ادعائي اذا حصلنا على ملاك القسمة القضية تنقسم الى بتية والى بتية باعتبار عقد الوضع ادعائي ام حقيقي في القضايا المهوية هناك عقد الوضع حقيقي وليس بالإدعاء قد تكون قضية بتية يعني ما في الدين هو ما في الخارج لا فرق حقيقة واحدة مرة في النظم المنطقي ومرة في النظم النظم التحققي والخارجي عند صدر المتألهين الذي يقول باصالة الوجود بالاجماع الإجماع ليس حجة لكن ما فيه مخالف ان القضية قضية حقيقية قضية برهانية ان الوجود لا يمكن ان يحل ذهنك الوجود منشأ الاثار. وجود النار تحرق فهل انت عندك الحقيقة هذه? لا ابدا لوجود كون الوجود كونه وجودا في متنه فليس له صورة عقلية. اذا ماذا عنده في الدين? عنوان ادعائي اذا كان العنوان الادعائي فعقد الوضع ماذا يكون يكون من باب اولى ادعائيا تقول الوجود الخارجي كمرتبة ليس كمصداق لان المصداق لغة الماهيات كمرتبة ما عندنا المصادق في الحكمة المتعالية المشكل في تدريس الحكمة المتعالية يدرسونها بذهنية سينوية بذهنية مهوية ويقول الوجود اصيل مصداقه الوجود الواجب لا ابدا</w:t>
      </w:r>
    </w:p>
    <w:p>
      <w:r>
        <w:t>ما عندنا في وجود المصداقية يقولون عندنا مصدوق مع ان المصداق هذا المصداق على على الذوق المهوي اذا عندنا مرتبة وجودية هذه المرتبة الوجودية تتعنون بعنوان ادعائي فعقد الوزراء ماذا يكون? ادعائية اذا كان عقد الوضع ادعائيا فالقضية لا بتية وهذه تصدق فقط على اصالة الوجود وحيثيات الوجود اذا جئنا الى الاعدم المصداق خرطي ادعائي والعنوان ادعائي عقد الوضع ادعائي من الطرفين من من المصداق او من المرتبة الادعائية وتعنونها بالعنوان الموضوعي. فالإدعاء هنا غليظ في الاول خفيف لان عندنا مرتبة حقيقية في تعنونها بالعنوان الموضوعي هناك الادعاء هنا لا ادعاء من الطرف من المرتبة الادعائية الخرطية شريك الباري نعم شريك الباري الادعاء في نفس الامر الخرطي يتعنون بعنوان شريك الباري لنا العناوين الدينية كلها عناوين مثالية عناوين عامة فهذا كذلك عقد الوضع الدعائي. تقول سين شريك الباري في نص الامر الذي يتعنون يعني السين الشريك الباري معدوم او ليس بموجود فحكمها حكم الاولى لان شريك الباري لا معنى له حتى يأتي الى الذيب سلب بنتفاء الموضوع الاولى سالبة بنتي فالمحمول المرتبة موجودة لا تحل الدين فعقد الوضع يكون ادعائيا باعتبار العنوان ثانيا شريك الباري والاعدام واشبه ذلك تكن ادعائي على مستوى المصداق بالمقاربة السيناوية والمهوية والعنوان الذهني ادعاء في ادعاء ادعاء غليظ فتنتمي كذلك الى القضية اللابتية فنحصل على هذا التقسيم القضية التي تحكي اذا كان عقد الوضع فيها حقيقيا القضية بتية اذا كان عقد الوضع ادعائيا مطلقا سواء كانت هناك مرتبة وجودية او في الاعدام يعني الادعاء الخفي او الادعاء الخفيف والادعاء الغريظ فعقد الوضع يكون ادعائيا فالقضية تكون قضية لا بتية في نهاية الحكمة بداية الحكمة يشير الى القضية اللابتية فقط في الاعدام لم يشر الى الوجود مع ان قضايا الوجود كذلك قضايا لا بالتياب لابدية خلينا نتقاعر في البيان اكثر اذا بنينا على المبنى الذي نحن نختاره قضايا التي تحكي العدم هي رفع الوجود يعني الشريك البريء معدوم. الشريك الباري ليس بموجود شريك البري ليس بموجود يعني لا تقول اللي مصداق يتعنون بعنوان شريك الباري فيسند عنه الوجود. اصلا هذا المعنى لا معنى له نعم اذا كل القضايا التي تحكي الاعدام لا تكون لا بالتية. من باب سليمة بانتفاء الموضوع لأن اصلا المصداق مرفوع الوجود كيف يتحقق عقد الوضع على القراءة التي نحن اه نرجحها اما الذي يعطي دائرة من نفس الامر تسمى دائرة الاعدام ويدعي المصداق الادعائي ويدرجوا تحت العنوان الكلي الذي هو الشريك الباري فتقول سين الادعاء اذا تعنون بشريك عنوان شريك الباري هذا عبد الوضع ادعائي بالطرفين يعني المصداق والعنوان فتكون القضية لابدية حسب الرؤية حسب الرؤية. اذا بنيت لا ان الاعداء مرفوعة الوجود فعقد الوضع لا معنى له لماذا? الاصداق مصداق ليس له وجود مصداقية ليس له وجود حتى يتعلم بعنوان المو وضوء هذه المسألة يجب ان تفهمها جيدا اذا القضية اللابتية هي قضية من مصاديق القضية الحقيقية يعني القضية الحقيقية تتجلى بعقد وضع حقيقي وبعقد وضع ادعائي اذا كنا في دائرة العقد الوضع الحقيقي قضية بتية اذا كنا في دائرة عقد الوضع ادعائي قضية لابدية عندها مصداقا القضايا التي تحكي الوجود وحيثيات الوجود والقضية التي تحكي الاعدام لمن يؤمن بدائرة من دائرة نفس الامر وهي دائرة الاعلام نعم اذا اذا قلت شريك الباري معدوم دائرة الاعدام يعني سين المصداق الخارجي الادعائي يتعنون بشريك الباري تقول سين شريك البريد معدو. عقد وضع وعقد حل سين الشريك الباري عقد الوضع المصداق ادعائي العنوان ادعائي عقد الوضع ادعائي من باب اولى فتكون قضية لا بتية لمن يرى دائرة في نفس الأمر للقضايا القضايا التي تحكي الاعدام في الحكمة المتعالية الوجود وحيثيات الوجود التي هي عين الوجود حيثيات الوجود ليست خارجة عن الوجود. هي هي الوجود بنحو لا صورة عقلية له يعني اذا قلت الوجود اصيل هذا الوجود في القضية كعنوان ليس هو الوجود الخارجي. ابدا عنوان ادعائي اذا هذه المرتبة الوجودية الخارجية وجود الانسان مثلا اصيل وجود الله تعالى اصيل لنا وجود هذه المرتبة الوجودية تتعنون بالعنوان الموضوعي هذا العنوان ادعائي مع ان المرتبة موجودة ليس كالاعدم الا ان عقد الوضع ادعائي لان العنوان ادعائي لان الوجود لا يأتي الى افق الذهن الى النظم المنطقي ما دام احرزنا ان عقد الوضع اه ادعائي فالقضية تكون لابدية. اذن كل القضايا في الحكمة المتعالية قضايا لابدية. قضايا حقيقية لابدية يعني تلك العناوين التي نشكل بها القضايا عناوين ادعائية نعم معنى الحكاية حقيقية الحكاية حقيقية خليني اقرب لك المسألة بمثال قد يقرب وقد يباعد. واذا انت عثرت على مثال فطوبى لك عندنا مرآة صافية مصقولة جيدة وعندنا فواكه مبعثرة على الطاولة عنب جاص بطيخ كثير من الفواكه. الموز فواكه متعددة في المرآة على مبنى القضية البتية تجد كل هذه الفواكه موجودة في المرآة وتحكي هي هي فانت لا يمكن لك ان تخطر لهذه الصور. صور تكوينية موجودة في المرآة شئت ام ابيت مرة لا عندك هذه الفواكه هنا على مبنى اصالة الوجود عندك هذه الفواكه موجودة على الطاولة ولا تنعكس في المرآة ولا يمكن ان تنعكس لانها وجودات انا مبنى اصالة الوجود والحكمة نموت عليه. ماذا تفعل انت? تذهب الى المرآة وبمعجزة تصنع هذه الصور التي كانت في المرتبة المهوية المثال الأول ترسمها يعني ادعاء انت تدعيها للمرأة لا تعكسها مع انها بتحكي هذه الفاكهة كوجودات مرة لا الفاكهة فارغة من كل فاكهة يعني الطاولة فارغة من كل فاكهة. ما في فاكهة على الطاولة ماذا ينعكس في المرآة? لا شيء اذا هذا المصداق الادعائي يعني الطفل الصغير تقول له انا ادعي ان موزة في على الطاولة. الطفل الصغير يفهم انه هذا ادعاء خرطي فهذه الموزة الادعائية لا تجد لها ممثلا في المرآة لماذا لينا ادعائية؟ فهي ادعائية. والممثل انت ترسمه بالإدعاء حتما عقد الوضع يكون بالإدعاء هذا مثال حسي تقريبي فقط لا تحاسبني على الامثلة المهم تفهم المسألة جيدا اذا كل القضايا في دائرة اصالة المهيا. قضايا بتية لانهم يبنون على ان الماهية برزخية برمائية يعني في الدين هي هي وفي الخارجية هي فالقضية تكون بتية لماذا؟ لان المصداق الخارجي هو هو العنوان الذهني فعقد الوضع يكون حقيقيا فقضية بتية اما في الوجود الذي لا يأتي الى الذهن مطلقا وحيثياته التي هي عينه لا تأتي مطلقا حيثية الوجود وجودات ربطية لا هوية لها هي عين الوجود بنحوين فمن باب اولى لا تأتي اذا لم يأتي الوجود الى الدين هي لا تأتي اذا كل القضايا في الحكمة المتعالية عقد الوضع الدعائي. المرتبة موجودة العنوان ادعائي. اذا عقد الوضع يكون بطرف ادعائي فيكون ادعائي فكل القضايا في الحكمة المتعالية لابدية الاعدام اتعس منا من من السابق الإدعاء هنا غريظ لأن المصداق الدعائي والعنوان ادعائي هو تعنون المصداق بالعنوان الذي هو عقد الوضع ادعائي كذلك</w:t>
      </w:r>
    </w:p>
    <w:p>
      <w:r>
        <w:t>فالقضايا كلها بتية لابدية اما الذي يقول الاعدام هي سلب الوجود اصلا المصداق ما موجود حتى يكون هناك عقد الوضع فلا تكون من من صرخ القضايا اللابتية تكون من صنخ السالبة المحصلة سالبا محصلا نعم السالبة المحصلة بانتفاء الموضوع نعم ان السربة قد تصدق بوجود الموضوع وقد تصدق تلبن الموضوع عيسى المسيح ليس بمتزوج قضية سلبة محصلة عيسى موجود سلب عنه الزواج ابو عيسى غير موجود ليس بمتزوج قضية صادقة سالبة بانتظار الموضوع شرباء عام من وجود الموضوع ووجود المحمول على المبنى الذي يقول قضايا قضايا المعدومات تعود الى السلب سلب التحصيلي يعني سلب الوجود وحيثيات الوجود فعقد الوضع هنا سلب بانتفاء الموضوع. ستندرج تحت آآ السالبة المحصلة لاحظت كيف عمق المسائل عمق المسائل هذه هي القضية البتية واللا بتية نعم العلة متقدمة على معلولها المعلول وجود رابط الى بالنسبة الى علته يعني لا هوية له الا وجود العلة نتحدث بلسان الوجود اصالة الوجود هل هذه الواقعية تحل في ذهنك وتجد الوجود وجود العلة في ذهنك والتوقف المعلول في ذهنك ابدا هذه الواقعيات الوجودية لا تحل الذهن اذا هذه العناوين في التركيب القظوي وجود العلة متقدم على معلولها او وجود المعلول وجود رابط بالنسبة الى علته. هذه العناوين الذهنية كل عناوين اختراعية ادعائية فعقد الوضع يكون ادعائيا فالقضية تكون من سلك القضايا اللا بتية الا بدي اياه هذا هو الموجود بالكتب نعم لكن اضاءة صغيرة مهمة جدا ممكن نقطة يمكن لنا او يمكننا الصحيح. يمكننا مقاربة قضايا الوجود في دائرة القضايا اللابتية اما اذا بنينا على هذا المبنى ان الحكمة المتعالية تجاوزت العناوين الذهنية خرجت من سطوة الذهن فهنا بعض القضايا البتية وقضايا غير البتية لا معنى الا قل لشيخنا العزيز كيف نقارب الحكمة المتعالية خارجيا خارج سطوة الدين هذا بحث خطير ومهم هذا موكول للدراسات العليا في الفلسفة وهذا هو الصحيح صدر متأنين عبقريته ليس في ابتكار اصالة الوجود والتشكيك في الوجود وو لا عبقريته استطاع ان يخرج بالفلسفة من سطوة منطقة الارظ سطوة الدين حكومة الدين هيمنة الدين ووصل الى مجموعة من الحقائق عجيبة وغريبة لا يمكن للمهاوي ولا يمكن للذهن ان يستوعبها هذا يمكن لا يمكن تقول الانسان ان طبيعة الوجود الاصيل لا تأتي الى الدين اصلا هذه مفارقة بالنسبة له مفارقة لا يفهمها ولا يمكن ان يفهمه لا يمكن ان يفهمه وجود اصيل لا معنى للحمل الشائع في هذا في هذا في هذا التركيب لا يفهمها لا يمكن ان يفهمها كتير من الامور تتغير تنقلب على رأسها ان شاء الله في الحصة القادمة ندخل في قضية اخرى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