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وآل محمد اللهم ارزقنا التوفيق والاصلاح والاخلاص كنا معكم في بحث القضايا ووصلنا الى وقضية الا بالتية تقسيم القضية الى بيتية واللابتية وذكرنا بناكل قسمة وهو ان يكون عقد الوضع حقيقية يعني لا يخضع لارادة الانسان واعتبار الانسان ومر يخضع لاعتباره اليسا اذا كان حقيقيا لا يمكن للارادة الانسانية ان تعتبره او لا تعتبره فنحن في دائرة القضية البتية وقلت لكم هذه فقط في اصالة الماهية يعني الماهية برمائية كما يقولون بالزينة هي هي في الخارجية هي الوحدة المهوية بين الدين والخرج وبالتالي صدق العنوان المهاوي على المصادق الخارجية صدق قهري وصدق التمام يعني الطبيعة موجودة في الفرد فاذا قلت طه انسان ليلى انسان فالانسانية في عمق طه والانسانية في عمق ليلى وهكذا فتكون القضايا بتية متى تكون لابدية بالاعدام من يقول بدائرة العدم في نفس الامر والقضايا في الحكمة المتعالية على مبنى الصدر متألهين على اصول الحكمة المتعالية لانها غيرت الرؤية الفلسفية وتخلت عن الماهية وركزت على الوجود الاصيل والوجود الأصيل بإجماع العلماء لا صورة عقلية له يعني لا يمكن ان يحل الدين ولا يكون في النظم المنطقي اذا نحكي بماذا? بعناوين كبارية وان كان الوجود الخارجي واقعية نعم اذا تعنون هذا الوجود الخارجي في مرتبة من مراتبه تقول الوجود الواجبي حي فما هي علاقته مع الوجود في القضية الذي هو عنوان ادعاء اختراع تقول الاندراج الاختراعي فعقدوا الوضع ماذا يكون يكون ادعائيا فتندرج القضايا بهذا الملاك اذا كان عقد الوضع ادعائيا تندرج تحت عنوان القضية اللابدية نعم هذا هو الموجود الان في تراثنا المعرفي في البداية في النهاية في غير البداية والنهاية ان هذه القضايا قضايا لابدية. في نهاية الحكمة وبداية الحكمة السيد العلامة اشار فقط الى الاعدام وذكرها انها قضايا العبيدية. لم يذكر الوجود مع ان الوجود كذلك لا يأتي الى الذهن شأنه شأن العدم لعدم لا شيء حتى يأتي الى الدين فكل العناوين التي تحكي اختراعية ادعائية والوجود كذلك لا يأتي الى الدين فكل العناوين التي تحكي اختراعية الفرق بين الوجود والعدم لوجود متن الواقعين والحقيقة والعدم هو ادعاء فقط ادعاء رفع تلك الحقيقة التي لا ترفع الوجود لا يرفع العدم ولا يرفع لا يرفع الوجود مستحيل هادي بيناها في الجلسة التي مرت فتعين لدينا القضية البتية والقضية لا بتية فاذا قلت الوجود اصيل فعندك هنا هذا التركيب القظوي من موظوع ومحمول بل وجود ب التركيب القظوي عنوان اختراعي والاصالة كذلك عنوان اختراعي اذا قلت لماذا شيخنا العزيز? اقول لك لان الوجود ليس له صراع ذهنية مستحيل ان تجد له صورة دينية وحيثيته كذلك اذا هذه صورة اختراعية في موظوعها ومحمولها. الحكاية صحيحة حكاية صحيحة اذا لا يمكن للوجود الاصيل الذي هو عين التحقق ان يندرج تحت عنوان ذهني ابدا هذا الاندراج ماذا يكون يكون اختراعيا? فيأتي عقد الوضع الاختراعي وهو ملاك تقسيم القضية الى بتية ولها بتية اذا الوجود اصيل كتركيبة قضوي قضية لا بتية كيف تعرف? تقول الوجود الذي هو متن الواقع وهو عين الحقيقة لا تقول الوجود المتحقق المتحقق هذا وصفه للمهية يعني يتقيد بالتحقق الوجود لا والوجود العين والتحقق ميز بين الامرين اذا دخلت الى دراسة الحكمة الحكمة المتعالية هذه النقطة في غاية الاهمية المتحقق هو الذي يتقيد بالوجود. فيتحقق الوجود لا يتحقق. الوجود عين عين التحقق عين الحقيقة عين الواقع الخارجي فلا يحتاج ان يتقيد حتى يكون وجودا هذا هو ما معنى الاصالة متن بالذات اذا وجدت في النهاية البداية في بعض الكتب ان الاصالة هي منشأية الاثر هذا تعريف للاصالة باللازم يعرف الاصالة الدقيق هو متن بالذات اذا كنا في دائرة الوجود نقول الوجود اصيل ما معناه? الوجود متن بالذات والماهية متنون بالعرظ هذا هو الاعتبارية اذا تقول باصالة الماهية فالماهية هي متن بالذات اصيلة والوجود ماذا يكون? اعتباريا يعني ماتن بالعرظ فهذه فما جيدا لماذا انا اشير في المنطق الى هذه الامور لان نحن نتناول القضايا والقضايا هي المرآة للواقع الخارجي كلما اتقنا القضايا والتمييز فيما بينها نفهم الواقع كما هو نعم اذا بحث القضايا بحث خطير يتفرع عليه بحث الاقيسا مجال الاستدلال مجال الاستدلال في هذه الجلسة نتناول قضية اخرى قضية اخرى كذلك مهمة برزت في سياق فلسفي وليس في سياق منطقي لماذا لان المنطقي ما عنده علاقة بالواقع. منطقي يدرس العمليات الذهنية التي توصل الى التصور والتصديق. انتهى الأمر بحث صوري مطلق لا يهمه الواقع لا الواقع في دائرة النفس ولا الواقع في دائرة الخارج وليست وظيفة المنطق الفيلسوف او العالم في حقل معرفي اخر جاء القضية التي في العلم الاجمالي تبلورت في علم الاصول وفي الفلسفة التحليلية في الغرب لان العالم او الفيلسوف يتعامل مع الواقع يجد زاوية من الواقع لا تحكيها القضايا السابقة فيضطر معرفيا الى اختراع قضية اخرى تحكي ذلك الواقع الذي اكتشفه ولا يمكن للقضايا السابقة ان تحكيه. هاي القضية كلها ذي. هذه هي القصة من بدايتها الى نهايتها جيد من اين بدأت القصة الامور التي اهتموا بها كثيرا ولا زلت اهتم بها كثيرا هو الذهن الدين زواياه وكيف يشتغل? الان في الغرب تأسس علم فلسفة الدين وتأسس علم اخر وهو علم المفاهيم فهذه العلوم يجب ان نحتك بها خصوصا فلسفة الدين وكذلك علم المفاهيم الذهن ظاهرة او قل اية الهية عجيبة وغريبة اية الهية عجيبة وغريبة. كلما دخلت في الاعماق كلما تحير عقلك نعم ومن الفلاسفة الذين درسوا الذهن دراسة عميقة جدا عندك رحمة الله عليه سيد المردمات استاذ آآ تظل المتألهين مؤسس الحكمة المتعالية. المردمات عنده مدرسة فلسفية تسمى الحكمة الايمانية مهجورة في الحوزة مع الاسف الشديد وعندك صدر المتألهين كذلك؟ وعندك الزنوزي المدرس الزنوزي من آآ عباقرة الفلسفة تستطيع ان تقول بعد صدر المتالين هو اعظم فيلسوف عرفته البيئة الاسلامية نعم فعميق جدا في تحليل الذيب ركزوا على الإمكان وقبل الدخول في التحليل اشير الى نقطة مهمة فيه مناظرة تتبيع ليست شفاهية بين صاحب الميزان الشريف اما تحسين استاذ المطهري رحمة الله عليه تلميذ الشيخ النعيني والكومباني اه السيد علي قاضي في العرفان والسلوك صاحب الميزان صاحب بداية الحكمة نهاية الحكمة له مناظرة كتبية هو يكتب في جريدة ويرد عليه الشيخ مهدي الحائري الشيخ مهدي الحائري من طلاب السيد الامام الخميني درس عنده عشرين سنة وفيلسوف متمكن قوي وهو ابن الشيخ الحائري مؤسس الحوزة في القمر المقدسة استاذ الامام الخميني رحمة الله عليه بالفقه ما ذي الحائر</w:t>
      </w:r>
    </w:p>
    <w:p>
      <w:r>
        <w:t>ناقش السيد العلامة صاحب الميزان في هذه القضية وهذا النقاش طبع في كتاب له للشيخ مهدي الحائري اسم الكتاب ميتافيزيقا باللغة الفارسية انا عندي النسخة هناك تجد هذا السجل المعرفي الجميل بدأت في ترجمته الى اللغة العربية وتركت لان الظروف لم تسمح وانا عندي نية ان شاء الله اترجمه كاملا حتى يكون بيدي من يتقن اللغة العربية ويستفيد الانطلاقة من هذه النقطة انتم تنعتون الماهية بالامكان بإمكان المهوي الإمكان الخاص مخصص الماهية هنا بالحمل الشائع يعني الانسان الماء الذهب الملك حمار تقول متساوية النسبة الى الوجود والعدم واضحة جدا اذا سألتك ما هو الانسان? لا تقل انسان هو الانسان الموجود. لا الموجودية ليست داخلة في هوية الانسان الموجودية يكتسبها بعلة الانسان انسان اذا اردت ان تفصل في مكوناته تقول انسان حيوان ناطق انتهى الامر هذا هو الحمل الأولي الحمل الأولي المفهوم الموضوعي والمفهوم المحمول في تساوي معنوي فيه وحدة معنوية يعني المحمول يمثل ذات الموضوع الله يرحم الوالدين بيناه ونكرره للجامع العزيز لأن الحوزة بهذه الأمور واضحة عنده الانسان انسان لا الوجود داخل في هويته ولا العدم في هويته خرج الوجود وخرج العدم تساوي النسبة الى الوجود والعدم يعني السلبة ضرورة الوجود والسلبة ضرورة العدم لا ما هي متورطة بالوجود ضرورة ولا متورطة بالعدم ضرورة لماذا ما هو المشكل الميتافيزيقي? المشكل المشكل التكويني بقول او زويين اذا كان الوجود ضروري للهوية الخلقية تخلق او لا تخلق لا تخلق فعملية الخلق تنتفي كل هوية الوجود ضروري لها من كان الوجود ضروري له يعطى الوجود تحصيله للحصر واذا كان العدم ضروري له لا يمكن ان يستقبل الوجود تاع عملية الخلق تنتفي مطلقا فما ثبت انه مخلوق يعني معلول ليس بمخلوق ليس بمعلول اذا الهوية كالانسان الماء الذهب الملكي الحمار لا الوجود ضروري له يعني هذه الهوية ضروري لها ولا العدم الضروري لها. سلب الظرورتين سلب الظرورتين ما معنى الامكان? سلب ظرورة الوجود وسلب ضرورة العدم يسمى اللائقة ظاء. يعني لا تقتضي الوجود بذاتها ولا تقتضي العدم بذاتها سميه سلب الظرورتين الا اقتضاء تساوي النسبة بين الوجود والعدم لك ذلك هذه الحالة تستدعي مصطلحا هو الإمكان  اذا كانت الهوية متساويا النسبة الى الوجود الى الف ولا الف مطلقا علم لا علم جلوس لا جلوس سفر لسفر نوم لا نوم هذا هو الإمكان الخاص بالامكان الخاص اذا كان الف والوجود واللا الف والعدم هذا الامكان المهوي تخصيصهم فقط في ذات الوجود والعدم البحث في ذات الوجود والعدم. يعني في الامكان المعوي فتقول الانسان ممكن. الانسان ممكن حملت الإمكان على حمل الإمكان على الإنسان في دائرة هويته تعين بالإمكان قضية وانت في ذات الهوية هذا اللي انا الى الان لم افهمه فداءت الهوية تعينات غير موجودة تعينات فخارج الهوية في دائرة القضايا بداية مبدأ جوهرية كما سيأتي ان شاء الله في المعايير العقلية قبل الدخول في بحث الجهات والمواد سنتناول هذه القواعد العقلية المعيارية السرمدية قبل الدخول في بحث الجهات نستمر في هذا البحث خارج المتن ونشير الى تلك القواعد السرمدية التي هي حاكمة على الفكر البشري حتى ينسجم هذا الفكر البشري مع الواقع الخارجي. يحكي الواقع الخارجي كما هو كل ما تماهى في تلك القواعد السرمدية التي اشتق منها المنطق المنطق ليس علم المنطق المنطق كقواعد سرمدية كلما تماهل لي الفكر البشري في هذه القواعد السرمدية بمعطيات صحيحة ليست وهمية فهو في متن الواقع فهما فينما شنو الواقع فهما سنشير اليها ان شاء الله بالتفصيل مرتبة مع التطبيقات اذا عندنا هذه القضية الانسان ممكن محمول موظوع ثبوت المحمول ثبوت الامكان للانسان. الانسان ممكن خلينا نخرج قليلا ثم نعود حينما تأملت بهذه المسألة كثيرا فوصلت الى الى فهم ووجدت في تقريرات الاصول للامام الخميني رحمة الله عليه يشير اليها اشارة سريعة ساتيكم بالشاهد ان شاء الله من التقريرات اشار اليها اشارة خفيفة فقط السؤال هل الإمكان يحمل على الإنسان تقول انسان ممكن نحن نعرف ان الامكان والظرورة بشقيها ظرورة الوجوب وضرورة الامتناع هادي هي المواد الثلاثة ممكن ممتنع واجب الف باء بالوجوب الف باء بالامتناع الف من باب الامكان بالوجوب يعني باء ثابت لالف بالوجوب بالضرورة لا ينفك ثم هذا عدم الانفكاك الدائمي سرمدي مقطعي هذه مسألة اخرى المهم يثبت له بالضرورة مرة نقول الف باء بالامتناع يعني باء يمتنع الثبوت لألف يمتنع الثبوت لالف على الدوام على نحو السرمدية والابدية مقطعية هذه مسألة تخص الجهات وبعث المواد مرة لا باء قد يثبت وقد لا يثبت هذا هو الإمكان. هذه هي المواد سيأتي ان شاء الله بحثها بالتفصيل اذن الإمكان مادة يعني كيفية النسبة يعني عندك الف باء تاء منسوب لالف ثم نبحث عن كيفية النسبة. نقول الف باء بالإمكان فالجهة او المادة تأتي بعد تعين النسبة. تعين الموضوع والمحمول فكيف اخذت في هذا التركيب الانسان ممكن اخذت مكان المحمول فتأملت كثيرا في هذه المسألة فوصلت الى نتيجة اشار اليها الامام في تقريراته بالاصولية ليس ليس الامكان هو المحمول عيسى ممكن لا ليس هكذا الامر الانسان كهوية اذا قسته الى دار الوجود او دار العدم التي هي رفع الوجود او دائرة ادعائية. حسب المبنى الانسان مقيس الى الوجود تقول الانسان اذا اراد ان يدخل الوجود تقول ممكن يعني ليس بمستحيل قد يدخل كيف يدخل? هذا بحث فلسفي اين يبين? يبين في القاعدة الفلسفية الشيء ما لم يجب لم يوجد ما يسمى بالضرورة بالغير بحث ميتافيزيقي في بحث العلية والمعلولية ان الهوية الممكنة اذا لم ينسد باب العدامة مطلقا لا تنوجد من يسد باب العدم مطلقا. لا تبقى حيثية من العدم نفس عدمي العلة تغلق كل العدم فماذا يصير الوجود بالنسبة للهوية يصير ظروريا ضرورة ذاتية? لا ضرورة بالغير يعني هذا الوجود الظروري بالعلة الفاعلية او بالعلة التامة لان الفاعلية ميتافيزيقيا هو واجب الوجود. الله تعالى باللسان الديني ثم في هناك شرائط ومعدات المجموع يسمى علة تامة اذا تمت في دائرة الوجود. الوجود يكون ضروريا بالضرورة بالغير. اذا كنا في ذات العدم تكون ضروريا في دائرة العدم. يعني يمتنع عن ينوجد لماذا? لان موجبا من موجبات الوجود غير متهيئة عندو سيارة يتحرك من البصرة الى الكوفة في الطريق توقفت انتهى البنزين لا تتحرك ابدا. مستحيل ان تتحرك خلينا بالمعجزة تكلم في في دائرة العالم الطبيعي معجزة حتى المعجزة هي قانون. يعني مفردة جديدة الى انها يعني ما فوق الطبيعة. حتى هادي كذلك تحترم قانون العلية والمعلولية خارج المعجزة لا تتحرك مستحيل ان تتحرك يعني الحركة تستحيل فيروح المسكين يشتري البنزين يصب البنزين في السيارة تمت كل موجبات الحركة. فالحركة تصير واجبة بالغير. بالغير ما معناه؟ يعني بالعلة التامة التي تمت منها البنزين كمفردة والسائق تحريك</w:t>
      </w:r>
    </w:p>
    <w:p>
      <w:r>
        <w:t>المحرك وهذه الامور هذه مبينة في الفلسفة لا ابينها في المنطق اذا الهوية الانسانية او الملكية او الذهبية او المائية او الحمارية اذا قسناها الى الوجود نقول ممكنة. يعني هكذا الانسان موجود بالامكان الانسان معدوم بالامكان لان الهوية الانسانية قد تنوجد وقد لا تنوجد سل بالظرورة اذا القضية في الحقيقة هي هكذا. الانسان موجود بالامكان هذه القضية المعرفية يعني الإنسان قد يدخل الوجود اذا توفرت العلة وقد لا يدخل الوجود اذا لم تتوفر العلة التامة ماذا فعلوا بالاختصار? حذفوا الوجود من التركيب. الانسان وجود بالامكان. حذفوا الوجود للاختصار وقالوا الانسان ممكن ما معنى? يعني الانسان ممكن الوجود هذه افات اللغة لماذا المنطق العصري نزع اللغة لانه يريد ان يؤسس لاصل اساسي وهو صحيح لا ندخل في المعاني في في المنطق. المنطق سوري ما عنده علاقة بالمعاني ما عنده علاقة بالمظمون الفكري صورة فقط ولهذا يسمى المنطق الصوري المنطق الصوري فالحوا في تأسيس المنطق الجديد ومنطق القضايا الذي لا يعرفه المنطقة الارستي ابدا فتوسع وفتوحات في علم المنطق انا اوصي طلاب الجامعة وطلاب الحوزة ان ينفتحوا على هذا المنطق الجديد كما انفتحت حوزة الان عندنا متخصصون ويدرسون هذا الفن اذا القضية في اصلها الانسان موجود. اذا المحمول ما هو? الموجود بالامكان حذفوا الوجود قالوا الانسان ممكن يعني الانسان ممكن الوجود حذفوا الوجود وشكلوا هذه القضية. الانسان ممكن فسألوا انفسهم كيف يكون الإمكان محمولا على الهويات انا في تصوري هنا الاشتباه. الاشتباه الكبير هنا انت جعلت الامكان محمولا ستورط كيف تقارب هذه النسبة? نسبة الإمكان الى الهويات نبني على هذا الاشتباه في تصوري انا الإنسان ممكن الإنسان ممكن عند السيد العلامة الانسان اللا موجود ولا معدوم بالظرورة لم جزء المحمول لا موجود ولا معدوم يعني ليس ظروري الوجود والعدم لام اذا كانت الجزء المحمول ماذا تكون تكون القضية ماذا? تكون القضية معدولة المحمول كما انك تقول انسان لا بصير. يعني اعمى لا تكون جزءا محمول. اذا كانت اداة السلب منزحة الى المحمول يعني الجزء المحمول الانسان اللا بصير يعني الانسان هو اللا بصير فهذه تسمى معدولة المحمول كما انها قد تكون معدودة الموضوع. نعم زيد لا قائم يطالع لا قائمة للجالس يطالع زايدون اللا قائم هذه معدولة الموضوع خلينا من المعدولة الان نتناول هذه القضية الانسان لا ضروري هو هو لا ضروري الوجود ولا العدم فتكون القضية معدولة هذا مبنى من? مبنى السيد يعني اذا ركزت على الهوية متصفة بوصف يعني القضية المعدولة قضية موجبة متصفة بوصف هذا الوصف لا موجودة ولا معدومة بالظرورة. سلب الظرورتين لان القضية اه معدولة المحمول قضية موجبة هذا مبلغ من مبنى  معناه ليست قضية جديدة ان شاء الله في الحصة الاتية نكمل البحث ونبين مبنى الشيخ مهدي الحائري الذي وافقه كثير من العلماء في قوم منهم السيد الامام والشيخ نصبح يزدي والشيخ الشيخ المضطهري والشيخ فياضي وو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