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ما زلنا معكم في بحث القضايا ووصلنا الى قضية جديدة لم اذكر بعد اسمه الشيخ مهدي الحائري ومن نحى هذا النحو من تبنى هذه القضية التي سابينها الان ليس الشيخ مهدي الحائري الشيخ مهدي الحائري بلورها في المناظرة المناظرة الكتبية فالشيخ مصباح والشيخ المضطري والسيد الامام شيخ فياضي وو تبنوا هذه القضية في سياقهم المعرفي الخاص نأتي الان الى الى التقرير الثاني او المقاربة الثانية بقول الحدثيين يقولون القضية ليست معدولة المحمول قضية جديدة قضية جديدة. ابتكار جديد في دائرة القضايا الحاكية القضايا المعرفية نعم صيغة القضية تكون هكذا. الانسان هو الذي ليس بضروري الوجود والعدم تسمى في الاصطلاح قضية موجبة لان هو الانسان هو الذي ليس يقتضي الوجود والعدم ليس ظروري الوجود والعدم. هو موجبة وليست معدولة اذا ماذا تكون وفق رؤية هذه الجماعة تكون موجبة سلبة المحمول هذا هو الابتكار الحديث موجبة سالبة المحمول يعني القضية موجبة محمولها سالم نعم ليست العدول الانسان هو ليس فيها سلب في اعجاب هو يعني سيحمل عليه هو الذي ليس يقتضي الوجود العدم بالضرورة هذه تسمى القضية الموجبة سالبة تربت المحمول يعني موجبة في حقيقتها  ليس سلب شي عن شي غاية الأمر ان المحمول سالب ليس مسلوبا هو سالب اقرب لك المسألة بمثال هذا المثال يوظح لك المسألة جيدا تخيل انت الآن سافرت الى المريخ. تجربة فكرية انت الان في المريخ التقيت مع الفضائي الذي يعيش هناك فضائي يدرك يفهمك وتفهمه في تواصل معرفي بينك وبينه وانت انسان مؤمن وتريد ان تحج تبدأ تذكر له الكعبة ومواصفات الكعبة وهو يسمع وكذا الحمد لله اسلم اقتنع الاسلام هو اعتنق الاسلام بين قوسين اعتنق هذه ليست في ادبياتنا القديمة اخذناها من اللغة الفرنسية ام الى الاسلام يعني عانق الاسلام يعني اعتنق الاسلام. يعني قبل بالاسلام المهم هذا الفضائي اعتنق الاسلام وقلبه متشوق للكعبة يريد ان يراها فهذا المؤمن في المريخ يعطيه بعض المواصفات الكعبة ليست تنجس يعني النجاسة لا تمسها قبيح الكعبة ليست تهان اضرب بالمنجنيق كما ضربها يزيد و عبدالملك بن مروان ظربوا الكعبة بالمنجليق وهدموه واحرقوها والناس تقدسه الناس في الدين على قسمين عبيد واحرار صدقوني الاحرار في الدين قليل جدا الأغلب عبيد يتبعون مشايخهم بدون عقل وبدون دراية وبدون تأمل قال الشيخ قال الشيخ انتهى الامر حقيقة مقدسة. لا لا ابدا حتى في الدين يجب ان تكون حرا عاقل على بصيرة اسس لدينك وتدينك على بصيرة من امرك المهم يذكر له هذه المواصفات الكعبة ليست تهان. الكعبة ليست تنجس يعني امور سلبية كانوا في الجاهلية يطوفون بالكعبة عراة فكانت امرأة في الجاهلية تطوف بالكعبة وفي غاية الجمال فجاء اعيان قريش يريدون ان يتزوجون بها. قالت لهم انا لا تباع يعني انا متزوجة فبعد نزول سورة البراءة او النبي صلى الله عليه واله بامر من الله ارسل عليا هناك قرأ ايات البراءة وقال بعد المشرك لا يطوف بالكعبة من يومنا هذا ولا عراة ولا تصفيق ولا يحزنون طهر الكعبة من هذه العادات الجاهلية تخيل انت امرأة عريانة تطوف بالكعبة يعني تريد ان تتجرد عن كل الدنيا حتى اللباس بدعة في الدين متخيل انت امرأة مسكينة تتعرى وتنكشف عورتها وتطوف بالكعبة طواف كم يستغرق? لنفرض مثلا نصف ساعة اكثر وهي هكذا والناس تشاهدها جاهلية عادات قبيحة جدا غير انسانية متخلفة ظلامية جاهزة اسلامها نسفها فتقوا الكعبة ليست يطوف حولها العراة يعني مجموعة من السلوك هذا الفضاء بعد ما اسلم تعلق قلبه بالكعبة ويريد ان يحج يشوف هذه الكعبة يقبل الحجر الاسود وو ويتبرك ان هذه الامور تنتمي الى المقدس فيها بهاء وفيها جمال يأتي الى الارض يعني يسافر من من المريخ من هذا الكوكب لا ادري اين. ويأتي الى صديقه المسلم يقول له خذني الى الكعبة في موسم الحج احج اتبرك هذه الكعبة حينما يصل المؤمن الارظي مع الفظاء في مقابل الكعبة  يبدأ التعبير يختلف هناك ماذا كان التعبير? الكعبة ليست تنجس. سلب تحصيلي سلبنا التنجيس عن الكعبة لانها مقدسا الكعبة ليست تهام. الكعبة ليست يطوف حولها العراة سلوب قضايا اه سالبة محصلة كما انك تقول الانسان ليس بحجر سلبت الحجري عن الهوية الانسانية تسمى اه القضية سلم المحصلة. انا لن ابينها لان هذه سهلة نعم القضية تقسم باعتبار باعتبار الكيف الى قضية وجبة محصلة وسالبة محصلة. تقول الانسان عالم قضية موجبة محصنة تقول الانسان ليس بحجر الانسان ليس ببخل سلبت محمولا على عن ساحة الموضوع سلب محصنة نعم و فيما سيأتي سنشير الى هذه الامور حتى تتعمق في ذهن الطالب العزيز الان هذا الفضائي في مقابل الكعبة مع صديقه المؤمن تخيل هذا المؤمن يكرر تلك القضايا التي ذكرها في ذلك الكوكب الفضائي الكبير المسافة بينه وبين الأرض مليارات سنة ضوئية وكرر القضايا نفسها يقول الكعبة ليست تنجس الكعبة ليست تهان. الكعبة ليست يطوف حولها العراة هذا الفضاء يقول هذه علمت بها هناك في كوكبنا احسنوا لي الحاصل فيجب على المؤمن ان يغير العبارة يقول تتذكر الكعبة التي وصفتها لك بكوكبكم الكعبة ليست تنجس الكعبة ليست تهان الكعبة ليست يطوف حولها العراة قال نعم قالوا الكعبة التي يعني الكعبة هي التي ليست تهان الكعبة هي التي ليست تنجس الكعبة هي التي ليست يطاف حولها العراة. الكلمة التي جاءت يعني ما كان مسلوبا في الكوكب الفضائي صار في مقابل الكعبة محمولا بالايجاد الصيغة تختلف هنا كالكعبة ليست تنجس الكعبة ليست الكعبة ليست يطفحوا يطاف اه حولها العراة هنا لا اختلفت الصياغة الكعبة هي التي ليست تنجس كأنه يقول هذه الكعبة التي ذكرتها لك بمجموعة من السلوب بكوكبكم هاي الان امامك الكعبة التي ليست تنجس فهذا الفضائي هنا يفهم فهما جديدا هذه الكعبة التي ذكرتها بمواصفات سلبية هناك في كوكبكم الآن امامك الآن اه يقول هذه هي نعم اذا الاوصاف السلبية في الكوكب الفضائي صارت على وجه الارض اوصاف ايجابية محمولة بالايجاب. الكعبة هي يأتي المحمول المحمول يعني ثبوت شيء لشيء ايجاب الى ان مضمون المحمول سلبي التي ليست التي ليست تنجس التي ليست يطاف حولها العراة  فيه فرق بين السالبة المحصلة وبين الموجبة سلبة المحمول فتحتاج الى اصطلاح جديد الموجبة سالبة المحمول بهذا الفضاء يقول هذه تخيل انه ما قال له هذه الكعبة ويتحرك معاه هذا الفضاء يرى هذه البناية نعم مزينة بهذا الاسود وعلى علمك ان على القماش في زمن النبي كان باللون الابيض</w:t>
      </w:r>
    </w:p>
    <w:p>
      <w:r>
        <w:t>نعم العباسيون جعلوه باللون الاسود نفاقا منهم انهم في عزاء على الامام حسين عليه السلام لما قتل في كربلاء يكذب عليك لأنه هذا نفاق العباسيون لا يؤمنون لا بالنبي ولا بالاسلام ولا باهل البيت يريدون الدنيا ومصالح الدنيا. المنصور احد مؤسسي الدولة العباسية هو واخيه السفاح وهذا الغبي اه مسلم الخرساني اسس لهم الدولة وذبحوها منصور ذبحه قتله نعم بخراسان هناك كان ولاء عجيب لاهل البيت لماذا? لماذا خلاصا? مميزة بهذا التمييز ولا عجب لاهل البيت لان معاوية هجر خمسين الف عائلة او اكثر من الكوفة الى خلاصة كلهم يوالون اهل البيت ويوالون امير المؤمنين. يعني امامية فهجرهم الى ماذا? الى خلاصة  باولادهم وبهم اسس ابو مسلم الخلاصة لهذه الجيش الكبير وتحركا بهذا العنوان الرضا لاهل البيت وهي كلها شعارات كاذبة لما وصل العباسيون الى السلطة ذبحوا العلويين واهل البيت اكثر من الامويين اكثر من الاموي مع انهم ابناء العم من نسل عبد الله بن العباس ابنه علي  خلينا من هذا التاريخ المؤلم فهو الآن امام هذه البناية لا يعرف ان اهل الكعبة لم يقل له الارظ ان هذه للكعبة فبدأ في التوصيف الكعبة التي هي التي ليست تنجس بعد ذا الفضاء يلتفت الى ان هذه الكعبة التي سلب عنها بعض المحمولات بكوكبه. هنا لا يثبت تلك المواصفات بطريقة اخرى الكعبلة الكعبة هي التي لم تنج ليست تنجس. الكعبة هي التي ليست يطاف حولها آآ العراة فهذا الفضائي يفئ من هذه الكعبة التي وصفها هناك بمواصفات سلبية فالمواصفات السلبية في كوكبه الفضائي صارت على وجه الأرض مواصفات ايجابية الا انها المحمول سلبي ليست تنجس ليست يطاف حولها العراة ليست تهم حملت هذه المحمولات السلبية بحمل ايجابي مع كلمة التي نعم الكعبة هي التي ليست تنجس. الكعبة هي التي ليست تهان. الكعبة هي التي ليست يطاف حولها العراة تيفهم ان هذه الكعبة التي سلب عنها في كوكبه هذه المواصفات. وهنا حملها وان كانت في مضمونها وفي شكلها كذلك في صورتها ومضمونها سلبية اذا هنا عندنا حكاية جديدة هناك سلب تنزيل كعبة من مواصفات. هنا لا اثبات هذه المواصفات حتى هذا الفضاء يفهم ان هذه الكعبة وهذه هي مواصفاتها هناك نفى عنها مواصفات هنا اثبت عليه لها المواصفات حتى هذا الفضاء يفهم ان هذه هي الكعبة المقدسة فيعشق هذا الفضائل يحرم ويؤدي واجبه ويحج ويقبل عمله عند الله تعالى هذه تجربة فكرية فقط اذا لاحظت كيف الدين البشري كيف وصل الى هذه القضية نعم فالشيخ مهدي الحائري في هذه المناظرة الجميلة بين ان القضية هي موجبات سالمة المحمول. يعني نقول الانسان هو الذي ليس بضروري الوجود والعدم موجب سالبة المحمول عند التوظيف فقهي توظيف فقهي انا لا اشير اليه هنا اذا دخلت الى درس خارج فقهي ووصلت الى البحث الفقهي تكن عندك صورة جميلة عن هذه القضية التي تسمى  القضية الموجبة لانها ثبوتي لشي الموجبة السالبة المحمول لان المحمول مسلوب. تقول الكعبة هي بعد هي هنا المحمول ثابت لمن للموضوع التي ليست تنجس. ليست تنجس محمود سالم محمود سالم ثابت لي الموضوع الانسان هو الذي ليس ضروري الوجود والعدم موجب سالبة المحمول الى ان وصل الذهن البشري الى هذه القضية من خلال هذه المعاناة الفكرية كيف نحمل الامكان على الانسان  تقل انسان ممكن يعني ليس بضروري الوجود ليس بضروري العدم. السيد علامة يقول معدولة لان السلب الجزء المحمول فتكون معدولة فلا يؤمن السيد العلامة بالموجبة سالمة المحمول الشيخ الحائري وو يؤمنون بهذه القضية. الامام الخميني رأيت له في تقريراته الاصولية انه يقبل هذه شخصيا سألته استاذي الشيخ فياضي قلت له من الحق مع من الشيخ مهدي الحائري بهذا السجال فيما يتصل هذه القضية الموجبة سليمة المحمول شيخ فياضي صريحا قال لي الحقوا مع الشيخ مهدي الحائري وليس مع السيد فالشيخ فياض كذلك يؤمن بها الشيخ آآ مصباح الياس دي ممكن الشيخ جوادي اموني ممكن الشيخ المطهري ايضا هذا هو مدلول هذه القضية الكعبة التي يعني هي التي ليست  هي يعني وصف ايجابي لكن المحمول سلبي موجبة سالبة المحمول فجاء هذا الابتكار في سياق فلسفي وليس في سياق منطقي ولا يكون في السياق المنطقي لأن هادي معاناة معرفية والمنطقي ما عنده علاقة بالمعرفة عنده علاقة بالقوالب الصورية تلك القوالب الصورية تلك القوالب الصورية نعم يدرسها الحقل المنطقي بالتحرير والتركيب باب التعريف باب الحكم والقضايا باب الاستدلال سواء باب المغالطات وو الى اخر باب من ابواب الحقل المنطقي اما انه يأتي المنطقة ويدرس كيف يحمل الإمكان على الإنسان في قولنا الإنسان ممكن ما عنده علاقة اه بالعقل المنطقي ولا علاقة لها بالمنطق ابدا هادي معاناة فلسفية يعني في القضايا الكاشفة كاشفة عن الواقع. اما المنطق قضايا ليست كاشفة. قضايا صورية قضايا معيارية. يعني اذا اردت ان تصل الى الحقيقة في فكرك يتعين عليك الالتزام بهذه المعايير. معايير ليست كاشفة عن حقائق معايير مرشدة موجهة للفكر مثل القضايا المنطقية اه مثل القضايا الاخلاقية قضايا اخلاقية ليست كاشفة عن الواقع وانما هي قضايا معيارية ترشدك الى ما يجب. الارشاد هنا ليس بالمعنى الاصولي. الارشاد يعني التوجيه يعني التحريك يعني نسب ارسالية وامساكية الى ما يجب ان تفعله فليست علوم كاشفة عن حقائق نعم وبالتالي الحقل المنطقي حقل معياري لا يكشف الواقعيات وليس من شأنه ان يكشف الواقعيات اذا المعاناة المعرفية هي التي تؤدي الى اكتشاف قضايا جديدة ثم اذا عالجها المنطقي صوريا تصير مسألة اما الانسان ممكن كيف احمل الامكان على الانسان هذه ليست منطقية. هذه ميتافيزيقية درست في الحقل الفلسفي درست في الحقل الفلسفي ووصل العقل البشري الى قضية جديدة. ما هي؟ الموجبة سليمة المحمول. الانسان هو الذي ليس بضروري الوجود والعدم اذا هذه القضية تحكي ان الطبيعة الانسانية في دائرة الوجود ودائرة عدم ليس بالضرورة قد تدخل وقد لا تدخل اذا جاءت العلة بموجباتها التامة في دائرة الوجود يدخل الانسان في الوجود ايكون متحققا على مبنى اصالة المالية على مبنى اصالة الوجود لهم اذا تمت موجبات العدم لا يدخل الوجود ابدا يدخل في دائرة عدم الادعاء والمجازي او تقول يسرب عنه الوجود نعم مثل حركة السيارة البنزين آآ اختفى يعني انتهى فهنا العلة التامة للتحريك غير متوفرة فما زال العدم حاكم في دائرة عدم البنزين لسيارات التحرك ابدا لا تتحرك بدون بيزة نعم اذا تحركت بدون بنزين كل السيارات تتحرك بدون بنزين فهذه الشركات التي تصنع البنزين من النفط كلها تفلس في لحظة واحدة نعم الان المانيا انا شفت اه مرسيدس باخرة رائعة كتحرك بالباطري الكهربائي ما عندها علاقة بالبنزين الا انه غالي يقولون فالتلوث ما فيه وكذا بطري كهربائي تنتهي تملى تشحن وتتحرك السيارة بدون اي تلوث ما في اي تلوث شفتها بعيني انا</w:t>
      </w:r>
    </w:p>
    <w:p>
      <w:r>
        <w:t>مرسيدس نعم فالبنزين اذا لم يكن في السيارة الطيارة لن تتحرك اذن دخول الهوية المهاوية انسان ما حركة السيارة عدم حركة السيارة دخول الى الوجود او الدخول الى سلة العدم المجازية والادعائية بموجبات خارجية يسمى العلة التامة  اذن هو ليس ضروري الدخول وليس ضروري عدم الدخول سلب الظرورتين فتقول الانسان هو ليس بظروري الوجود والعدم اذا ليست سلمة محصلة ليس اه نفي شيء عن شيء بل ثبوت شيء لشيء وليست معدولة اذا ما هي هذه النوعية الجديدة موجبة سالبة المحمول قضية جديدة في السياق المنطقي الا انك لم تكتشف في السياق المنطقي اكتشفت في سياق معرفي مثل تقسيم القضية الى تحليلية وتركيبية والتركيبة الى قبلية وبعدية عند في سياق فلسفي نعم. تدقيقات القضية الحقيقية في سياق قد تكون في سياق منطقي قد تكون في سياق فلسفي وهكذا الابتكارات الجميلة فتعرفنا على قضية جديدة ما هي? الموجبة سلمت المحمول نعم انا هنا بينتها باختصار ان شاء الله في دراسات منطقية غير متنية محاضراتية ان شاء الله اذا وفقنا الله تعالى نضع هذه الدروس على اليوتيوب نبين مسائل منطقية خارجة عن المتون والنصوص خارجة عن الكتب. محاضرات وتكون عميقة ودقيقة نتناول هذه الامور الجميلة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