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قضية جديدة وهذه القضية تبلورت كذلك اكثر في سياق فلسفي وهي القضية القضية المترددة المحمول على مبنى المهويين تقول الموجود المطلق اما واجب واما ممكن متقدم ومتأخر علة ومعلول هذه القضية ليست من القضايا الشرطية النمو المفاصل فوجدوا انها قضية حملية اذا قلت الموجود واجب وممكن فهنا عندنا محمول وعندنا موضوع ليس قضية شرطية تعينات الوجود او الموجود نعم لم تقل اذا كان كذا كان كذا او لم يكن كذا واما كذا واما كذا لا ليس من سلخي القضايا الشرطية. انت عندك موظوع ومحمول في غاية الامر ان المحمول متردد بين اثنين محمول واحد متردد بين اثنين على مبنى صدر المتألهين وانا اقارب القضية على مبنى صدر المتألين الوجود واجب و ممكن يعني الوجود وجود واجبي وجود ممكن  بيان القضية المترددة المحمول في ضوء مباني الصدر المتألهين يستدعي مني بيان بعض الاصول في الحكمة المتعالية حتى نفهم جيدا هذه القضية في كان في مباني صدر متأنين صدر المتألهين يقول باصالة الوجود يعني الذي يمثل متن الواقعية هو الوجود وليس المهيئة حتى تتضح لك المسألة بمثال عندنا الانسان الانسان حيوان ناطق هادي هي ما هي ما هو الانسان? تقول الانسان انسان او تقول بالتفصيل الانسان حيوان ناطق ده هي مرة تكون هي عين المتن كون ها المتن هذا هو ما يعرف باصالة المهيب وتكون هي المتن بالذات يعين التحقق ولا نقول وجود الانسان ليس الانسان وجود الانسان اذا كان هو متن الواقع فالوجود هو الاصيل  اذن لماذا طرحت مسألة الاصالة بالفلسفة لبيان كون ها الواقعية بما تتمثل كونه الواقعية اذا قلت كونها الواقعية والمائية فأنت بهوي فاذا قلت كون هالواقعية هو الوجود فانت وجودي صدرائي بالأدلة اليقينية ثبت ان الوجود هو الأصيل لأن الماهية متساوية النسبة الى الوجود والعدم لاقتضاء بينا هذا الامر. الامكان المهوي  سيرورتها كون ها الواقعية هي عين التحقق مبدأ السبب الكافي يقول او بدا السبب مبدأ التوافق بأي ملاك انتقلت من تساوي النسبة الى الكنهية الى الى الوجود الى التحقق نعم مبدأ السبب الكافي يقول فيه هناك شيء جعلها تكون هي متل الواقعة فالمتنية لذلك الشيء بالذات وللمهية من عرف ذلك الشيء اما العدم وال وجود العدم لا شيء فماذا يبقى يبقى الوجود اذن هي دخلت الوجود في كنف الوجود فهي ما دخلت وهذا هو الاعتبار انما هي اعتبارية ما معناه يعني متنون بالعرض يعني ما دخلت من دخل الوجود حتى كلمة دخل فيها تضليل الدخول يعني لم يكن في الفضاء ثم دخل لا الوجود هو متن الواقع صار ماديا وكون هي الواقعية هذه نقطة الوجود اصيل وتبينها بالتفصيل في الدراسات الفلسفية اذا تطرح المسألة ماذا تمثل كل الواقعية او ماذا يمثل كره الواقعية تأتي مسألة الاصالة كون هالواقعية يمثل بالمعية فالماهية هي الأصيلة يعني هي المتن بالذات والوجود اعتباري يعني انتزاعي  يشير فقط الى كون الماهية هي علم التحقق ملأت الكون بالوجود ها هي اصالة الوجود فالوجود هو متن الواقع بالذات المما هي تكون مات الواقع بالعرض يعني اعتبارية ثم صادم التأمين يصل الى اصل جديد في الحكمة ذلك اصالة الوجود جديدة المبنى الثاني وهو التشكيك كذلك جديد وجد ان هذه الوجودات لا يمكن ان تكون متباينة بتمام الذات نعم تخيل انت الان الوجود في متن الوجود الواجبي يريد ينتقل الى مرتبة اخرى تباين المرتبة الثانية. ما يقدر ما يقدر يبقى هناك المرتبة الثانية تتعين بوجود غير غير الوجود الأول المرتبة الثالثة كذلك نقع في الاشتراك اللفظي في معنى الحيثية حيثية العدم الصدر المتالي يقول انتم سلمتم ان الحيثية واحدة  اذا كانت واحدة تمثل متنا واحدا توصل الى التشكيك يعني وجود واحد سعر ساهرين في مراتبه هذا هو التشكيك حقيقة واحدة تسري في مراتبها وهذه المراتب ليست منفصلة مندكة في تلك الوحدة هذا هو التشكيك رجوع الكثرة الى الوحدة هذا هو التشكيك سريان وحدوي بكثرة تنتمي الى عين الوجود هذا هو التشكيك التشكيك هو هذا تردد كثرة وحدة يقول كثرة ووحدة. الا ان هذه الكثرة ذائبة في تلك الوحدة نعم يعني حقيقة الوجود في الواجب هي حقيقة الوجود في جميع الممكنات اخوة شيخنا الممكنات تصل كل واجبة كما توهم شيخ الاشراق نعم او الوجود الواجبي يصير كالممكنات اشكال عويص تنطلبو تاني يقول لا هادي الوحدة في مرتبة واجبة وفي مرتبة ممكنة التشكيك هو لحل هذه المشكلة هذا اصل الاصل الثالث وصل الى مسألة مهمة جدا وفي غاية الجمال الوجود الواجبي في مرتبته بعزه مجده نركز فقط على الوجودات الخلقية لها هوية وجودية  لا هوية لها وجودية لها. يعني وجودات رابطة وجود رابط يعني هويته بالهوية والواجبية. وجود الواجب هو الذي يعطيه الهوية. يعني وجود رابط ليس مستقلا فابتكر هذا التقسيم الوجود اما مستقم يتمحض في الوجود الواجبي او رابط يتمحض في المخلوقات بجميع مراتبها هذا اصله هذه الاصول تكفيني الان لمقاربة القضية مترددة المحمول الوجود وجود الواجب وجود الممكن. مترددة محمول الوجود وجود علة وجود معلول الوجود وجود واحد وجود كثير وجود المتقدم وجود متأخر وجود ثابت وجود متحرك وهكذا القضايا التي ندرسها في الالهيات بالمعنى العام هذه القضايا سموها القضية الحملية المترددة المحمول الان نقارب هذه القضية على اصول الحكمة المتعالية فنصطدم بمعضلة متعبة جدا للذهن ما هي هذه المعضلة النظم المنطقي وميكانيزمات الذهن ما هوية مع الأسف الشديد شئنا ام ابينا مبدأ الهوية الذي هو الاساس مبنى الهوية يعني الف الف يعني الماء ماء الذهب ذهب هو الاساس في كل تجلي الفكري ده هوي ما معنى انت عندك ماهية المائية ثم هذه الماهية المائية تبدأ تتعين بتعينات تعينات من مصاميمها فتأتي القضايا يعني القضايا التي تحكي تعينات ذلك ذلك تلك الواقعية ثم مبدأ التناقض يراقب تلك التعينات كل تعين يهدم الهوية يرفضه القضية التي تحكي حيثية تهدم الهوية قضية زائفة اجتماع الموقفين فمبدأ التناقض يحمي مبدأ الهوية ومبدأ الهوية هوية هوية الماء ماء ثابتة هذا هو الأصل فما جيدا فالقواعد الذهنية قواعد العقلية والقواعد المنطقية بنيت على الهوية الماء ماء يعني اصالة المالية صدر متأنه نسف هذا الأمر قال ما عندنا الهوية تتعين عندنا الوجود وجود الماء وجود الواجب وجود الانسان ثم يقولون الوجود لا يأتي الى الدين اذا هذه اه المعايير العقلية المعايير المنطقية لا يمكن ان تتحكم في وجود لا يأتي الى الدين حتى هي تحدد له الاطر وتمرد عن هذه الاطر كيف تقول تمرد شيخنا العزيز</w:t>
      </w:r>
    </w:p>
    <w:p>
      <w:r>
        <w:t>الهويات بطبيعتها الماهيات بطبيعتها متباينة بتمام الذات. ماء ماء شمس شمس الذات الالهية الذات الالهية الانسان انسان الجن الجن ملك ملك كلها هويات متباينة تمام الذات يأتي صنم التعليم ينسف هذه الهوية ويأتي بوجود واحد على التماين الهوية انتفى اختفى اذن الهوية مبدأ الهوية لا يجري مبدأ الجوهرية الذي يفرز القضايا لا يجري صعب جدا وهم قالوا  قالوا الوجود لا يأتي الى الدين اذا باي معايير نؤسس للمسائل الى الان هذه المعضلة ما تحلت لم ارها انا تحلت وهل يحتاج الى هذه المعايير? هذا سؤال مهم جدا فاذا قاربنا القضية الحملية يعني موضوع محمول بالانموذج الصدرائي الذي يقول باصالة الوجود والتشكيك الوجود والوجود المستقل والرابط كيف نتحدث بلسان القاضوي? قضية مترددة يعني عندك موضوع عندك محمول متردد صدر متألهين لا يخضع للنظام  الذهني القظوي هنا معظم كبيرة جدا تحتاج الى دراسة عميقة. الحوزة العلمية التفتت الى هذا الامر احد اساطير الحكمة يقول النموذج الصدرائي لا يخضع للمنطق الارصدي المنطق الهوية يحتاج الى كشف منطقه الخاص نحن نشتغل على هذا الموضوع لا نشتغل هذه مسألة اخرى الآن نأتيك التطبيق كما هو في كتب الفلسفة نهاية الحكمة مثلا الوجود واجب وممكن على مبنى صدر متألين كيف تصير هذه القضية؟ الوجود الذي هو مقسم ما هو ذلك الوجود الوحدوي الأصيل الوحداوي باي مرتبة كان هو اصيل بالواجب ماذا تقول? تقول وجود الواجب وجودهم  وجود العقل وجوده وجود الواجب وجود ما معناه يعني هذا الوجود الوحدوي له تعين في مرتبة لا متناهية وهذه المرتبة طاردة لعدمها الوجود المرتبي في الواجب وجود الواجب هذا هو موضوع الوجود المحمول اشارة فقط الى عين التحقق نعم يعني فيه مرتبة في هذا السنيان الوحدوي تسمى الوجود الواجبي فالمحمول اشارة فقط الى الاستقرار الاستقرار الذات الالهية في ذلك الوجود الوحدوي ساري لمراتبه تقول وجود الانسان وجود ما معناه؟ يعني الوجود الانساني مرتبة في ذلك السرير اذا كان مرتبة في ذلك السريان يعني يكون وجودا يطرد العدم? نعم يطرد العدم يحكيه المحمول. وجود الانسان وجود لوجود المحمول يشير الى ان الانسان استقر في مرتبة من ذلك الوجود الوحدوي هذا فقط الموضوع يشير الى عينه المرتبة اذا هذه القضية الوجود وجود الواجب. وجود امكاني  هذه قضية مترددة المحمول على مبناه انظر الان المعضلة اي اذا قلت انت هذه قضية مترددة المحمول الوجود ذلك الوجود الوحدوي. وحدة الوجود التشكيكية الذي يسري في مراتبه ويغذي كل مرتبة بالوجود يعني يتردد بين محمولين من لوجود الواجبين والوجود الممكنين يعني الوجود الواجب محمول على الوجود. والوجود بامكاني محمول على الوجود. لا لا يمكن قل الوجود وجود واجبي. خطأ الوجود وجود امكانية خطأ كيف تقول? تقول الوجود الواجبي وجودن الوجود الامكاني مهما كانت مرتبته وجودنا. هذه هي القضايا فنخرج من التردد تردد القضية المترددة المحمولة اذا في هذه المفردة ما عندنا تردد محمول معضلة معضلة الوجود مستقل ووجود رابط يعني الوجود يكون في مرتبة مستقل وهو الوجود الواجب ويكون في مرتبة اه وجودا رابطا يعني لا هوية له الا بالوجود مستقل لا ادري انا كيف يكون الوجود المستقل محمولا على الوجود الوجود له محمول متردد المستقل والرابط. كيف الرابط الذي هو هنا طرف المحمول المتردد محمول على الوجود او هو هو هو هو الوجود هو هو عين الوجود المستقل في مرتبة راقية. وهو عينه في الوجود الداني في عالم الامكان وجود رابط فتقول الوجود المستقل وجودن. وجود الرابط وجوده انتفت القضية المترددة المحمول الوجود اما علة يعني وجود علة ومعلوم نقول المترددة المحمول يعني الوجود يتعين بالعلية ويتعين مع اللولياء الوجود علة ومعلول مترددة محمود يعني في مرتبة السريان الوحداوي. مرة يكون في مرتبة تفيض الوجود مرة تكون في مرتبة يكون في مرتبة يفاض من غيره من علة وتتحقق هذه القضية المحمول. وجود اما علة واما معلول هي العبارة غير صحيحة بوجودو اما علة على ما هو يعني الوجود الذي يفيظ الوجود الذي يفيض عن الذات الإلهية كيف تكون محمولة على الوجود ولوجود المعلول يعني وجود كيف الوجود المفرد يحمل على الوجود? هو هو عينو اواعين الا اذا قلت الوجود متعين بالعلية ومتعين بالمعنوية. هذا التعين التبادلي ترددي يشكل قضية مترددة المحمول تقول الوجود يتعين بالعلية ويتعين المعلول صعبة فهمها صعب وكذلك التقدم والتأخر الوجود يتعين يعني العلمية والمعلولية معا محمول للوجود فهموها سهم يعني الوجود في مرتبة يفيض الوجود مرتبة السريان الوحدوي وفي مرتبة يفاض عليه الوجود في مرتبة وجود الواجب يفيض الوجود. هناك علية في مرتبة المخلوقات يفاض عليها الوجود هناك مع لان لا يؤمن بالفاعلية المطلقة الا للذات الالهية ما عنده فاعل الا الله الفواعل العالية عند المشة عند صدر المتهمين تختفي ليست الدواعي معدات فقط نافذ معطي الوجود او الكمالات الا الذات المقدسة عند المشالة في فوائد متوسطة العقل الفعال مثلا عمرو العاشر يفيض صور يعني الكمالات على المخلوقات لا هذا عند صدر ما فيه لا مؤثر في الوجود الا الله. هذا قاعدة اساسية اذا صعب جدا مقاربة القضية الحملية المترددة المحمول على مباني صدر على مباني المشية فوضى هناك ما تعرف انت اه الموضوع اين يتحرك نعم صعبة جدا الى المدرسة غير مطبوخة في مبانيها فتعيش التشويش ان تقرأ من ارسطو وما قبل ارسطو الى المحقق التونسي. محقق التونسي ليس مشائيا هو اشراقي الى اخر ما يهم فوظى فكرية وكثير امور غير منقحة الذي اصل الفلسفة التأصيل الجميل والمردمات صدر المتألهين تربى في كنفه  في هذا المناخ برزت الحكمة المتعالية الحكمة تسمى الحكمة الايمانية مهجورة في الحوزة مع الاسف وهذا ظلم كبير للمردمات عنده تحقيقات في غاية الجمال و الدقة والروعة صدر المدعيين في هذا المناخ الغني والجميل مناخ اسس ما يسمى بالحكمة المتعالية لان المردمات بشدة رفضا اصالة الوجود نعم صار متاع الليل لم يناقشه مطلقا احتراما له لأنه استاذ العزيز فلم يناقشه مطلقا في كتبه فتأسست الحكمة المتعالية على هذا الاساس فهذه القضايا الحملة المترددة المحمول اذا قاربناها في النسق الصدرائي او الأنموذج الصدرائي لا نصل الى نتيجة من الصعوبة بما كان نصل الى النتيجة لم ارى بحثا عن القضية المترددة المحمول الا في مقالة واحدة كتبها الشيخ معمم وتخصص في المنطق في الحوزة وباللغة الفارسية ورد عليهم اه حوزوي اخر خبير في المنطق الحديث وبين ان فيه تشويش كبير بهذه المقاربة في بيان اه القضية المترددة المحمول المهم في المدرسة لا زال الى الان هذه المقاربة ان هذه قضية مترددة المحمول ويقاربون مباني مقاربة على مستوى النظم المنطقي يعني في مناخ ماهوي في مناخ المنطقة الارستي وتشويش ما بعده تشويش لان مباني الصدر والتألهين لا تنسجم مع النظم المنطقي الارستي مطلقا مطلقا وهم يقولون ان الوجود لا صورة عقلية له</w:t>
      </w:r>
    </w:p>
    <w:p>
      <w:r>
        <w:t>اذا اذا كان لا صورة عقلية له كيف يخضع قوانين المنطق وقوانين المنطق منها القضايا. قوانين القضايا نعم البقية تأتي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