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ولا اله الا الله يا الله والله اكبر اعوذ بالله من الشيطان الرجيم بسم الله الرحمن الرحيم وبه تعالى نستعين والصلاة والسلام على محمد واله الطيبين الطاهرين اللهم صل على محمد وال محمد اللهم ارزقنا التوفيق والاخلاص كنا معكم في القضية المترددة في المحمول القضية الحملية المتردد وهذه التي تدرس في الالهيات بالمعنى الاهم في الفلسفة تقول الموجود اما متقدم ومتأخر الموجود الا اما علة ومعلول اما ثابت او متحرك اما خارجي اما ذهني اما واجب واما ممكن يقولون هذه قضية ليست شرطية منفصلة وانما هي من صنف القضايا الحملية يعني عندنا موضوع وله محمول واحد هذا المحمول متردد بين طرفين الموجود واجب وممكن الوجود علة ومعلول وهكذا يقولون هذه ليست قضية شرطية منفصلة ليست توقفية وانما هي بتية وقاربنا هذه المسألة في دائرة النسق الصدرائي او الانموذج الصدري الانموذج يعني النسق يعني عبر كما تشاء  واجهتنا صعوبة او معضلة في فهم هذا التردد انا شخصيا اعاني من فهم هذا التردد نقول الوجود متقدم ومتأخر  اتقول الوجود متقدم الوجود متأخر الوجود متقدم يعني التقدم يحمل على الوجود والتأخر يحمل على الوجود. انما متقدم في الواجب متأخر في الممكن. واضحة جدا علة معلول يعني الوجود يتعين بالتقدم في مرتبة ويتعين بالتأخر في مرتبة لانها مرتبة واحدة سارية يتعين في مرتبة بالعلية في مرتبة بالمعلولية في مرتبة بالثبات بمرتبة بالحركة بمرتبة بالوجود الخارجي مرتبة بالوجود الذهني وهكذا كل هذا التردد عبارة عن قضايا حملية مترددة المحمول نعم يعني اذا قلنا الوجود علة محمول واحد ما هو? العلة والمعلول. متردد بين طرفين كلاهما محمول على الوجود محمول واحد له طع طرفا هادي هي الحملة المترددة محمول نعم ما معناها اذا قلنا الوجود واجب وممكن معناه الوجود يسري في مرتبة تكون واجبة ويسري في مرتبة تكون ممكنة وجود رابط الوجوب يسري في مرتبة تكون محيفة بالعلية وفي مرتبة تكون محيفة بالمعلولية في مرتبة تكون محيفة بالتقدم في مرتبة تكون محيثة فيه بالتأخر من جعل هذا التردد هو ذلك التشكيك حقيقة واحدة تكون في مراتب متعددة نأتي ونستخرج هذه القضايا المترددة المحمول اذا ركزنا على الوجوب والامكان تأتي هذه القضية الوجود وجود واجبي وجود ممكن يعني وجود رابط اذا ركزنا على العلية والمعنوية يعني الافاضة والاستفاضة. نقول وجود وجود علة ومعلول. تقدم وتأخر جذيني وخارجي من خارجي باعتبار المرتبة نعم هذه هي القضية المترددة المحمول في الامور من الصعوبة بمكان فهم هذه  القضية المترددة المحمول من الصعوبة بما كان على مبنى المشاة تباين لوجودي اذا قلت الموجود واجب وممكن تباين وجودي وحدة وحدة هاد الوجود الذي يتعين بالوجوب ويتعين بالإمكان هذا اعتباري باعتباري لا يشكل موضوعا في القضية امر اعتباري كيف يكون موضوعا في القضية والتباين الذاتي ما عندنا وجود يكون في مرتبة واجبة وفي مرتبة ممكنا اذن على مبنى المهوي لا يمكن ولا معنى للقضية الحملة المترددة في المعمول الى مطاردة المحمول لان الموضوع عندنا تقول كيف شيخنا? الموضوع موجود نقول الموجود اما علة واما معلوم ما نقول اما اما هادي ممكن توهم الشرطية. نقول الموجود علة ومعلول جيد هذا الموجود ما هو نعم ما هو بناء على صرف المال وجود اعتباري يعني اصلنا هوية له اعتبار من هنا قالوا بالتباين بالتباين. اذا ما عندك انت الموجود واجب وممكن مع التباين يعني الوجود الواجبي يباين الوجود الممكن ما فيه اه شيء يتردد بينهما اذن على ما معنى اصالة الماهية تمسي القضية الحميلية محمول بدون موضوع على مبنى صدمة التأمين هذه المسألة واضحة جدا ولا وضوح ما في غموض الوجود وجود الواجب وجود ممكن. الوجود هو ذلك الوجود الاصيل الوحدوي الذي يسري في مراتبه. جميل جدا. في مرتبة يكون وجودا واجبيا في مرتبة اخرى يكون مرتبة اخرى يكون وجود للرابطين. في مرتبة يكون اه علة في مرتبة يكون معلول. لاحظت يعني القضية الحملية على ضوء الانموذج استدرائي واضحة من حيث الموضوع واضحة ما فيها اشكال. من يتردد بين الطرفين? تقول ذلك الوجود الوحدوي الذي يسري في جميع مراكب الوجود وهذه المراتب ليست منفصلة مندكة في الوحدة ما فيه انفصال وتباين خندقة ما فيه كلها مندكة في ذلك الوجود الواحد الساري. هذا هو اذا هنا التردد معقول عند صدر المتهمين. الوجود في مرتبة وجود واجبي في مرتبة وجود امكاني معقول في مرتبة وجود يفيض علة في مرتبة وجود مفاظ معلول متقدم متأخر معقولة جدا على مبنى المتهمين على مستوى الموضوع الذي يتردد في محموله المعذرة اين في المحمول المعضلة في المحمول. تقول شيخنا اين الاشكال? ما دام حقيقة واحدة تتعين بالوجود الواجبي وتتعين الوجود الإمكاني الاثنان يشكلان محمولا لحقيقة واحدة وهي الوجود الاصيل الساري في مراتبه نعم هكذا هم فهموا المسألة الوجود الاصيل الذي هو متن الواقع في مرتبة وجود واجبي في مرتبة وجود امكاني هذا التردد هذه هي القضية الحمرية المتردد المحمول المشكل اين? الغموض اين? الغموض اين يعني انت تقول الوجود وجود واجبي الوجود وجود ناجمين يعني الوجود الواجبي محمول لي للوجود ما عندنا قاعدة ذهبية المحمولات دائما تعينات شغلات اعراض ذاتية حيثيات لا هوية لها وجودات ربطية اذا قلت الوجود وجود واجب الوجود الواجب ليس تعين من تعينات ليس شأنا من الشؤونات وانما هو وجود لا متناهي نعم فكيف تصير القضية? تصير القضية هكذا الوجود الوحدوي الاصيل الذي يسري يندك في مرتبته او مرتبته تندك فيه لا فرق هناك صار ماذا? وجود واجبي وجودهم لا متناهي مطلق حي بالحياة المطلقة قادر بالقدرة المطلقة تاتيه التعينات اما الوجود الواجب لا يكون تعينا من تعينات الوجود ان الوجود الواجب ليس حيثية وانما هو حقيقة حقيقة وجودية متنية وكذلك الوجود الرابط وان كان رابطا الا انه حقيقة متنية وليست تعير من التعينات اقول شيخنا يفصل في هذا الامر فرق بين المتنية والتعاينية الوجود اصيل ما رأيك الوجود والمتن المتن بالذات يعني الاصالة هنا تعين حيثية يعني لا تجد هذا المحمول الاصالة له هوية استقلالية وانما هو الوجود الواجب بنحو هادي هي الحيثيات هادي هي التعينات هادي هي الاعراض الذاتية. بقول المدرسة اما انت تعمل الوجود الواجبي محمولا يعني يصير الوجود الواجبي تعاين من التعينات حيثية من حيثيات هذا غير معقول الوجود الواجبي والوجود الامكاني هو عين ما تن عين الوجود عين الوجود فاذا قلنا الوجود وجود الواجب ووجود الممكنه. وجعلنا الوجود الواجبي. والوجود الامكاني كتردد محمول يعني محمول متردد. محمول الوجود كارثة فيصير الوجود الواجب محمولا يعني حيثية من الحيثيات. لا هوية اللهو نعم مشكلة الا اذا قلنا هكذا نقول الوجود وجوب ورابط صون كما يقول وجود مستقل ورابط عن الوجود يتحيز بالاستقلال</w:t>
      </w:r>
    </w:p>
    <w:p>
      <w:r>
        <w:t>ويتحيز بالربط. هنا معقول جدا لأن الإستقلال حيثية للوجود يعني الوجود ذاك في مرتبة عالية هي وجود واجبي حيث من يكون مستقل نحمل عليه الاستقلالية لا نحمل عليه الوجود الواجبي تقول الوجود وجود واجب وجود ممكن. هذا خطأ لان هذه متون متون وليست حيثيات والمتن لا تحمل ابدا ولهذا قلنا زيد الانسان الهوية الانسانية لا تحمل وانما هنا حمل اولي يعني زيد الإنسان بشخوصاته ام بهويته? تقول له يا شيخنا بهويته الإنسانية كأنك قلت الإنسان إنسان. الحمل الأولي هذا ليس حمل شائعا حمل شعب بالمجاز والخرطي  لان مصحح هذا المحمول زايد انسان هو الهوية الانسانية في زيد يعني كانك لم تنظر الى شخوصات زيت محطت في الانسان فقلت زيد الانسان يعني الانسان والانسان حمل اولي وليس من باب الحمل الشائع ليس من باب الحمل اصلا لأن الحمل الأولي ليس حملا لتمييزه على حمل الشاعر قلنا هو حمل اذا ما تحمل انت المتون على الوجود لأن هي هي هو تقول شيخنا دعك من الوجود وجود واجبي ووجود ممكن هادي تاني نسفها. نسخها وجود مستقل ورابط. هذا صحيح هذا صحيح نعم  حتى وجود علة وامعنوا الخطأ لان العلة ما هي? هي وجود يفيض. لا يحمل الوجود على الوجود. ان الوجود متن ليس حيثية اذا كيف تصير هذه القضية له وجود وعلة ومعلوم. تقول الوجود محيز بالعلية ومحيز بالمعلولية. ما هذا معقول حيثية العلمية غير العلة. مرة تقول وجود علة ومعلول كما هو مشهور في المدرسة هذا خطأ لان العلماء هي الوجود المفيض. كأنك قلت الوجود وجود مفيد ليس بحمل هذا اما اذا قلت الوجود متحيز بالعلية ومتحيز بالمعلولية هذا نعم نعم معقول متردد المعمول? محمول معقول اذا يجب ان نفصل في المسألة ونبين في المسألة بطريقة جيدة تقول وجود متقدم ومتأخر. ما معناه؟ يعني الوجود وجود متعين به حيثية التقدم ووجود متحيز بحيثية لا تقدم يعني متأخر هذا خطأ اذا لا تحمل الوجود على الوجود. تقول الوجود محيز به حيثية التقدم ومحيز من حيثية التأخر. هذا معقول تصير قضية حملة مترددة المحمول. اذا سلمنا ان في الحكمة المتعالية موجود قضية بالمعنى المنطقي المنطق القديم المسألة في غاية في غاية التعقيد في الانموذج الصدرائي الانموذج المهوي ما عثرنا على الموضوع. الموضوع غير موجود في النموذج المهوي. من الذي يتعين بالوجود الواجبي لا نقول الوجود الواجب واجب اه الممكن في النظام المهوي هذا الموضوع ما هو? يقولون ذا محمول انتزاعي محمول انتزاعي لا يثبت له شيء من هنا قالوا بالتباين انه لا شيء قالوا بالتباين تباين الموجودات اذا القضية الحملية المحمول فلسفتها اذا كان الموضوع له كيان وهذا آآ يتضح جيدا في الانموذج الصدري. من الموضوع? والوجود الوحدوي الذي يصحح ذلك السريان ورجوع الكثرة الى ذلك الوجود الواحد هذا هو الموضوع بعدما تقول انت علة ومعلول ووجود واجبي وجود ممكنة. ما تحمل الوجودات على الوجود. لان الوجودات متون ليست تعينات الصحيح ما هو? الوجود متعين بالعلية والمعنى العليا نعم. متعين بالتقدم والتأخر. نعم. متعين بالوجوب بالاستقلال والرابط. نعم هذا معقول لان هذه كلها تعينات حيثيات اما تقول هكذا الوجود علة ومعلوم جيد العلة ما هي? تقول الوجود الذي يفيض فتصير القضية هكذا الوجود وجود يفز الوجود وجود يوفظ كيف يعني? الوجود الذي هو متن يحمل يعني يصير حيثية للقاعدة الذهبية ما هي? كل المحمولات عبارة عن تعينات الوجود اصيل الاصيل تعين الله حي يعني الوجود الالهي حي حياة التعين. يعني حيثية وليست متنا المتون لا تحمل المتون لا تحمل الحقائق المتينة لا تحمل مستحيل ان تحمل نعم تحمل فقط التعينات التي لها هوية لها الوجود اصيل نعم الأصالة لا هوية لها الوجود مشكك التشكيك لا هوية لها بها حيثيات الوجود اما تقول الوجود وجود علة الوجود العلة يحمل على الوجود عن خطأ اذا الوجود علة ومعلول الصياغة الصحيحة ما هي? الوجود المتن الاصيل الساري الوحدوي تعين بالعلية وتعين بالمعلولية. يعني في مرتبة يفيض وفي مرتبة يستقبل الفيض معقول في مرتبة يكون متقدما في مرتبة يكون متأخرا للثنايا الوحدوي هو هو في مرتبة متعين بالتقدم في مرتبة متعين بالتأخر مصحح هذا الامر والتشكيك والتشكيك نعم الوجود متعين بتعين ذهني متعين بتعين خارجي معقول? لأن الوجود قد يكون قد يكون ب مقابل الذيل الذي يحكيه الدين كيف يكون في الدين? وجود ظلي معروفة في الحكمة المتعالية. وجود ظل وجود دين يعني الوجود الظلي على باب من اصالة الوجود. هذا الوجود الظلي يتعين بما هي هذه الماهية هي التي تطابق المهي الخارجية هذا في الوجود الذهني ليس هنا اذا مقاربة القضية الحملية المترددة المحمول في النسق المهوي لا معنى له لأن ما عندنا هوية موضوعية الموجود متقدم مو متأخر على مبنى اصالة من الموجود الموجود ذلك الامر الانتزاع الذي لا هوية له موضوع الفلسفة الوجود العام الانتزاعي على مبنى المشاريع موضوع فلسفة عند المشاء هو هذا الوجود العام للانتزال  الذي هو يحكي حيثية التحقق فقط ساكت عن المتنية الوجود لا ليس حيثية نتعمق في البحث وانما هي الهويات الهويات متباينة بتمام الذات. كيف تكون الهويات المتباينة بالتمام بالذات تكون في مرتبة علة وفي مرتبة معلولة يعني الذي يكون في مرتبة علة وفي مرتبة محلول. يكون حقيقة واحدة حتى يتردد بين طرفي حملة المحمول على مبنى اصالة الماهية على مبنى المهوي لا تركب فوضى كبيرة ولا معنى له سطر متالين امن الوجود الواحد الذي حقيقة يكون في طرف اه محيز بلعلية وفي طرف محيز بالمعلولية. مصحح هذا التواجد في الطرفين هو التشكيك سريعا التشكيك يعني من كان في المرتبة العلية هو هو في مرتبة اه المعنوية باعتبار الوحدة الوجودية تقول شيخنا تختلط العلة تصير مع بعلول معلول والمعلول يسر علال. نقول لك لا اختلاف تشكيكي كونه في مرتبة العلية هناك يكتسب عنوان العلة  في مرتبة ادنى يكتسب اه مرتبة المعلولية ما فيه بأس للشريان التشكيكي يعني المرتبة العالية ارقى من المرتبة التانية في الوجود والكمال يعني الوجود الواحد الاصيل الساري عنده تعليم في مرتبة له كمال يؤهله للإفاضة الوجودية في مرتبة دانية هذا الوجود لا يؤهله لان بالعكس هو يفاظ غير مؤهل للإفاضة لأنه ضعيف هو يفض. معقول مشكل في المحمولات الا اذا غيرناها. لا نقول الوجود وجود واجبي وجود الرابط او وجود هذا غير صحيح. نقول وجود متحيز بالاستقلال ومتحيز بالربط. نعم. صحيح. الوجود متحيز العلمية والمعنوية ليس الوجود علة ومعلول ذاك المرض المعوي خليه جانبا الان انت في الانموذج الصدري الوجود متحيز بالاستقلال نعم متحيز بالرابط. نعم. لماذا؟ لان الاستقلالية والرابطة حيثيات فالقاعدة الذهبية هنا اه مؤمنة مضمونة لأن المحمولات لا تكون الا تعينات وحيثيات الجامعي قد لا يفهم ما معنى التحيثات والتعينات لأنه ليس مستأنسا بهذه المصطلحات</w:t>
      </w:r>
    </w:p>
    <w:p>
      <w:r>
        <w:t>انا ابي لك المسألة عرفا. الآن انا كيان بيانو ما تنام لا نعم تقول لي مات من شيخنا واقعية ذات محيثة بالجلوس الجلوس هنا عندك انت مقاربة له. جلوس له متن مستقل ثم يلتصق بي المقاربة الثانية الوجود هو انا بنحو هادي انا بنحو يعني حيثية يعني التشاؤم ليس لها هوية مستقلة هو انا بنحو المقاربة الاولى خاطئة الوجود الجلوس ليس له متن. انت تفهمها بالشهود له مت الجلوس تونس له كيان? لا انا بنحو هذه انا بنحو هذه النحوية تسمى الحيثية تسمى التشاؤم تسمى العرض الذاتي اه تسمى التعين سميها كما تشاء وجود ربطي اذا اذا قلنا الوجود اصيل. الاصالة ليس لها متنية مستقلة. الصقت بالوجود ابدا بل الوجود متعين تعين وجود متحيث حيثية وجود بنحو انحاء وجود متشائم شأن هذا التعين والشأن يسميه الشيخ تمييزا له في فضاء المصطلح الوجود الرابطي من خصوصياته انه لا هوية له كيانية تحليل يعني نستله من الوجود الوجود بنحو نعم لا هوية له تحليل بسيط يعني باعتباره ليس كيانا لا تبحث عن جنس وفصل له ابدا لم يمر بالحس والخيال  يعني انت الآن امام الوحدة عندك وحدة حسية مستحيل عندك وحدة خيالية مستحيل. تخيلوا الوحدة لا يمكن الوحدات تتعقل اذا الوجودات الربطية والانحاء والحيثيات والتعينات والشؤونات تتعقل فقط يعني العاقل يصل اليه. كيف يصل اليه العقل? هذا بحث في غاية العمق لا نشير اليه هذه هي الحبلية المترددة المحمول في النسق المعوي ليست معقولة لان الموضوع غير محرز عند صدم المتألهين باحتياط باحتياط شديد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