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ندخل معكم الى بحث جديد وهو بحث المواد قال مواد القضايا وجهتها عندنا ثلاث مفردات المادة القضية والجهة  يقول في المتن لكل محمول الى كل موضوع نسبة اذا حملنا محمولا على موضوع هناك نسبة اما بالوجوب يعني واجب هذه النسبة يعني المحمول يثبت للموضوع بالوجوب واما بين اي مكان  قد يكون واما بالامتناع يعني لا يمكن ان يكون كما في قولنا الانسان حيوان او الانسان كاتب او الانسان حجر لف ونشر مرتب. لسان حيوان تعود الى الوجوب انسان كاتب تعود الى الامكان الإنسان حجر تعود الى الامتناع. فتكون القضية هكذا. الانسان حيوان بالوجوب الإنسان كاتب بالإمكان الإنسان حجر بالإمتناع معناه حيوان لانه مكونة داخلية واجبة التحقق للانسان والله ايلا وقعن في مبدأ التناقض الانسان في مكنه في داخله في هوية حيوان وتقول الانسان حيوان بالوجوب. احذف الحيوان الانسان ليس بي حيوان تناقض مبدأ التناقض هو الحاكم في هذا الباب الإنسان كاتب هل الكتاب ضرورية للإنسان? اذا كانت ضرورية لا تجد مفردة من مفردات الإنسان لا تجد مصداقا من مصداق الإنسان لا يكون كاتبا. معقول هذا غير معقول فنزع الكتاب عن الانسان لا يورث التناقض مبدأ التناقض هو الحاكم اذا ما معنى? قد يكتب وقد يكتب هذا هو الإمكان الإنسان حجر? لا ابدا اذا الانسان حجر يستحيل يعني بالامتناع ما معناه? يعني لا يكون الانسان حجرا مطلقا فتلك النسبة في نفس الامر مد اذا هنا نعالج المسألة في النظم التحققي تسمى مادة تلك النسبة يعني الوجوب والامكان والامتناع وو هذه في النظم التحققي تسمى مادة نعم وما يتلفظ به منها او يفهم من القضية هذا في النظم المنطقي يعني النظم الإدراكي وان لم يتلفظ بالنسبة جهة اذن حقيقة واحدة في النظم المنطقي ماذا تسمى? مادة في النظم المنطقي تسمى جهة. سهلة المسألة سهلة المسألة جيت فلسفة هذا الأمر ما هو؟ العيب في المدرسة ما هو اذا وصل الاستاذ الى باب الجهات يزهد الطلاب في هذا الباب قل لا ينفع والتفضيح للوقت وانا اقول هو من اروع البحوث المنطقية لأنه له مساس بالواقع الخارجي القضايا ما هي? فلسفتها ما هي? القضايا الف باء المحمول او اذا كان الف باء كنبة في القضية الشرطية واما تقول شيء واما الف او باء في القضية الشرطية اه المنفصلة لا يهم قضية حملية شرطية لا يهم ما هي القضية? قضية تحكي الواقع طبيعة القضية توصلك الى الواقع لتحكي الواقع كما هو في حقائقه والجهة او المادة تحكي هذا الواقع كيف يتكيف في الواقع الخارجي يعني كيف يتحيس في الواقع الخارجي ها انت تعيش الواقع الخارجي في عالم السياسة في عالم الاقتصاد في عالم التربية في عالم علم النفس في عالم التكوين في عالم الدين اليس هذا بمهم? العجيب ان الأساتذة يزاهدون الطلاب في هذه الماء في هذا الفصل في هذا الباب وهو في غاية الجمال في غاية العمق جيت اذا عندنا مادة وعندنا قضية وعندنا جهة المادة هي الجهة لاختلاف في النظر. اذا كنت في النظم التحققي تقول مادة فين ناض من المنطقي? يعني النظم الإدراكي تقول جهة انتهى الامر اقول هنا يشرح هذا المقطع اذا كان فيه نقطة علمية عميقة ابينها اقول لما فرغ من البحث عن الموجبة والسالبة كليا وجزئية حملية وشرطية شرع في البحث عن كيفية الايجاب والسلب نعم تقول الف باء بالوجوب واذا الجهة او المادة الجهة في النظم المنطقي هي حيثية من حيثيات القضية لهذا قال مواد في القضية و جهة واعلم ان كل محمول فان له نسبة الى كل موضوع متكيفة باحدى الكيفيات الثلاث اما الوجوب واما لاي مكان واما الامتناع لماذا? لان الموضوع اما ان يمتنع يمتنع اتصافه بالمحمول كامتناع اتصاف الانسان بالحجر؟ الهوية الانسانية غير الهوية الحجرية التباين الذاتي خصوصا على مبنى الماهية نعم وهو الامتناع  الحجرية لا تستقر في الانسانية مطلقا او لا يمتنع العلامة الحلي قسمها بين النفي والاثبات اذا لم يمتنع وحين في حين اذ اما ان يمتنع سلبه عنه وهو الوجوب كامتناع سلب الحيوان عن الانسان لان الحيوان داخلة في هوية الانسان في مبنى الهوية او يمكن كل واحد منهما نعم يمكن سلبا المحمول على الموضوع وهو الإمكان كإمكان الإتصال في الإنسان بالكاتب ليس بالكاتب بالكتابة كاتب يعني تصف بالذات الكاتبة لا اشتباه في في النسخ كم كان اتصاف الانسان ليس بالكاتب بالكتابة اذا اتصف بالكتابة يأتي الاشتقاق تقول الانسان كاتب وعدم الكتابة. يعني الكتابة ليست ظرورية للانسان ملتصقة به التصاقا ازليا. صامدين ليس بالضرورة. وتلك الكيفية يشير الى النظم المنطقي والنظم التحققي. وتلك الكيفية اذا نظر اليها في نفس الامر هذا النظم التحققي سميت مادة كنسبة الحيوان للإنسان في نفس العام وان نظر اليها باعتبار تصورها او التلفظ بها يعني في النظم آآ المنطقي سميت جهة. فاذا قلنا الانسان حيوانون من غير ان نذكر معه وجوبا او غيره كانت القضية غير موجهة. القضية المطلقة وان كانت المادية المادة هي الوجوب في نفس الامر الثابتة فهذا هو الفرق بين المادة والجهة ولا يجب توافقهما ليس بالضرورة ان تتوافق الجهة مع المادة الى النظم المنطقي له حكام. قد تقول الانسان كاتب بالوجوب. قضية كاذبة مع ان في نفس الأمر لا بالإمكان لجواز ان يكون ما نتصوره غير مطابق للامر في نفسه في القضايا الكاذبة. وكذا من نتلفظ به واضحة جدا المسألة نعم قال والموجهة رباعية والخالي عن ذكرها مطلقا نعم الرباعية يعني عندك الموضوع وعندك المحمول وعندك الرابط يعني الايجاب وعندك الكيفية اقول الانسان حيوان بالوجوب حيوان الوجوب هذه الكيفية هنا المادة اذا كنا في نفس الامر يعني النظم التحققي او الجهة اذا كنا في انهم المنطقي كيفية متى تتعين في القضية؟ الانسان حيوان بالوجوب اذا ثبت الحيوان الانسان يعني فيه ثبوت فيه ايجاب فيه نسبة نعم اقول الموجهة رباعية لاشتمالها على الموضوع هذا اولا والمحمول ثانيا والرابط يعني ثبوت المحمول الوضوء وكيفية الرابطة وهي اربعة اشياء والقضية الخالية عن الجهة تسمى مطلقة اذا ما كانت فيها جهة مطلقة مطلقة ما معناها يعني خالية عن الجهة  خالية عن الجهة وعندنا المطلقة باصطلاح اخر المطلقة العامة يعني الدخول في نظم التحقق الدخول فقط الدخول الكينون في النظم المنطقي لا تخلط بين الامرين مرة نقول مطلقة يعني القضية خالية عن الجهة. في النظم المنطقي والله روحي للنظام التحققي نقول مطلقة يعني الفعلية يعني خرجت من الامكان الى لي. يعني دخلت النظم للتحقق هذه النقطة سجلها بالخط الأحمر المطلقة في مقابل الموجه</w:t>
      </w:r>
    </w:p>
    <w:p>
      <w:r>
        <w:t>هذا في النظم المنطقي يعني اذا قلت الانسان حيوان ولم تذكر الجهاد مطلقا خلو القضية عن الجهة مرة لا تقول مطلقة وتقصد بها الفعلية. يعني الدخول دخول النسبة في النظمة التحققي. سبل فعلية ستتضح ان شاء الله لاحقا اكثر نعم قال ثم الوجوب والإمتناع يشتركان في ضرورة الحكم مع هذه الدقة في الوجوب الحكم موجود بامتناع حكم غير موجود بل سلب الحكم سماه الحكم باعتبار الايجاب يعني حكم مجازي تقول الانسان حيوان بالوجوب حيوان بالوجوب حكمت على الانسان بالحيوانية وهذا الحكم يعني هذه النسبة واجبة يعني لا ينفك الحيوان عن الانسان ولا حكمت لماذا يقول ثم الوجوه يشتركان في ضرورة الحكم اما اذا قلت الانسان ليس او تنطق الانسان حجر بالامتناع يعني كانك قلت هكذا الانسان ليس بحجر بالوجوب فالقضايا السالبة الحكم هناك مجازي سلب الحكم المهم ويفترقان يفترق الوجوب والإمتنان بانتسابهما الى الايجابي والسلب فالقضية اما ضرورية واما ممكنة واما مطلقة. جميل من المحقق التونسي اذا القضية اما ضرورية وهل الضرورة لها اقسام ستأتي اه مقارباتها واما ممكنة يعني المحمول اما ظروري الثبوت او ظروري السلب ظروري ضروري الفصل واما ممكنة يعني قد تكون وقد لا تكون في ذات المحمول. واما مطلقة يعني غير موجهة. هنا الاطلاق عليه في مقابل موجهة بداية النزم المنطقي اقول الظرورة قد تعتبر بالنسبة الى الايجاب فتكون وجوبا. هنا الحكم يكون حقيقيا. وقد تعتبر بالنسبة الى السلك فتكون امتناعا. هنا الحكم حكم مجازي فالوجوب والامتناع يشتركان في الضرورة الشاملة للايجاب والسلب. نعم فصارت الجهات الاصول هي هذه الثلاثة الظرورية بشقيها الوجوب والامتناع والممكنة التي الموضوع يتردد بين ان يكون متصفا بالمحمول او ليس بالمتصف. تقول انسان كاتب بالامكان قد يكتب وقد لا يكتب والمطلقة التي هي تخلو القضية التي تخلو من جهة وعدها في في الموجهات آآ بالمجاز وعدها يعني ها هادي ترجع الى المطلق وعدها في الموجهات بالمجاز يعني آآ ليس بالحقيقة ولهذا يقول فصارت الجهات الاصول هي الثلاثة نعم اين قالها   بس صارت لا غير موجودة نعم لماذا المطلقة آآ عدها جهة بالمجازر الى سلب الجهة اختفاء الجهة اختفاء الجهة كيف تكون جهة نعم فلهذا نقول بالمجلس مثل الحكم في السالبة تقول الانسان ليس بشجر حكمت وما حكمت لها? سلبت الحكم الحكم هو ربط الموضوع بالمحمول لقاعدة التوافق هنا انت سلبت يعني لم تجد التوافق فصلت اذا لم تحكم اذا صدق الحكم على السوالب صدق مجازي صدق الجهة على المطلقة اللي هي اختفاء الجهة مجاز سهلة المسألة نعم قال والإمكان المقابل لكل من الضرورتين الضرورة ما هما? الوجوب والامتناع نعم شامل للاخرى والامكان المقابل لكل من الضرورتين  شامل للاخرى. ولذلك يقيد بالعام والذي يتخلى عنهما معا بالخاص وهو مركب من كان  يعني احتاج الى اسطول راب منطقي حتى تخرج هذا هذا المعنى من هذا الغموض وهذه اللغة البربرية والامكان المقابل لكل من الضرورتين شامل للاخرى شامل الاخرى لماذا ولذلك يقيد بالعام يعني بقرينة هذه الكلمة عام نفهم ماذا يقصد بالامكان? الامكان العام الإمكان العام دائرة واسعة يدخل في داخلها الوجوب والامتناع والامكان الخاص يعني تدخل المواد ثلاثا فيها فينسجم مع الوجوب ومع الامتناع ومع الامكان تقول هكذا وجود الواجب يعني الذات المقدسة الذات الالهية المقدسة حي بالامكان العام الإمكان العام هنا يتماهى في الوجوب لأن الحياة الثابتة للذاهب للذات الإلهية بالإمكان يعني قد يكون حيا وقد لا يكون لا الحياة واجبة سيتبين لك هذا الوجوب ارقى الوجوب الظرورة الراقية والظرورة الازلية فاذا قلت وجود الواجب حي بالامكان العام هنا الامكان العام تماهى في دائرة الوجوب نعم. اذا قلت الانسان حجر بالامكان العام هنا الامكان العام كما ها في الامتناع يعني الانسان يمتنع ان يكون حجر اذا قلت الانسان كاتب بالامكان العام امكانها عام هنا كما ها في الإمكان الخاص. يعني الإنسان قد يكتب وقد لا يكتب سجل هذه النقاط لانها مهمة نعم ويقول والإمكان المقابل لكل من الضرورتين شامل للأخرى شامل الأخرى يعني الأخرى ماذا? الإمكان الخاص. ولذلك يقيد بالعام. يعني نحن الآن في جهة جديدة وهي الإمكان العام والذي يتخلى عنهما معا بالخاص يعني يتخلى عن اه الضرورتين هو الامكان الخاص. يعني انت اذا كنت في الامكان الخاص لا ضرورة الوجوب ولا ضرورة الامتناع الانسان كاتب كاتب بالوجوب? لا يستحيل عليه الكتابة لا قد يكتب وقد لا يكتب ولهذا يقول والذي يتخلى عن الضرورة الوجوب وعن ظرورة اه السلب يعني عن الامتناع معا بالخاص يقيد بالخاص بالخاص باء جر ومجردة مجر ومجرور متعلقا بيقيد يقيد بالخاص وهو مركب من الايم كانين وهو مركب من الامكانين امكانين يعني هذا الامكان الخاص وركب من الإمكانية ما معناه. يعني الإنسان اذا قسته الى الكتابة ممكن يعني ممكن ان يكتب اذا قسته الا كتابة يمكن ان لا يكتب هذا هو امكانين يعني هذا المحمول متساوي الموضوع المتساوي بالنسبة الى المحمول والموضوع خذ مثلا واقعية من الواقعيات الما الماء بالنسبة الى الوجود والعدم لقد ان وجدت وقد ينوجد اذا شاءت العناية الالهية ان توجده توجده. واذا لم تشأ لا توجده يتحمل الامرين هذا ومعناه وهو مركب يعني الإمكان الخاص مركب من اقول الامكان وظع بازاء سلب الامتناع يعني تقول  اه الإنسان كاتب سر الابتلاء تقل تقول يمتنع ان يكتب الانسان خطأ اذا نقول الانسان يكتب بالامكان سلبنا عنه الامتناع امتناع الكتابة ثم استعمل بازاء سلب احدى الضرورتين يعني بعدما كان بالامكان العام خصص بالامكان الخاص يعني تقول انسان كاتب بالامكان الخاص يعني قد يكتب وقد لا يكتب الامكان الخاص هو الموضوع يتردد بين بين الف وباء واذا خصص الف وباء بالموجود والمحمول بالوجود والعدم يصير الإمكان المحوي اذا قلت الانسان متساوي النسبة الى الوجود والعدم يعني ممكن هذا ممكن نهوي اما اذا قلت الانسان متساوي النسبة الى الكتابة ولا الكتابة هذا هو الامكان الخاص ثم استعمل الإمكان بعدما كان سر بالإمتنان نعم تقول انسان يصعد الى القمر فهو ليس بممتنع يعني ممكن ثم خصص الى تساوي بين الطرفين ثم استعمل بازاء سلبي احدى الضرورتين اعني ظرورة الايجاب وظرورة السلب عن الطرف المخالف للحكم نعم فاذا قلنا جيم يمكن ان يكون باء معناه لا يجب سلبي عنه واذا قلنا يمكن ان لا يكون ما معناه لا يجب ان يكون باء هذا هو الإمكان الخاص فإذا سلبت ضرورة الإيجاب فهي الممكنة العامة السالبة وتشتمل على الباقي من الاقسام الثلاثة للجهات. اعني ضرورة السلم وان كان الطرفين. اذا الامكان العام دائرة ينطوي على الوجوب وعلى الإمكان الخاص وعلى الإمتناع اذا تماهى في الوجوب اختفى الامكان الخاص واختفى الامتناع نعم تقول وجود الواجب حي بالامكان العام ما معنى الامكان العام? هنا الامكان العام يتماهى في الوجوب. فيختفي الامكان الخاص لا يكون واجب الوجود</w:t>
      </w:r>
    </w:p>
    <w:p>
      <w:r>
        <w:t>ممكن الحياة بالامكان الخاص يعني قد يكون حيا وقد لا يكون حيا. هذا غير معقول تختفي دائرة الإمكان الخاص يختفي الامتناع تقول واجب الوجود يمتنع ان يكون حيا. لا مستحيل تمتنع عنه الحياة يعني الله تعالى لا يكون حيا يختفي من ذاته المقدسة كمال ككمال الحياة ولهذا يقول فاذا سلب ظرورة الايجاب فهي الممكنة العامة السالبة وتشتمل على باقي باغي من الاقسام الثلاثة للجهات يعني ضرورة السلب وامكان الطرفين يعني امكان خاص واذا سلب ظرورة السلف فهي الممكن العب الموجبة وشملت ظرورة الايجاب وامكان الطرفين ولاشتمالها في طرف الايجاب والسلب على الضرورة ان موافقة وان كان الطرفان كانت عامة. فان الامكان العام الإمكان العام هكذا الف باء بالإمكان العام الف عا ب بالامكان العام اركز على الايجاب الان حتى تفهم العبارة جيدا. ركز على الايجاب. يعني ثبوت باء الى الف تقول الف ثبت له بالامكان العام. هنا انت في اي دائرة ها في اي دائرة اذا كنت في دائرة الوجوب يعني الف با بالوجوب يعني هنا الجهة الوجوب فلا يمكن ان يكون هناك الامكان الخاص ولا يكن هناك الامتناع فالامكان العام تماهى في الوجوب اذا كنت في الامتناع تقول انسان حجر بالامكان العام يعني الانسان حجره بالامتناع يمتنع ان يكون الانسان حجر. هنا الامكان العام تماهى في الامتناع فيختفي الوجوب. لا يكون الانسان واجب الشجر ولا يكون قابلا للاتصاف بالحجرية. فينتفي الامكان الخاص. لاحظت كيف فالامكان العام يتماهى تقول الانسان كاتب بالامكان العام  فالإمكان العام هنا هو الإمكان الخاص لأن الإنسان قد يكتب وقد لا يكتب فالإمكان العام تماهى في الامكان الخاص فيختفي الوجوب لا يكون الانسان كاتبا بالوجوب ابدا قد يكتب وقد لا يكتب ولا يستحيل عليه الكتابة امتناع اذن العام حسب النسبة مرة يتماهى في الوجوب مرة يتماهى في الامتناع مرة يتماهى في الامكان الخاص هاي القصة كلها نعم بهذه العبارات ايه البربرية. يقول فاذا سلب ظرورة الايجاب. يعني كن في اما الممتنعة او الممكنة الخاصة. فهي الممكنة العامة السالبة وتشتمل على الباقي من الاقسام الثلاثة للجهات اعني ضرورة السلب يعني تنسجم مع الامتناع وتنسجم مع الامكان الخاص. حسب النسبة حسب القضية  واذا سلب ظرورة السلب فهي الممكنة العامة الموجبة يعني تقول الف باء غير مسلوب عنه بالإمكان العام فقد تكون بالوجوب وقد تكون اه بالامكان الخاص الامتناع مسلوب وشملت ضرورة الايجاب وان كان الطرفين يعني اما الوجوب اما كان الخاص نعم تقول لي شيخنا كيف نحدد الوجوب والإمكان الخاص يقولك حسب المحمول اسد المحمول وحسب الموضوع والاشتمالها في طرف الايجاب والسلب على الضرورة الموافقة. وان كان الطرفين الطرفين كانت عامة. لانها تشمل المواد الثلاثاء او الجهات الثلاثة الوجوب والامتناع والإمكان الخاص كانت عامة الدائرة عامة نعم ثم ان الحكماء نقلوا اسم الامكان الى ما سلب فيه الضرورتان معا هذا هو الإمكان الخاص. نعم. فكان اخص من الأول لتخليته عن الظرورتين معا يعني لا ظرورة الوجوب ولا لا ظرورة المحمول ولا ظرورة امتناع المحمول فان قلنا يمكن ان يكون جيمبا يمكن ان يكون جنبا ممكن لا يكون بهذا المعنى كان معناه ان باء لا يجب لجيم ولا يمتنع له. يعني يمكن ان يتصف وممكن لا يتصف. هذا هو الامكان الخاص فكان اخص من الاول يعني اخص من الامكان العام فلهذا سمي بالامكان الخاص وهو مركب من الامكانين. كيف? تقول انسان كاتب بالإمكان الخاص يعني انسان وقد يكتب تقدر تعرف. قال الانسان قد لا يكتب هذا طرف وهو مركب من الامكانين قد يكتب ان كانوا قد لا يكتب ان كانوا لان السلب ضروري في الايجاب هو الامكان العام السلبي وسلب ضرورة العدم هو الامكان العام الايجابي ولما اشتمل الامكان الخاص عليه هو مركبا منهما يعني انت اذا كنت قلت الانسان كاتب هل الكتاب واجب علي تقول لا اذا سلبنا الوجوب هل الكتابة ممتنعة عنه? تقول لا سلبنا الامتناع. اذا سلبنا الضرورتين وهذا هو الإمكان الخاص سلب الضرورة نعم وهو مركب من الإمكانيات واضحة هذه وركبني عليه انسان وقد يكتب هذا امكان انسان قد لا يكتب امكان لانه سلب ظروري في الايجاب. يعني الانسان كاتب بالوجوب خطأ ليس كاتبا بالوجوب وهو الإمكان العام السلبي والسلب ظرورة العدو يعني هل الانسان لا يكتب مطلقا? لا قد يكتب سر بالعادة ضرورة العدم وهو الإمكان العام الإيجابي ولما اشتمل الإمكان الخاص عليهما يعني سلب الضرورة آآ ضرورة ايجابية والظرورة السلبية كان هو الامكان الخاص كان مركبا منهما نعم المطلقة العامة تأتي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