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وآل محمد اللهم ارزقنا التوفيق والاخلاص وصلنا معكم الى هذه الفقرة المطلقة العامة قال والمطلقة تقتضي ثبوت الحكم بالفعل في احد الجانبين فقط تعرف الايجاب او السلب وتشمل الدائم وغير الدائم وتتخلى عن الدائم المقابل فقط فهي عامة المطلقة العامة غير المطلقة التي تعني عدم الجهاد  نعم عدم الجهة مطلقة يعني لا بشرط لا بشرط من اي جهة اما هادي لا هذه دخول في الوجود دخول في الوجود الفعلي هذا الدخول الفعلي يعني التواجد في دار الوجود في النظم التحققي وهذا التواجد مسكوت عنه قد يكون دائميا قد يكون اه غير الدائمين قد يكونوا ضروريا قد يكونوا غير اه غير ضروري قد يكون في مقطع ما وجودية تسمى الوجودية. نعم فقط فقط اذا دخلت الى دار الوجود في النظم التحققي واستقرت بنحو الدائمية بنحو الضرورة بنحو المقطعية الوجودية الزمنية  المقابل اذا دخلت بالايجاب المقابل حتما يكون منفيا لي مبدأ التناقض هذه مسائل فلسفية وليست مسائل منطقية لانها في النظمة المنطقي كيفية النسبة فيحتاج المنطقي لدراستها والا هي مسائل فلسفية. لماذا? لان حيثيات الوجود. حيثيات الوجود. اذا هذه الجهة المطلقة العامة هي الدخول الفعلي  اذا تم الدخول الفعلي باي نحو كان عدم الدخول ينتفي ام لا? ينتفي لمبدأ عدم التناقص لأن المنطقة والذي ندرسه الآن مبني على مبدأ التناقض على الوجود والعدم. واحد وصفر نعم قال والمطلقة يعني المطلقة العامة تقتضي ثبوت الحكم بالفعل يعني المحمول ثابت للموضوع بالفعل خرج من الامكان اذا اوسع من المطلقة العامة والامكان لان الامكان قابلية الدخول نعم والمطلقة تقتضي ثبوت الحكم بالفعل في احد الجانبين فقط اما اما في الاجابة او السلب. نعم دخول او عدم الدخول وتشمل الدائمة دائمة يعني المحمول دائم دائم للموضوع. سكوت عن الضرورة لا نتحدث عن الضرورة. ديمومة فقط نعم وغير الدائم غير الدائم يعني مقطعي نعم وتتخلى عن الدائم المقابل فقط اعاني اذا كان الدائمية اللدائم مطلقا ونتفي اما اذا دخلت مقطعية وجودية يعني من الف الى باء لا ينتفي النقيض لماذا? لانه بعد با تأتي اه القضية السلبية يعني تجتمع في المقطعية تجتمع مع الفعلية ورفع الفعلية. نعم اذا دخلت مقطعيا من الف الى باء تتف تدفع السلب ثم ينتهي اجلها ينتهي اجلها. يعني انت الان تتغدى تتغدى كم؟ لنفرض مثلا ساعة مرتاح ساعة هذه الساعة بعد فعلية اكلك فعلي نعم ثم عدم الاكل اذا هذه الجهة المقطعية في اكلك انت دخلت بالفعل تأكل بالفعل ينتهي الاكل ثم لا يدفع عدم الاكل اما الدائمية لا الدائمية يعني ملأت كل المساحة  اذن اللادائيمية لا يكون لها حظ مطلقا. ولهذا قال وتتخلى عن الدائم المقابل فقط فهي عامة يعني الجهة تكون عامة رحت كيف اذن اما دخول دائمي واما دخول دخول مقطعي. الدخول الدائمي الدخول الدائم يعني لا يمكن اه الطرف المقابل ان يكون انت عندك الآن لقاء مع المدير واعطاوك موعد موعدا للقاء مع المدير ثم مصادفة او لاسباب اخرى المدير ضروري ان يعمل جلسة مع المديرين المدراء خطأ لغويا المديرون وهنا يعمل جلسة مع المديرين مدراء خطأ خطأ شائع المهم مصادفة او لأسباب اسباب ما المدير يضطر ان يعمل جلسة مع المديرين من الساعة الثامنة الى الساعة نهاية الدوام يعني الجلسة الدائمية لا يمكن انه يفتح لك المجال. تأتي يرفضوك الى الدائمية تدفع اه ما يقابلها. اما اذا كان لا انت اعطاك موعد مثلا العاشرة مصادفة او لاسباب ما المدير كانت عنده جلسة من العاشرة الى الثاني عشر يعني لا يستقبلك لا يصبر اذن المقطعية لا تدفع ما يقابلها هو يبدأ الجلسة من العاشرة الى الثاني عشر ثم يستقبلك اذا متى يندفع المقابل اذا كان الدائمية? يعني لا يقبلوك ولا تستقبل مدير اذا كانت جلسة من بداية الدوام الى نهاية الدوام  يعني بداية العمل الى نهاية العمل اما اذا كانت الجلسة من العاشرة الى الثاني عشر لاعب يقول اصبر شوية ينتهي الأمر. ويستقبلك المدير. اذا المقطعية او الوجودية لا تدفع مقابلة لان فيه اتساع في مساحة اخرى. اما اذا كان المدير من بداية الدوام العمل الى نهاية الدوام نهاية العمل وهو في جلسة لا تستقبل ابدا اذا الدائمية هي التي تنفي طرف المقابل قال والمطلقة يعني المطلقة العامة تقتضي ثبوت الحكم بالفعل. يعني دخل او دخلت النسبة الى ان نظمن تحققي بالفعل هذا هو بالفعل يعني خرجت من الإمكان نعم تقول الانسان كاتب بالامكان. ما معنى؟ جهة الإمكان الإمكان الخاص قد يكتب وقد لا يكتب كتب هنا دخل بالفعل كتب دخل بالفعل. يعني هذه اه النسبة نسبة الكتابة للإنسان صعب فعلية نعم خرجت من كان صارت بالفعل. هذه هي المطلقة العامة مرة يكتب على الدوام مرة يكتب في مقطع ما لا يهم نعم والمطلقة تقتضي ثبوت الحكم بالفعل يعني تقتضي آآ تحقق النسبة. في احد الجانبين فقط اما في الاجابة او السلبي وآآ تشمل الدائم وغير الدائم. اما ان تكون هذه النسبة الدائمية او لا مقطعية جيد وتتخلى عن الدائم المقابل فقط. لماذا قال فقط لان المقطعية الفعلية المقطعية كما بينت لك المدير عندو جلسة من العاشرة الى الثاني عشر واعطوك موعدا من على الساعة العاشرة ياودي هاد الكاتبة تعتذر تقول لك والله هذه الجلسة طارئة ومهمة مع وكيل الوزير ولا ادري من اسباب اصبر الساعة الثانية عشر المدير ينتهي ونستقبلك. اذا المقطعية لا تنفي المقابل الدائمية تنفي المقابل اذا كانت الجناس من بداية العمل الى نهاية العمل يعني من بداية الدوام الى نهاية الدوام لا يعطى لك فرصة مطلقة. اذا الدائم يتم في المقابل هي ان لا اقول لا تخلو نسبة المحمول الى الموت في القضية الف باء باء منسوب لي الف عن دوام الايجاب يعني دائميون لاليف. نعم. قد لا يكون ضروريا قد لا يكون ضروريا ودوام السلب اولى دواء اه مقطعي نعم يعني باء يثبت لالف في اه مساحة محددة ثم يختفي والمطلقة العامة هذا هو الاسم المصطلح. والمطلقة العامة ما هي? هي التي حوكم فيها بثبوت المحمول لمن? للموضوع او بسلبه سلب المحمول على الموضوع بالفعل مطلقا مطلقا يعني الدخول الى دار الوجود ثم السكوت دخول مقطعي يمكن دخول دائم يمكن دخول ضروري يمكن دخول لا ضروري يمكن المهم هو الخروج من الإمكان الخروج من القابلية نعم من غير التعرظ لقيد نزائد  نعم بقيت زائد ما معناه? دائمية مقطعية ظرورية لا ظرورية هذه كلها سكوت خروج من الامكان. تقول الانسان كاتب بالامكان. ما معنى? قد يكتب</w:t>
      </w:r>
    </w:p>
    <w:p>
      <w:r>
        <w:t>لا الان كتب قد يكتب ساعة قد يكتب اليها يوم القيامة ويكتب فرضك فالموجبة موجبة يعني الدخول الفعلي التواجدي. نعم فالموجبة تشمل دوام الايجاب دوام الايجاب يعني الانسان يكتب دائميا تقول لي الشيخ انا مستحيل ان اكتب دائمين فرض فرض فرظيا فقط اعملها في ذهنك انت نعم  والوجود الخالي عن الدوامين. هذه خالية عن الدوامين يعني الدوامة السلبي والايجابي. الوجودية نعم اصطلاح الوجودية اصطلاح والسالبة يعني النفي المحمول عن الموضوع تشمل دوام السلب والوجود الخالي عن الدوامين. نفس الشي اما ان يسلب المحمول عن الموضوع الدائمين او في مقطع ما. مساحة ما والسالبة تشمل دوام السلب والوجود الخالي عن الدوامين ويتخلى كل من الموجبة والسالبة عن الدائمين المقابلة لها كيفان. اذا تلك الدائمة كانت سالبة آآ المحمول مسلوب عن المحمول الدائمين. يعني ما في مساحة اه الموضوع يتلبس بمحمول اذا الدائمية الايجابية تنتفي اذا كان المحمول ثابت للموضوع دائما اذا سر بالمحمول عن الموضوع لا يكون نعم ولهذا يقول اه ويتخلى كل من الموجب او السالبة عن الدائمة المقابلة لها كيف? اذا كانت تلك موجبة تكون سالبة طبعا لا غير فهي عامة باعتبار شمولها للدائم الموافق والوجود عامة لكن اعم منها من? الممكنة الى الممكنة قابلية الدخول الى النظم الوجودي هي عامة نعم فالمطلق العامة دخلت تجيك عندها قابلية يعني تنسجم مع القابلية ومع الدخول. المطلقة العامة تنسجم مع الدخول فقط. قابلية ما فيه. فالممكن العامة اعم في الدائرة نعم الخص البحث الجهات فلسفة تشير الى كيفية النسبة مر نكون في دائرة القابلية فقط يعني بعدما دخلنا الى النظم الوجودي النسبة ما تلبست بالوجود هذا هو الإمكان الإمكان الخاص يعني قابلية الدخول دخلت وسكتنا. سكتنا عن الدوام لا دوام على المقطعية عدم المقطعية الضرورة. عدم الضرورة هذه المطلقة العامة الفئة الياء اقول شيخنا واذا كانت دائمية فيها الفعلية الفعلية يعني هي التواجد اجعلها دائمية تواجد موجود ام لا? نعم تقول لي موجود خلاص. فعلية تواجد المقطعي تواجد  المطلقة العامة موجودة بالضرورة التواجد موجود لا بالظرورة التواجد موجود فقط فقط مدخل ليه الإمكان لأن الإمكان هو قابلية الدخول بعدما دخلنا تقول الانسان كاتب بالامكان يعني قد يكتب وقد لا يكتب تقول الانسان كاتب اطلاق العام يعني كتب ولو دقيقة واحدة واذا كتب الدائمين ولا يتوقف المهم دخل دخل الى دار الوجود بالكتابة نعم لماذا انا اطبق بالامثلة? حتى تعرفون ان تجليات الانسان ليس فقط الانسان كل المخلوقات حتى الذات الالهية هي تجليات هذه النسب. يعني هذه كيفية النسب. يعني هذه الجهاد فالآن فيه منطق جديد في في الغلق اسس في امريكا منطق الموجهات نعم وعثر على مسائل ان منطقة رصدو الذي ندرسه نحن في الحوزة عجز عن حلولي عن حلول بعض المسائل بالمنطقة الموجهات غير المنطق السوري الرياضي وحل هذه المشكلات. نعم  انا الان اجمع الكتب بالمنطق الرياضي باللغة العربية وباللغة الاجنبية وادرس هذا العلم الجديد المنطق الجديد بعمق واذا وفقنا الله تعالى ندرسه الحوزاويين لان الجامعين يدرسون فقط هذا المنطق المنطق العصري جيت اذا المطلقة العامة ما هي الدخول الدخول يتصل بك صديقك يقول تقول له آآ الجمعة القادمة انا اتزوج. يعني عندي حفل مبارك لك فتشرفنا بحضورك هو عندو عذر هذا العذر قد يكون مانعا يوم الجمعة  للذهاب الى الحفل حفل الزفاف نقول له قد اتي وقد لا اتي. هذي ممكنة ممكنة ممكنة خاصة ما معناه? يعني قد لا يكون في الحفل ارتفع المانع وحضر هذه هي المطلقة العامة يقول لصديقه الحفل يبدأ من متائي وينتهي الى متى يقول يبدأ من الساعة الخامسة عصرا الى الساعة منتصف الليل يقول انا احضر كل الوقت هذه الداعمية؟ الدائمية في هذا المثال مرة يقول آآ احضر فقط ساعتين لاني مشغول القضية الوجودية هذي هي الوجودية اذا اذا كنا في الوجودية يعني يحضر ولا يحضر كلاهما فعل حضور وعدم الحضور اما اذا كان آآ الداعمين في الحضور من الساعة الخامسة الى منتصف الليل الدائمين الحضور اللادائي ما يكون ينتفي مطلقا. نعم نتا هي اذا عشت هذه الجهات التطبيقية بالامثلة التطبيقية تتضح جيدا في ذهنك الشريف نعم الوجودية اللادائية او المطلقة الخاصة الوجودية اللادائية يعني هاد المقطعية في مساحة محددة يعني حضور في الحفل ساعتين وجودية. الحضور لا يدوم الى نهاية الحفل او المطلقة الخاصة تسمى المطلقة الخاصة. المطلقة العامة هي لا بشرط المطلقة الخاصة بشرط شيء. بشرط المساحة المحددة نعم قال وما تخلى عن الدائمتين دائمة دائمتان هنا بمعنى الايجاب والسلب الديمومس الايجابية والديمومة السالبة. نعم عندك انت صديقان عزيزان صديق حضر في الحفل من بدايته الى نهايته هذا الديمومة الايجابية. الصديق الثاني لعذر او لكسل او او لم يحضر الزفاف حفل الزفاف مطلقا فهادي هي الدائمية سالبة. اذا عندنا دائمتان ايجابية وسلبية قال وما تخلى عن الدائمتين. يعني هذه النسبة لا هي الدائنية بالايجاب. ولا هي الدائمية بالسلب. فهذا هي المقطعية. تسمى الوجودية او المطلقة الخاصة. يعني صديقك يحضر في الحفظ لا اكثر ولا اقل. لا دوام حضوري ولا غياب حضوري. يحضر ساعتين ويروح نعم وما تخلى عن الدائمتين يعني لا يحضر بديمومة الى نهاية الحفل او لا يحضر مطلقا لا هذا لا. يحضر في مقطع خاص وما تخلى عن الدائمتين معا اخاص. يعني المطلقة الخاصة وتسمى الوجودية اللادئمية ويسمى وجوديا. نعم وجودية   اصطلاح فقط ما عندها علاقة بالأصالة الوجود والتحقق وطاردية العدم. اصطلاح اصطلاح وجودية يعني تواجد مع تواجد مع تواجد ما تواجد ماء تواجد ماء نعم نعم عندك نتا لا قدر الله لا قدر او نقول خلينا نمثل بالايجابيات بالامور التي تنعش النفس انك نتا الآن فترة زمنية في الصيف ايه اه تزوج بنتك زفاف بنتك. تزوجها بعد الزواج كم يستغرق تغرق يوما او ليلة وصديقك في وهذا الصديق عزيز عزيز جدا ويحب هذه بنتي كثيرة بحبا كثير من صغرها ويحب يحضر في زفافها وفي كندا تتصل به تقول له تشرفنا الى حفل ليلى ويحب كثير هذه الطفلة من صغرها  اه هنا حنا نحن امام اه امام حالتين اقول لا اقدر لماذا? لاني انا مرضت اه بعمل لمدة سنة لا يمكن ان ابرح واترك كندا ولو ثانية واحدة هنا بعض الحضور في الحفل هذه الوجودية لا تكون لا تدخل الى الفعل ابدا يعني لا يتواجد في الزفاف هذه الوجودية لا تكون لماذا لانها دمرتها الدائمية نعم هو ماذا قال هنا? وما تخلى عن الدائمة دائمتين هنا هذه الوجودية الحضور في الزفاف زفاف ليلى هذا آآ لا يكون. لماذا? لانه لم تتخلى عن الدائمية الدائمة يعني صديقه متورط بعمل دائمي  مرة لا يجيب يقول انا عندي الوقت سريع الاتي سريعا اتي ويحضر في الزفاف آآ مدة الزفاف لا تهم كم? اذا هذه الدائمية غير موجودة. تخلى تخلى تخلت هذه الجهة تواجد في الزفاف عن هذه الدائمية. لاحظت كيف? تطبيق عملي</w:t>
      </w:r>
    </w:p>
    <w:p>
      <w:r>
        <w:t>وما تخلى عن الدائمتين معا اخص المصطلح المطلق الخاصة او الوجودية. ويسمى وجودية وهو مركب من الاطلاقين وهو مركب من الاطلاقين. واضح جدا. نعم من الاطلاق الخاص والاطلاق العام لماذا? لماذا تواجد هذا الصديق في حفل زفاف ليلى عزيزا? ينطوي على الجهة الاطلاق الخاص والاطلاق العام تقولي واضحة جدا شيخنا العزيز. الإطلاق العام هو الحضور مطلقا الحضور مطلقا الحضور يعني تواجد الفعل في حفل الزفاف  اذا هنا المطلقة العامة احرزت نعم والمطلقة الخاصة هذا الحضور المقطعي هذا الحضور المقطعي  الاطلاق العامة الاطلاق الخاص موجود الاطلاق العام موجود والاطلاق الخاص موجود وهي واضحة جدا لانه اذا تحقق الاطلاق الخاص يجر معها الاطلاق العام لان الاطلاق الخاص ما هو? الحضور المؤقت الحضور المقطعي ما نقول مؤقتي زمنيا. لا الحضور المقطعي. يعني الحضور في حفل الزفاف قد يكون مدة قصيرة جدا اذا في فعلية بمجرد قل فعلية المطلقة العامة هي الحضور الفعلي ها اذا يقول ماذا يقول? يقول وتسمى ايه وهو مركب وهو مركب هو اه  ثبوت هو يعني ثبوت  الحكم تبوت المحمول للوضوء. وهو جب تحته ثبوت. ثبوت المحمول للموضوع. مركب يعني كيفية النسبة. وهو مركب من الاطلاقين. يعني بمجرد انت تدخل الى دار الوجود بنحو الديمومة بنحو المقطعية فالمطلقة العامة موجودة يبقى بنحو المقطعية المطلقة العامة موجودة والمطلقة الخاصة موجودة. نعم موجودة نعم تقول هكذا اتحدث يعني انا اتحدث بالامكان العام. اتحدث انتهى الامر انا اتحدث بالامكان اه اتحدى انا اتحدث الاطلاق الخاص يعني تحدث مقطعي فكلا الجهتين حاضر في هذا الحكم. نعم. اقول هذا تفسير اخر للمطلق الا انها مطلقة خاصة مطلقة في مقطع ما وهي التي حوكم فيها يفسرها على منحني التي حوكم فيها بثبوت المحمول للموضوع او بسلبه عنه لا دائمة. ديمومة منتفية مقطعية مقطعي فقط انت هنا يجب ان تنتبه الى مسألة الفعلية في النظم الوجودي واين انت تترجمها في النظم المنطقي. بمجرد تقول النظم المنطقي يعني الحوكم. يعني القضايا نعم اما النسبة اين تكون? تكون في منطقي. آآ في النظم التحققي النظم المنطقي. هناك آآ آآ كشف هذه النسبة ان الله بالمنطق مرض كاشف لكي نعم وهي التي حوكم فيها حوكم في هذه الجهة بثبوت المحمول للموضوع او بسلبه عنه لا دائما اما الدخول او عدم الدخول الديمومة غير موجودة وتسمى وجوديا لا دائمية. لا دائمية يعني عطف تفسيري في تصوري وهي مقابلة للدائمتين نعم الحضور المقطعي ينفي الدوام عدم الحضور المقطعي ينفي الدوام. واضحة جدا نعم وهي اخص من المطلقة العامة. كما ان المطلقة على العامة اخص من الممكنة تقول شيخنا كيف اخص? انا اتحدث في مقطعين هنا المطلقة الخاصة موجودة والمطلقة العامة موجودة لكن المطلقة العامة تتسع للديمومة. وانا تحدثت في مقطع. اذا المطلقة العامة عام. المطلقة الخاصة اخص. نعم نعم وهي اخص من المطلقة العامة لاشتمال تينك على هذه يعني الاشتمال تلك تلك يعني المطلقة العامة نعم لأنه المفروض هنا يظهر ولا يضمر وما فيه ما فيه ركاكة بلاغية. نعم. تلك مبهمة تعود الى المطلقة العامة او المطلقة الخاصة ما معلوم بالقرينة معلوم هنا انت ليش تضمر اه شيخنا العزيز اظهر العبارات تقول هكذا وهي اخص الحديث عن المطلقة الخاصة هذا واضح وهي هي تعود الى المطلق الخاص وهي اخص من المطلقة العامة لاشتمال المطلقة العامة جميل لاشتمال المطلقة العامة على هذه حتى هذه لا يأتي بها يقول الاشتمال المطلقة العامة على المطلقة الخاصة وعلى الدائمية الموافقة الموافقة الموافقة لمن? للمطلقة الخاصة. يعني اذا كانت آآ اذا كان دخول مقطعي ايجابي الموافق هو الدخول الدائم الايجابي اذا كان الخروج المقطعي يعني السالب تكون الديمومة السالبة هذا هو بمعنى آآ الموافق. نعم اذا المطلق العمى عام دائرة لانك تشمل الديمومة نعم واضحة جدا هذه نعم تخيلوا عندنا مؤتمر مؤتمر في النجف اوفقوا او في نيويورك او في باريس او في لندن او في دلي الى يوم او في كربلاء او في بغداد او في القاهرة او في الجزائر مؤتمر المفروض في الجلسة لضيق الوقت يتحدث لنفرض مثلا عشر اشخاص. اليوم التالي كذلك عدد خاص وبدأ المؤتمر من الساعة التاسعة الى الساعة مثلا الثامنة ليلا ويد ويصعد الى المنصة بروفيسور كبير لا وهبة ويحترم وبدأ بالحديث ولم يتوقف في البداية المؤتمر الساعة التاسعة الى الساعة الثامنة نعم انا اسألك المطلق على العامة حاضرة? تقول لي نعم حاضرة يا شيخنا لان الملاك والدخول الفعلي الدخول الفعلي وان كان الدائمين المطلقة الخاصة تقولي الشيخ مطلقة خاصة هو في قانون المؤتمر المفروض يعيش الوجودية يعني المطلقة الخاصة بمعنى انه يتحدث عشرين دقيقة نص ساعة وانتهى الامر هذه هي الوجودية. الدخول المقطعي الى انه هو لم يراعي قوانين المؤتمر ومقتضيات المؤتمر لهيبته آآ اعلاميته كلهم سكتوا نعم كلهم سكتوا فهو اخذ كل الوقت هذه هي الدائمية اذا يمكن لغيره ان يتحدث مقطعيا تقول لا لا يمكن شيخنا. لان الدائمية تضرب اللادائيمية. تضرب الوجودية واضحة جدا نعم لاحظت كل تجليات الوجود لا تخلو من هذه الجهات. نعم  وهي يعني المطلقة الخاصة يعني الوجودية. اخص من المطلقة العامة لاشتمال المطلقة العامة على المطلقة الخاصة وعلى الدائمية الموافقة الموافقة للمطلقة الخاصة. يعني اذا كنا في الايجاب آآ المطلقة العامة تكون موجبة. اذا كنا في السلم تكون المطلقة آآ الدائمية آآ السالبة. وخلو وخلو هذه وخلوا هذه يعني وخلوا المطلقة الخاصة يعني الوجودية عن الدائمتين. نعم لوجود يعني الدخول المقطعي. تأتي وتحاضر عشرين دقيقة سيادة الدكتور نصف ساعة سيادة الدكتور ساعة سيادة الدكتور مقطعي هذه الوجودية حتى تترك الفرصة لغيرك  اما اذا استغرقت كل وقت المؤتمر هذه الدائمية. طبعا الدائمية نسبيا  دائمي النسبية يعني الدائمية في عرف المؤتمر لا تترك الفرصة لغيرك. اذا الدائمية تظرب الوجودية. والوجودية تظرب الدائمية لاحظت? ولهذا يقول وخلوا هذه يعني المطلقة الخاصة او الوجودية عن الدائمتين. اذا كانت وجودية لا تكون دائمية. معناه هذا الاستاذ الكبير صعد المنصة في المؤتمر والقى الكلمة الرائعة في نصف ساعة اه  جميل هذه هي الوجودية نعم وهي مركبة من المطلقتين العامتين المخالفتين بالكيف نعم وهي مركبة من المطلقتين يعني هنا فسرها مركبة ليس آآ وهي مركبة من الاطلاقين الاطلاقين هنا هنا انا فسرتها بالاطلاق العام والاطلاق الخاص هو فسرها بالاطلاق العام الاجباري الاطلاق العام السلبي نعم صحيح تفسيري صحيح وتفسير على منح لصحيح انا ماذا اقول اه المطلقة الخاصة هي الدخول الفعلي. يعني صعدة المنصة في المؤتمر والقى المحاضرة في نصف ساعة فبقي الوقت نعم اذن دخول وجودي دخول اه بالمطلقة الخاصة الملتقى الخاصة تحققت في نص ساعة. جميل. والمطلقة العامة. نعم تحققت. من المطلقة العامة لسانها الدخول الفعلي والسكوت. قد تكون مقطعية قد تكون دائرية. هذا تفسيري انا. لعلم الحلي يقول لا. يقول</w:t>
      </w:r>
    </w:p>
    <w:p>
      <w:r>
        <w:t>لا يقول لا فسرها هو ان المطلقة الخاصة تشمل على تشمل على يقول مركبة من المطلقتين العامتين المخالفتين بالكيف يعني هي مركبة من المطلقة اه المطلقة الدائمية المطلقة العامة اه مطلقا العامة هاه  اه لا ما في ديمومة هنا خصهم الديمومة مذكورة لا معنى لذكرها هنا. وهي مركبة من المطلقتين العامتين المخالفتين بالكيف. نعم. يعني انت الان اه انسان مطبق لك بالأمثلة حتى تفهم جيدا جمال هذه الجهاد هذا العالم محبوب صاحب فكر وابداع وابتكار محاضرته تقدر اه تقدم تقدير رائع جدا من حيث العلم بجميع الحيثيات  هو يحاضر من الساعة التاسعة الى الساعة العاشرة ساعة مثلا في المؤتمر. مثلا نعم فيه استاذ اخر يعشق هذا العالم ويحب كثيرا فيه في حيثية العلم طبعا فيصل الى الساعة الحادية عشر الأستاذ الكبير انتهى من محاضرته يسمع ولا يسمع ليسمع المحاضرة لان انتفت اذا عندنا دخول فعلي ايجابي وعندنا دخول فعلي سلبي يعني رفع الدخول اذا المحاضرة من العاشرة الى الحادي عشر دخول ايجابي بعد الحادي عشر خروج يعني دخول سلبي يعني غير موجودة المحاضرة هذا هو المركبة هذه هي المركبة اذا الذي يصل الساعة الحادية عشر يسمع المحاضرة? لا خصوصا اذا رجعنا الى خمسين سنة الى الوراء او اربعين سنة ما في هذه اه اه وسائل تواصل لا يتوب ولا يحزنون ولا ولا ولا تسجيل المهيم المحاضرة المباشرة الحية لا يشاهدها. لماذا? لان هناك النسبة موجودة او مرتفعة. تقول مرتفعة شيخنا لا يحاضر هناك سعر بعد الساعة الحادية عشر ما في محاضرة سلبون سلب يعني المطلقة العامة السلبية حين المحاضرة المطلقة العامة الاجاء بها نعم ولهذا يقول وهي مركبة من المطلقتين العامتين المخالفتين بالكيفية. حاضرة كيف ايجابي انتهت المحاضرة كيف كيف سلبي  تفسير اه العلامة الحلية يختلف عن تفسيره وانا في تصوري اه كلا التفسيرين مقبول ثم يمثل بالرمز لان اذا قلنا كل جيم باء لا دائما يعني المحاضرة المترشحة من الاستاذ المحاضرة هي باء الأستاذ هو جيم يعني جيم يعني الأستاذ يحاضر كمثال لان اذا قلنا كل جيم لا دائما فها هنا حكمان احدهما ايجابي وهو كل يعني الاستاذ يحاضر في مقطع ما والثاني سلبي وهو الاستاذ لا يحاضر اي بعد الحادي عشر. ولا شيء من جيم لان اللادوام هو اشارة اليه نعم اللا دواب اشارة الى جهة ايجابية جهة سلبية واستنى العزيز هذا المنشط منشط المؤتمر  بالفارسي يقول المجري نعم المنشط آآ المؤتمر يقول للعالم الكبير استاذنا العزيز عندكم ساعة فقط. يعني حتى يفهم الأستاذ الكبير انه لا يتحرك في الدوام. نعم يتحرك في الدائمية ليس جهة دائمية اه ساعدنا يعني هنا وجودية. يعني عندك انت الوجودية امامك فقط. ما عندك الدائبية الاستاذ يفهم يحاضر ساعة وينقطع هذا حين المحاضرة ايجاب يعني الأستاذ يتحدث يحاضر الإجابة ام لا? اجابة. بعد الحادي عشر تنقطع المحاضرة. الأستاذ نعم. ليس الأستاذ يحاضر. ماذا قال يقال لا شيء من جيم يعني لا شيء من الاستاذ يحاضره  لان اللا دوام هو اشارة اليه اللا دوام هذا المنشط ماذا قال له? قال له عندك ساعة يعني لا دوام ما تتحرك الى اخر الوقت وهو وهما مطلقتان نعم مطلقتان يعني مطلقة عامة  اه ايجابية مطلقة عامة سلبية. يعني الدخول فعلي ايجابي ودخول فعلي سلبي يحاضر ولا يحاضر مع فالوجودية مركبة من الموط لقد مطلقتين مطلقة العامة الايجابية يعني الدخول الفعلي والمطلقة العامة السلمية عليه الخروج الفعلي. يعني المحاضرة وانتهاء المحاضرة انتهى الامر نعم  واضح? نعم  هذا هو تواجدي في مقابل الكاميرا اي جهة اذا اجبت وقلت مطلقة عما صدقت اذا دققت اكثر وقلت مطلقة خاصة وجودية صدقت لان المطلقة العامة هو الدخول فعل انا تجاوزت الوقت كثيرا ولم انتبه لحلاوة المطلب.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