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نسبة المومكين الممكنة العامة هنا وليس الممكنة الخاصة. انا اقارب المسألة على مستوى الممكنة العامة والممكنة الخاصة نسبة ممكنة الى المطلقة المطلقة يعني المطلقة العامة والمطلقة الخاصة لا فرق. فقال يعني محقق التونسي اذا نسب الامكان الى الاطلاق بالنسبة للمصداقية كان الاطلاق اخص اطلاق العام او الاطلاق الخاص اخص يعني اضيق الدائرة من حيث المصداق لانه تعليل لانه لا يتناول الحكم بالقوة لانه هذه الهاء الظمير ارجحها انت الى الاطلاق الى الاطلاق. لان الاطلاق لا يتناول الحكم بالقوة. القوة يعني الامكان. يعني قابلية في الدخول نعم اقابلية عدم الدخول. نعم ويتناول الحكم بالقوة الامكان خلينا نقارب المسألة على مستوى دائرة الامكان العام ثم نحلل الامكان الخاص. الامكان العام هذه هي القاعدة الف باء موضوع محمول الف باء بالامكان العام. عندنا الف موضوع عندنا با محمول عندنا النسبة بالايجاب نسبة ايجابية مكيفة بالامكان العام. يعني هذه النسبة مكيفة بالامكان العام الإمكان العام معناه ان با روحنا لنقف لا باء بلب انظر مبدأ التناقض دائما يدخل في القضايا  اذا نفيت ظرورة لبأ انت في الامكان العام  مثاله الانسان واقف بالامكان العام واقف وفقا لمبدأ التناقض رحل النقيض ما هو اللا واقف الا واقف ضروري للإنسان يعني الإنسان بالضرورة يبقى لا يمكن ان يقف لا تقول لا شيخنا العزيز اذا اذا لم يتورط باللا وقوف ينفتح على الوقوف. يمكن ام لا? يمكن يمكن ان يقف هذا بالامكان لها ولهذا يقولون الامكان العام هو نفي ظرورة الطرف المقابل نفي ضرورة الطرف المقابل الف باء بالإمكان العام باء ما هو الطرف المقابل? اللا باء نفي ضرورة اللعب اذا قلنا الانسان قائم بالامكان العام يعني لم يتورط بالضرورة اللا قائم يعني يجلس بالظرورة لا يمكن ان يقوم لا تقول لي هذا شيء غير معقول اذا يمكن ان يقوم? تقول نعم يمكن ان يقوم من جلوس اذا تقول الف باء بالامكان اذا هنا نفي للضرورة نفي للظرورة اما ضرورة الايجاب او ضرورة السلب اذا كنت في الف باء بالاطلاق العام او ليس الف باب الاطلاق العام. لا فرق هذا هو الإمكان العام اذن الإمكان العام اشمل من المطلقة العامة لانها تشير الى الظرورة وتشير الى قابلية الدخول اما الدخول بالضرورة او الدخول بالإمتناع قابلية الدخول اشمن ام لا? اشمل دائرة اشمل المطلقة العامة داخلة في دائرتها. والمطلقة الخاصة داخلة في دائرة المطلقة العامة نعم  فتدخل من باب اولى في دائرة الاطلاق العام نعم انظر ماذا يقول واذا نسب الامكان الى الاطلاق كان الاطلاق اخاص يعني اذا نسبنا الامكان الى الاطلاق من ناحية المصداق كان الاطلاق اضيق مصداقا من الامكان الامكان اه عام الى الإمكان يشمل الإمكان العام يشمل الضرورة بالإيجاب والضرورة بالسلب يعني الوجوب والإمتنان وقابلية الامكان بالخاص نعم اما المطلقة الخاصة دخلت الوجود القابلية بعد انتفت اذا هي ما تشمل القابلية ما تشمل الامكان لانه يعني الاطلاق الاطلاق لا يتناول الحكم بالقوة. ويتناول الحكم بالقوة الامكان اقول الممكنة العامة العلامة الحل فسر الإمكان بالإمكان العام اذا نسب الى المطلقة العامة النسبة المصداقية يعني التقابل المصداقية كانت اعام ما معنى اعم? لان هي اه تشمل الضرورة ضرورة الايجاب او ضرورة السلب كما بينت لكم هذا الامر. وقبلية الدخول المطلقة العامة ما عندها قابلية الدخول. قد تكون ضرورية بالايجاب. قد تكون ضرورية بالسلب يعني وجوب وامتناع ام لا تكون ابدا بالقوة ان الدخول الفعلي في القوة. نعم لان المطلق العامة هي التي حوكم فيها بثبوت المحمول للموضوع بالفعل. يعني التواجد في دار الوجود الدخول الفعلي فلا تتناولوا المطلقة العامة ما يمكن ثبوت. يعني القابلية للدخول لا ولم يثبت بعد نعم قابلية الإمكان لا يدل على الدخول وقد يدخل? نعم. لكن لا يدل على الدخول. يدل على قابلية الدخول مع ان الثبوت بالفعل يستلزم امكانه قطعا نعم يستلزمه لكن لا ينطوي عليه تقول الانسان بالنسبة الى الكتابة قد يكتب يعني عدم الكتابة ليست ضرورية له ينفتح على الكتابة واذا كتب يعني يخرج من الامكان? لا. تبقى الكتابة ممكنة نعم ولهذا يقول مع ان الثبوت بالفعل يستلزم اما كانه قطعا يعني الذي يدخل بالفعل يعني كان ممكنا يستلزم الإمكان نعم واما الممكن فهي التي حكم فيها برفع الظرورة عن الجانب المخالف  اذا قلت الف باب الإمكان نعم يعني اللا باء ليس ضروري لألف لا يتورط به اذا لم يتورط باللاء الف ينفتح على الف. بالامكان العام. هذا هو سلسفة الايمكان العام. هنا اه اذا شئتم اه تفكيك المتن على طريقة الحدثيين ان اه المحور الدلالي والمحور كما يفسره بعضهمائي. احسن اسهل اه المحور الدلالي يعني هناك تعرف الاشياء تحلل المفاهيم آآ المحور يعني تدلل على الامر المعرفة تنتج المعرفة ما هي الادوات التي تثبت القضية? هذا المحور الدلالي. ثم تبحث عن المسألة في دائرة الوجود المحور الانطلوجي اه تبحث عن القضية كيف طابقت الواقع المحور الصدقي  نعم كيف تم الاعتقاد بالقضية في دائرة النفس الانسانية? المحور السيكولوجي. هذه المحاور يجب ان تجليها في المتن حين التطبيق. نعم جميل اذا اردنا ان نعمل ذلك واما الممكنة فهي التي حوكم فيها برفع الضرورة عن الجانب المخالف. هنا محور الدلالي. يعني اه محور دلالي ومحور ابستيمي. لانه يعرف اه الممكنة العامة فهي التي حوكم فيها برفع الظرورة عن الجانب المخالف الف باء باء ما هو الجانب المخالف؟ اللا باء فاللباء ليس ضروريا لالف اذا كان ضروري الا الف لا يكون ابدا اذا انتفت الظرورة من جهة الله باء بالنسبة الى الف ينفتح على باء تقول الف باء بالامكان يعني عنده قابلية للتعين هذا هي العبارات. وهو شامل لما يثبت الحكم فيه بالفعل ولما يثبت بالقوة المحور. نعم نعم. كل من دخل الى دار الوجود هو بالامكان العام لماذا? لان الامكان العام عنده دائرة الوجوب يعني الدخول الايجابي وعنده ذات الامتناع الخروج الضروري يعني امتناع طرف سلبي وعنده الإمكان الخاص كل الجهات يعني كل الدخول تشمله الممكنة العامة. اما المطلقة العامة تشمل كل الدخول لكن قابلية الدخول ما عندها. الإمكان العام. الإمكان العام يشمل كل ما دخل دار الوجود او كل ما سلب من دار الوجود. لماذا? لأنها تتجلى في ضرورة الإيجاب وضرورة السلب وآآ الامكان الخاص قد يدخل وقد لا يدخل والقبيلية كذلك المطلقة العامة لا المطلقة العامة ما عندها القابلية دخول فعلي خلاص دخول فعلي يعني قابلية خرجت الى الفعلية. نعم يعني ما في قابلية. من هنا تكون الممكن العامة من حيث المصداق اشمل من المطلقة العامة. نعم. وهو شامل يعني الامكان العام لما يثبت آآ</w:t>
      </w:r>
    </w:p>
    <w:p>
      <w:r>
        <w:t>آآ الحكم فيه بالفعل يعني تنطوي على جميع مصاديق المطلقة العامة ولما ثبت بالقوة المحضة تشمل القابلية التي لا تطالها المطلقة العامة. نعم جيد وكذا هي اعم من المطلقة الخاصة المطلقة الخاصة هي الوجودية الدخول المقطعي الدخول المقطعي اذا كانت المطلقة العامة اعم من المطلقة الخاصة الامكان العام اعم من المطلقة العامة فمن باب اولى ان تكون اعم من المطلقة الخاصة من الوجودية سهلة جدا المسألة بقياس منطقي قبلي نعم نعم وكذا هي من يعني الممكنة العامة. اعم من المطلقة الخاصة. بل من كل قضية موافقة لها في الكيف والكام مع كل قضية موافقة لها في الكيفي والكم. يعني الموافقة في السور كل وايجاب او اه كل سلبي وسلب. اقول لا شيء من الف باء او كل الذمة سهلة جدا هذه المسألة وكذا هي يعني المطلقة آآ الممكنة العامة اعم من المطلقة الخاصة لماذا ما هو السر؟ لانها اعامل المطلقة العامة التي هي اعمال المطلقة الخاصة بل من كل قضية موافقة لها في الكيف والكيف. كل قضية دخلت دار الوجود بالفعلية فهي اعم منها اعم حتى من الممكنة الخاصة واما الممكنة الخاصة الممكنة الخاصة ان متساوية النسبة الى الطرفين تقل انسان قد يكتب وقد لا يكتب قد يقوم وقد لا يقوم قد ينوجد وقد لا ينوجد. وجود وعدم فان بينها يعني بين الممكن الخاصة وبين المطلقة العامة عموما من وجه نعم عموم من وجه العموم من وجه يعني فيه دائرتان متقاطعتان الاشتراك في جزء فقط في جزء فقط نعم ما هو الاشتراك كل ما دخل الى دار الوجود تا هو قد كان في الرتبة السابقة متساوي النسبة نعم الا في آآ في واجب الوجود هناك لا لا يعتبره الامكان الخاص لكن الامكان العام يطاله يطاله اذن جهة التميز في الإمكان العام هي القضايا التي فيها الضرورة الازلية وجيت التميز اللي الممكنة الخاصة هي القابلية يعني عدم الفعلية قابلية بعد لن نصل الى الفعلية. جيت الاشتراك يعني الدائرة المشترك فيها حين التقاطع كل القضايا التي ليست من الضرورة الازلية التي لا تتصل بالذات الالهية والصفات الالهية كلها كانت ممكن اننا مخلوقة صحيح ام لا? يطالها الامكان وان دخلت دار الوجود فالنسبة هي العموم والخصوص من لصدقهما في مادة الوجودية نعم يعني الممكنة الخاصة تصدق في الوجودية لأن قد تدخل وقد لا تدخل وصدق الممكنة بدونها في مادة ثبتت بالقوة المحضة الممكنة الخاصة تتميز بالقوة فعلية لا فعلية قلت فعلية يعني الخروج من القوة. وصدق المطلقة بدونها في مادة الظرورة. اي مادة الظرورة اه هنا انا في تصوري في خلط اه خلط معرفي والناتج من خلط انطولوجي نعم قلنا انزع الظرورة الازلية، الظرورة المختصة بالذات الالهية كل من كان ظروريا في عالم الامكان. ممكن او ليس بممكن. تقول ممكن شيخنا لانه مخلوق لم يكن ثم كان مع اذا لماذا يقول وصدق المطلقة بدون الممكن الخاصة في مادة الضرورة هنا خلط انا في تصوري وانتم تأملوا في هذا الامر جيدا خلط بين الضرورة الجهة والظرورة الفلسفية الظرورة بالغير او الضرورة بشرط المحمول  نعم خلط خلط بين الضرورة كجهة والظرورة الفعل سفياء اه الميتافيزيقية يعني الضرورة بالغير او ضرورة بشرط المحمول تلك الضرورة ضرورة باعتبار العلل باعتبار العلل يعني ابنك انت الان انت الان اعزب تسمعني ونتي عازبة او عزباء انت الان غير متزوجة انت غير متزوج. ابنك بالقوة يعني بالامكان اليس كذلك ممكنة هنا الفعلية غائبة يعني المطلقة العامة غائبة. هنا الإمكان الخاص هو المسيطر جاءت العلل يعني انت تزوجت انت تزوجتي تم الأمر كلشي سليم المناخ سليم تمت العلل المعدة الله يخلق الولد الإبن يصير ظروريا باعتبار ذاته ام باعتبار علله لا تقول باعتبار علل يا شيخنا هل هي الضرورة بالغير? اما باعتبار ذاته يبقى ممكنا ام لا? يبقى ممكنا وان كان دائميا. وان كان دائميا لا يهم ديمومة وجودية لا يهم اذا هنا خلط بين الظرورة الفلسفية ظرورة بالغير او ظرورة بشرط المحمول بعدما تحقق ابنك لا معنى لان يحققه الله مرة ثانية الابن الموجود موجود بالظرورة الظرورة الاولى ظرورة بالغير تسمى الظرورة السابقة والضرورة بشرط المحمود تسمى الضرورة اللاحقة. هذه بحوث ميتافيزيقية ما عندها علاقة بالجهاد اذا هنا خلط بين الظرورة الميتافيزيقية والجهة الجهة اذا تقول الممكن العامة لا الممكنة الخاصة الممكنة الخاصة اشمل من المطلقة العامة. بحيثية واحدة فقط وهي قابلية الدخول قابلية الدخول ويشتركان في جميع المخلوقات التي دخلت في عالم الخلق كانت هناك المطلقة العامة باي مناك الفعلية وكانت الممكنة الخاصة باعتبار الذوات بمعزلة عن العلل اذا جئنا الى الذات المقدسة الذات الالهية المطلقة هل يطالها الإمكان الخاص? تقول لا مستحيل يطالها في صفاتها تقول مستحيل اذا الإمكان الخاص لدائرة الذات الالهية الذي هو فعلي بذاته وصفاته هناك الامكان الخاص غير موجود. اذا عندنا دائرتان الدائرة الاولى هي المطلقة العامة. الدائرة الثانية هي الامكان فتتقاطع اين الاشتراك في كل المخلوقات هذا هو الاشتراك تقول كيف المخلوقات يعني دخلت الى عالم الخلق بمجرد ان تقول دخلت الى دار الخلق يعني الفعلية نعم المطلقة العامة حاضرة. هذه الذوات واجبة ام ممكنة? لا تقل ممكنة. اذا هذه هي الداء داء الاشتراك فيما تتميز اه الممكنة الخاصة الواقعيات التي لم تدخل بعد حفيدك مثلا حفيدك فعلي الان? لا انت غير متزوج. حتى لو تزوجت ما عندك ابن حتى يتزوج وعنده حفيد. حفيدك يبقى في الامكان الخاص. قابلية الدخول. ما عنده فعلية اذا تمتاز يعني جهة الإمتياز تمتاز الممكنة الخاصة القابلية. قابلية الدخول يعني الواقعيات التي لم تدخل بعد. وتمتاز اه المطلقة العامة بفعليات لا يطالها الإمكان الخاص من الذات المقدسة و اه صفاتها المطلقة فالعموم الخصوص من وجه العموم الخصوص بالوجه دقق جيدا معي واما الممكنة الخاصة فان بينها وبين المطلقة العامة عموم الولوج. اذا النسبة المصداقية سلمنا بها. صحيح عموم عموم وخصوص من وجه  انكملو العبارة ثم نشرح النسبة المصداقية للجامعي. الحوزاوي يعرفها عموما من وجه ما معناه? يعني دائرتان متقاطعتان جيت التقاطع هذا جهة الاشتراك  في جانب مميز وجانب مميز لصدقهما تعليل لهذه النسبة المصداقية لصدقهما يعني الممكنة الخاصة والمطلقة العامة يصدقان في مادة الوجودية لا ليست مادة الوجودية يصدقان في كل المخلوقات وكل فكل المخلوقات الإنسان خلق للأبد النبي الاكرم صلى الله عليه واله يقول خلقتم للابد يعني دائمية ام لا? دائمية اه هناك اه الدائمية يعني الفعلية بنحو الدائمين الدائمية ليس بنحو الوجودية وهذا الانسان ممكن ام واجب? تقول لا ممكن اذا الديمومة موجودة الدائمية موجودة لماذا تخصصها الوجودية المقطعية لصدقهما في مادة الوجودية. انا اقول لصدقهما في جميع المخلوقات تقول شيخنا العزيز بعض المخلوقات ظرورية هنا الخرق الظرورة الميتافيزيقية بالظرورة الجهاد ظرورة هذي ظرورة باعتبار العلل. اما باعتبار الموظوع الموظوع يبقى ممكنا. نعم</w:t>
      </w:r>
    </w:p>
    <w:p>
      <w:r>
        <w:t>لصدقهما في مادة المخلوقات مطلقا يعني الوجودية والدائمية والظرورية واللا ظرورية في عالم الخلق في المخلوقات والصدق الممكنة بدون المطلقة العامة في مادة ثبت بالقوة المحضة. يعني الواقعيات التي لم تدخل ويمكن ان تدخل. هنا الفعلية غير موجودة. يعني المطلقة العمى غائبة. اما الممكنة الخاصة موجودة ممكنة. يعني قابل ان يدخل نعم وصدق المطلقة بدون ممكن الخاصة في مادة الضرورة مادة الضرورة التي تتصل بالله تعالى وصفاته اما الضرورة في عالم الإمكان هادي ضرورة ميتافيزيقية. وجوب الغير يعني الضرورة بالغير والضرورة بشرط المحمول. هذا هو الخلط. خلط بين الظرورة اه في داءة العلية والمعلولية والظرورة في دائرة الجهة لا الانسان الان تمت كل موجبات خلقه ان وجد بالضرورة بالغير. ثم بالظرورة بشرط المحمول هو خرج من الإمكان يعني صار الها ان بقي ممكنا بقي ممكنا اذا الان كان حاضره مع الضرورة حاظر لا يحظر في الظرورة الازلية كما سيأتي. الظرورة المختصة بالله تعالى. تقول آآ باللسان الديني خلينا باللسان الديني. الله موجود بالظرورة الازلية يعني الوجود لا يعطى للذات المقدسة ابدا تقول الله حي بالظرورة الازرية. يعني الحياة لا يمكن ان تسلب عنه مطلقا ولا تعطى له مطلقا هادي خاصة بالله هناك الإمكان يغيب لكن الفعلية موجودة نعم الفعلية موجودة هكذا يجب ان نفهم عموم خصوص من وجه الصحيح اما تحليل العلامة الحلي للمسألة انا في تصوري في خلط بين ضرورتين. ضرورة الجهة اللي هي تشير الى كيفية النسبة والضرورة بالغير او الضرورة بشرط المحمول التي تشير الى اكتمال موجبات الخلق نعم نعم  وهي اعم من المطلقة الخاصة مطلقا. طبعا اذا كانت اه الممكنة الخاصة اعم من المطلقة العامة تكون من باب اولى اعم من المطلقة. الخاصة. وهذا يضرب تفسير العلامة الحلي. يخالف تفسير العلامة الحلي نعم نعم المفروض يقول الممكنة الخاصة تساوق تساوي الوجودية على مبنى ويقول اعم لماذا? لان الدائمية هذا المخلوق الدائمي في ذاته ممكن ام واجب لا تقل ممكن ضروري بعلله يبقى ممكنا يبقى مخلوقا ضعيفا فقيرا وجودا رابطا كما يقول صدلا متألهين. نعم يجب ان نفهم المسألة هكذا نعم هكذا. خليني الان ابين اه النسبة المصداقية للجامع ان هذه الامور لا يستأنس بها النسبة المصداقية يعني عندك مفهومان عنوانا كل عنوان يشير الى النظم الوجودي. العنوان طبعا في النظم المنطقي. مفاهيم العنوان الاول له دائرة يتواجد فيها والعنوان الثاني باء الف باء باء له دائرة يتواجد فيها. هل بالضرورة ان تكون الدائرتان متباينتين لا ليس بالضرورة. قد تكون وقد لا تكون في حالة لا تكون في حالة التباين يعني التداخل التداخل على قسمين تداخل مطلق يعني دائرة صغيرة داخل الدائرة الكبيرة اولى في تقاطع بالتقاطع اولا الدائرة تساوي دائرة هي هي تساويها هي هي تساويها اذا كنا في حالة التساوي يعني هذا التساوي المصداقي. يعني النسبة المصداقية هي نسبة التساوي يمثلون من باب التمثيل لا تناقشوا المثال جزاكم الله خير الإنسان والبشر الانسان مصادقه من مصادقه هذا الحيوان الناطق وعنوان البشر من مصادقه? هو هذا هو الحياة ومن المناطق اذا عنوان الانسان وعنوان البشر عنوانا لهم دائرة صدق واحدة هذا التساوي لماذا قلت لك لا تحاسبني على المصطلح? لان الانسان في القرآن كلما ذكر مذموم والبشر كلما ذكر ممدوح. لا يهم الان فهمت التساوي. الان لا اه دائرة الحيوان ودائرة الإنسان كل انسان حيوان ولكن الحيوان يتسع الى البقر الى الحمار الى الاسد الى الزرافة. اذا هنا عندنا دائر في الحيوان نعم داخلها دائرة الانسان. هذه عموم وخصوص مطلق. هذه عموم وخصوص مطلق. مرة لا العنوان الاول والعنوان الثاني يتقاطعان في دائرة فقط. ويتميزان بالتميزات هذا والعموم والخصوص العموم والخصوص مطلق نعم يعني دائرتان متقاطعتان يشتركان في بعض المصادق ويتميز الاول العنوان الاول بمصادقه الخاصة ويتميز العنوان الثاني بمصادق خاصة. هذا يسمى العموم والخصوص اه من واد او التبايؤون عنوان الانسان وعنوان الحجر عنوان الانسان له مصديق هو الحيوان الناطق والحجر له مصاديق متعددة عقيق حديد وو هذا التباين يعني النسبة المصداقية التباين المصاديق متباينة هذا للجامعي العزيز ثم يطبقه هو يطبقها هو على تطبيقات كما يشاء نعم. واللهم صل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