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بسم الله الرحمن الرحيم. سبحان الله. الله يا الله. والحمد لله الله ولا اله الا الله يا الله والله اكبر اعوذ بالله من الشيطان الرجيم بسم الله الرحمن الرحيم وبه تعالى نستعين والصلاة والسلام على محمد واله الطيبين الطاهرين اللهم صلي على محمد وال محمد اللهم ارزقنا التوفيق والاخلاص وصلنا معكم الى هذه الفقرة نسبة الدائنية والضروري قال فالدائم يعني الجهة التي يدوم فيها المحمول ليه لموضوع يقول فالدائم اعم من الضروري ضروري قد يكون مقطعيا قد يكون دائميا لان مقابل الاخص اعم من مقابل الاعم ولعلهما في الكليات يجريان مجرى واحدا اذا الدائمية ما معناها? يعني المحمول في ثبوته للموضوع يطال المساحة كلها لا تجد ثغرة ينتفي فيها المحمول عن الموضوع تكون ظرورية يعني الدوام ضرورية ساكتة فقط الديمومة نعم فتنسجم معها الضرورة الدائمية ولا تنسجم معها الظرورة المقطعية ولا تنسجم معها الوجودية اذا هي اعم من الظرورات تشمل الظرورة الدائمية والظرورة غير الدائمية. دائرة اوسع نعم ولهذا قال فالدائم اعم من الضروري لان عندنا الدواب ينسجم مع اللا ضرورة ومع الظرورة اذن الدائرة اوسع لان مقابل الاخص اعم من مقابل الاعم. طبعا هذي قاعدة عقلية اجعل انت دائر باء كبيرة ودائرة الف في داخلها الان رحل المقابل ما معناه? اخرج من الدائرتين تبدأ من الدائرة الصغيرة داخلا اشعتها ممتدة وتبدأ من الدائرة الكبيرة من نهايتها اشعتها تمتد هنا اسألك من الاشياء الاوسع والاطول تقول شيخ شيخنا اشعة الصغيرة هذا هو نقيض الاعم او مقابل مقابل الأخص اعم من مقابل الأعم نعم. الأعم بمقابله ينكمش الأخص في مقابله يتسع. هاي القاعدة شهودية قاعدة شو? دية يكفي فيها مبدأ التناقض اذا عندنا اعم في مقابله ينكمش الاخص في مقابله يتسع المتسع ينطوي على المنكمش ولهذا يقول لان مقابل الاخص ليس الاخص مقابل الاخص اعم من مقابل اعم لان الاعم في مقابله ينكمش الاخص في مقابله يتسع ولعلهما في الكليات يجريان مجرى واحدا في الكليات يعني القضايا التي العنوان الموضوعي يطال جميع الافراد جميع المصاديق. هناك فيه نعم اه التسوق يعني الدائمية والظرورية حقيقة وحيدة اقول هذه نتيجة نتيجة ما تقدم لانه لما ثبت ان المطلق هنا المطلقة ليس المطلق اه في الجهات في الجهات هو المطلب ماذا قلنا قلنا لكل محمول الى كل موضوع نسبة اما بالايجاب او بالسلب تقول الف باء او الف ليس باء اما بالوجوب والانكار   لانك قلت اما بالظرورة او بالامكان كما في قولنا الانسان حيوان الوجوب او كاتب هنا امكان من الانسان قد يكتب وقد لا يكتب او حجر هنا الامتناع يعني الضرورة الممتنعة لأن الإنسان لا يكون حجرا مطلقا فتلك النسبة في نفس الامر مادة وما يتلفظ به منها او يفهم من القضية وان لم يتلفظ بالنسبة جهة باء والموجهة رباعية والخالية عن ذكرهما يعني عن ذكر الظرورة بشقها. لي جابو السرب والإمكان مطلقة هنا مطلقة جهة بالمجاز جهة بالتسامح. ولا هي نفي الجهة نفي الجهة الف باء اما هنا اذا قال هذه نتيجة ما تقدم لانه لما ثبت ان المطلق ان المطلقة بمعنى المطلقة العامة. يعني الفعلية يعني الدخول في دار الوجود. نعم. اخص من الممكنة. لماذا اخص من الممكنة  المطلقة العامة تشير الى الفعلية يعني التلبس بالوجود او بحيثية من حيثيات الوجود الإمكان لا بالقوة بعد مدخلنا من اوسع الإمكان نعم. فالامكان يشمل القضايا التي لم تدخل دار الوجود ويشمل القضايا التي تدخل دار الوجود يعني النسب نعم ولهذا كانت المطلقة اخص اخص يعني اضيق من الممكنة هنا الممكنة العامة الممكنة الخاصة وكانت الظرورة مقابلة للممكنة. نعم المومن هو قابلية الدخول والضرورة ضرورية الدخول اذا كنا في الايجاب ضرورية الرفع من الوجود اذا كنا في نعم على ما بان بيناها والدائمية مقابلة للمطلقة الدائمية مقابلة للمطلقة على ما تقدم والداعمية مقابلة للمطلقة المطلقة ما هي مطلقة ولا المطلقة الخاصة نعم اه المطلقة العامة المطلقة العمل بشرط المطلقة العامة لا بشرط من الوجودية من الضرورية من عدم الظرورية من الديمومة وعدم الديمومة. لا بشرط تنسجم مع جميع هذه الامور. لا تنسجم فقط مع الممكنة نعم والدائمة مقابلة للمطلقة اذا بينا المطلقة المطلقة الخاصة يعني الوجودية نعم الدائمية اهم من اه مقابلة للوجودية. الدائمية هي رمي دفع للوجودية ضرب للوجودية الوجودية يعني مقطعية يعني انا ادخل العمل من الساعة الثامنة الى الساعة مثلا الثانية ينتهي الأمر. هاذي وجودية نعم وجودية نعم يعني ايه محددة باطار خاص الدائمية لا غير محددة باطار خاص اذا فسرنا المطلق هنا بمعنى الوجودية يعني المطلقة الخاصة كان الكلام جدا اه واضحا اذا فسرناها والدائمة مقابلة للمطلقة اه المطلقة العامة كيف تكون بمقابلها لان من المصادق المطلقة العامة دائمية نعم الا اذا قلنا المطلقة بما هي ساكتة يعني المطلقة العامة بما هي لا بشرط. تنسجم مع الوجودية المقطع تنسجم مع الضرورة الا ظرورة مع لا دوام الدوام نعم تقول في مقابلها على ما تقدم وكان نقيظ الاخص اعم من نقيض الاعم اللي بيناها واضحة جدا وبينها الان بمثال عندك دائرة هي الحيوان في داخله الانسان طبعا الحيوان اعم من الانسان لانه يتجلى في الزرافة في الحمار في الظبع في الاسد اليس كذلك الإنسان يتجلى فقط في أفراد الإنسان لا يعطى للزرافة والحمار والأسد وهو الان روحي للمقابل ما معناه؟ يعني اترك الانسان اخرج الاشعة من الانسان وخرجوا الاشعة من نهاية الحيوان. طبعا الا انسان اعان من الله حيوان. نعم عام الإنسان يشمل حتى البقر يشمل حتى الأسد نعم الحيوان لا يشمل البقر ابدا ولهذا دائما مقابل الاخص يكون مقابل عام لصدق بيان القاعدة فقط لصدق نقيض الاخص في كل سورة يصدق فيها نقيض الاعم وزيادة نعم للاستلزام الخاص ولا يصدق فيما فيها النقيض العام نعم الا انسان يبدأ داخل الحيوان يعني الانسان مصداقه البقر الشجر اه خلينا من الشجر نبقى في الحيوان فقط اه يصدق على اه الاسد على الزرافة على الضبع على الفأر على الفرس على الحمار ويصدق على غير هذه الامور من شجر وذهب وكذا اما اللاحيوان لا لا حيوان لا يشمل مصاديق للحيوان لا تقول لا حيوان يصدق على الحمار لا اذا الناقض الاخص اشمل مصداقا يعني يصدق على مصاديق لا يصدق عليها العام ولهذا هو لا يصدق فيها نقيض العام ثبت ان الدائم اعم من الضروري نعم اعم من الضروري نعم لان الضروري قد يكونوا دائمين وقد يكون غير الدائم يعني الدائم آآ قد يكون دائميا ضروريا وقد يكون دائمين ليس ضروريين فاوسع دائرة من الضروري. واضحة جدا ولعلهما اشارة الى هذه العبارة للمحقق الطوسي ولعلهما يعني آآ الدائمية والظرورية بالكليات يجريان مجرى واحدان يعني سياق واحد يعني التساؤق ولعلهما من الدائمية والضرورية في الكليات يجريان مجرى واحدا</w:t>
      </w:r>
    </w:p>
    <w:p>
      <w:r>
        <w:t>بمعنى ان كل حكم من كل داء فهو ضروري نعم في الكليات لماذا? لان العنوان الموضوعي يطال جميع المصاديق نعم فلا تجد مصداقا لا يطاله العنوان الموضوعي. الكلية لازم تكون ضرورية جيد اذا انت الان استمريت في الافراد اخذت العنوان الموضوعي كله الف باء كل الف باء قضية كلية وتستمر في صدق عنوان الموضوع الف الذي يجر معه عنوانا المحمول الى المصاديق كما بينا هذا الامر فيما سبق ان المحمول لا مصداق له مستقل وانما مصداقه يتبع مصداق العنوان الموضوعي فانت تسري في الافراد هل تتوقف مقطع خاص ام لا? دائمية في الصدق داعميا في الصدق اذا الضرورية والدائمية في الكليات حقيقة واحدة يعني دائرة واحدة. نعم هذا هو مقصوده ولعلهما يعني الداعمية والضرورية في الكليات يعني في القضايا التي يصدق العنوان الموضوع على جميع المصاديق. وبالتالي يجر العنوان المحمول الى جميع المصاديق. هناك الدائمية والضرورية حقيقة واحدة ولعلهما في الكليات يجريان مجرى واحدة بمعنى ان كل حكم كلي كل الف باء دائم فهو ظروري لان الاتفاقيات الاتفاقيات يعني اقتران الف باء بباء يعني المحمول بالموضوع بدون اسباب واسباب تكوينية مجرد مصادفة مجرد مصادفة لان الاتفاقيات يعني التقاء اه التقاء شخص بشخص في مكان لا هذا خطط له للقاء ولا ذاك خطط للقاء فهذا يقال بالاتفاق مع ان وصول الاول الى هذا المكان بالاسباب ووصول الثاني كذلك بموجبات يعني بالاسباب اذا الوصول الى النقطة بالاسباب ما فيه اه اتفاق. لكن الشخص مع الشخص لقاء الشخص الاول مع الشخص تاني اتفاق هي لم يخطط لها من قبل نعم لان الاتفاقيات يستحيل دوامها كليا. هنا بدار عنده تعليقة جميلة على هذا الكلام يقول لا هذا غير مبرهن يعني لا يمكن ان تثبت ان الاتفاقيات لا تستمر. نعم ولا تكون اه الدائمية نعم يقول هذا ادعاء مشهور فقط المهم هذا بحث خارج المنطق وانما بناؤه على التجويز قد قد لان الاتفاقيات يستحيل وانما بناء على التجويز لانه حكم خارج عن نظر المنطقي نعم اذا ما تقول ان الاتفاقيات لا تكون دائرية قد تكون دائمية قد تكون دائمية وقد لا تكون يحتاج الى دليل وبحث اما في الجزئيات يعني في القضايا الشخصية اما في الجزئيات فقد تفترقان بان يتفقا لزيد ان يدوم فقره من غير ظرورة فقير لكن لا قد تأتيه اسباب ما ويصير غنيا ما في الجزئيات لا ان ليس حكم كليا اه الجزئيات متغيرة دافرة قد يكون بوصف الفقر بنحو الديمومة ولكن ليس ظروريا له نعم هذه نسبة فقط مصداقية بين الدائمين والضرورية الوصفية قال وهذه النسبة النسبة يعني نسبة المحمول الى الموضوع اذا لم تقيد باي قيد تقول الف باء كذا بالدائمية او بالظرورية او الوجودية او بالإمكان لم تقيد باي قيد يعني الموضوع لم يقيد باي قيد لم تقيد كان الحكم بها على ذات الموضوع اعني الحكم المحمول ثابت للعنوان الموضوعي والعنوان الموضوعي يصدق قهرا على المصاديق فتقول العنوان الموضوعي صحيح تقول على ذات الموضوع عن المصداق الصحيح فان قيدت يعني القضية قيدت يعني النسبة قيدت بصفة توضع للحمل مع الذات يعني تقول كل الف بي وصفه جيم يعني بوصف جيم باء نعم فان قيدت بصفة توضع للحمل مع الذات نعم كل الف بوصف جيم هو باء كما في قولنا الكاتب كذا عند كونه كاتبا الكاتب كذا يعني باء الكاتب عند كونه كاذب هذا هو الوصف كذا يعني له المحمول الفلاني نعم صارت وصفية القضية القضية الواص فيا نعم يعني المحمول نسب للموضوع ليس لجمال العنوان الموضوعي. بل لجمال وصف يتصف به العنوان الموضوعي نعم او تقول لجمال وصف يتصف به ذات الموضوع في عقد الواظع نعم. اقول هذه النسب عن الضرورة والاطلاق والدوام والامكان والاطلاق على قسميه الاطلاق العام والاطلاق الخاص يعني الوجودية اذا اطلقت ولم تقيد بوصف على مستوى الموضوع ولا شرط كان الحكم بها على ذات الموضوع ما في وصف نعم كما تقول بالظرورة كل جيم باء هنا تجيو غير مقيد بأي قيد. اذا يثبت له باب الضرورة لعيونه. لجماله لجماله فان الظرورة هنا مطلقة غير مقيدة باي وصف والحكم على ذات الموضوع نحن نقول لعنوان الموضوعي المشهور يقول للذات الموضوع يعني اللي لي مصداق رعاية لعقد الوضع فان قيدت النسبة قيدت هذه النسبة يعني بوصف الف تقول كل جيم بوصف الف باء فاما ان تقيد بوصف يد يجعل مع الذات موظوعا للحام او بغيره بغير الوصف الاولى تسمى وصفية نعم يعني الف يثبت للموضوع ببركة وصف نعم او تقول المحمول يثبت يثبت للمصداق يعني ذات الموضوع لان المحمول متشكل من ماذا? لان الموضوع لان الموضوع متشكل من العنوان الموضوعي زائد وصف وتسمى وصفية كقولنا الكاتب متحرك اليد عند كونه كاتبا نعم هنا الكاتب او الانسان الكاتب متحرك اليد بالظرورة ما يحتاج الى كونه كاتبا. لان الكاتب له الوصف انا اظن هكذا الانسان متحرك متحركون ثبوت الحركة للإنسان ليس للعنوان الموضوعي الإنسان بقل لي بدي وصفة الكتابة واحد اذا الصحيح ان نقول الانسان متحرك اليد عند كونه كاتبا ليس الكاتب الكاتب بالظرورة متحرك ايه اليد يعني تصير من من قبيل آآ الضرورة بشرط المحمول فان الحكم هو هنا هو الاطلاق يقيد بوصف الكتابة  نعم الكتابة كتقول الإنسان متحرك اليد عند كونه كاتبا يعني الآن يقولون في الأدبيات اه العربية بوصفه بوصفه يعني بوصفه كاتبا فان الحكم هو وهو الاطلاق يقيد بوصف الكتابة يعني الإنسان ليس مطلقا بوصفهن يعني بشرط الوصف يقيد بوصف الكتابة وقد جعلت مع ذات الكاتب موضوعا وعبر عنه بالكاتب يعني تقول الإنسان بوصفه كاتبا متحرك اليد اه بالظرورة. هكذا صحيح. اما الكاتب متحرك اليد عند كونه كاتبا انا اظن اظن انه ضرورة بالشرط المحمول يعني الانسان الكاتب كاتب بالضرورة قل الانسان كاتب الانسان بوصف الكتابة كاتب. بوصف التحرك باليد فهو كاتب بالضرورة وقد جعلت مع ذات الكاتب موضوعا يعني آآ ذات الكاتب يعني زيد علي تقول علي اه المتحرك متحرك اليد يكتب بيكتب بالضرورة وعبر عنه بالكاتب وحمل عليه المحمول مقيدا بالوصف وهو الكتابة اذن تقول الانسان المتحرك باليد كاتب بالضرورة وليس الكاتب انا هذا رأيي نعم. اذا هذه هي الوصفية الوصفية يعني مقيدة بالوصفية  الجهة هنا الوصفية العرفية العامة العرفية العامة العرفي يعني يدركها العرف وهذه هي التي تستخدم في في البرهان من شروط البرهان كما يأتي اربعة ان تكون القضية كلية الصدق يعني تسري في جميع المصادق العنوان الموضوعي اعطاه لجميع الافراد ضرورة الصدق ليست كاذبة ثم المحمول يكون من شؤونات الموظوع يعني يكون عرضيا ذاتيا الموضوع ثم الدائمية بمعنى العرفية العامة نعم يعني المحمول يسري الى الافراد ليس بالعنوان الموضوعي بالعنوان الوصفي قال والدائم او الدائمية الوصفية تسمى عرفيا الداعمية الوصفيات ثم عرفيا</w:t>
      </w:r>
    </w:p>
    <w:p>
      <w:r>
        <w:t>لان الاطلاق المتعارف في العلوم وفي بعض اللغات لا سيما في السلم هو هي لاسيما في السلب واضح جدا سيأتي بيانه اذا هنا يشير فقط الى الديمومية ببركة الوصف نعم الظرورة هنا ساكت عنها اقول الدائمية للوصفية هي التي حكم فيها حكم فيها هنا يعني في البعد البعد اي قسم قسم التعريف وليس الاستدلال هي التي حوكم فيها يعني يعرف الدائمية الوصفية التي حوكم فيها بثبوت المحمول او سلبي يعني ايجاب او سلبي لا فرق على الموضوع يعني يثبت للموضوع او يسلب عنه ما دامت ذات الموضوع موصوفة بالوصف العنواني عن الذي وضع مع الذات وعبر عنه عن الموضوع كقنين كل كاتب متحرك اليد ما دام كاتبا. لو قلنا كل انسان متحرك اليد مادام كاتبا افضل كما قلت لكم فالدوام هنا قيد بالوصف نعم واضحة يعني الانسان لا يستمر بالكتابة وهو لا يحرك يديه كما قيد الاطلاق في في الاول به نعم اه في الاول يعني الوصفية الوصفية العنوان الموضوعي المطلق لا صلاة مقيدة بالغوص وتسمى هذه الدائمية الوصفية العرفية العامة نعم اذا الفرق بين الوصفية السابقة وهذه هذه فقط تركز على الديموماء مع وتسمى هذه الدائمة الوصفية بالعرفية العامة لان الاطلاق المتعارف في العلوم في بعض اللغات لا سيما في السلم انما يفهم منه ذلك فان اذا قلنا في لغة العرب لا شيء من جيم باء يفهم منه عند العرف انه لا شيء من دين ما دام دين يعني باي يسلب عن جيم ما دام في دائرة جيم خارج جيم ممكن لا يسلب عنه بقى. وممكن لا يثبت له بقى نعم لا شيء من جيم انما يفهم منه انه لا شيء من ما دام جيم. نعم فلما نسب هذا الفهم في السلب الى العرف سميت عرفيا سواء كانت موجبة او سالبة. اذا الفرق بين الوصفية والعرفية العامة الفرق في الديمومة فقط اما في العنوان الوصفي في اشتراك في ايش وهذه هي التي اه تستخدم في العلوم البرهانية يحتاجون الى ديمومة المحمول للموضوع فقط وتكون صادقة تكون كلية ويكون المحمول شأنا ذاتيا للموضوع المشروطة العامة قال والظرورية الوصفية تسمى مشروطا عامة الضرورة الوصفية يعني الوصف لا يعطي المحمول فقط. قد يعطي المحمول فقط قد يعطيه بالضرورة. يعني الوصف يجعل المحمول لا ينفك على الموضوع. فما دام الموضوع متصفا فالمحمول بالضبط ضروري ضروري للمحمول للموضوع. والظرورية الوصفية تسمى مشروطة. وتكون اخص من العرفية كما عرفت. العرفية? لا. العرفية تركز على الديمومة. ما عندها علاقة بالظل. هنا هنا الظرورة. يعني اذا قلنا كل جيم باء واردن بها هذه ما يسميها هو اه سميها  لحظة لما نعم سميها المشروطة العامة يعني عندنا عنوان موضوعي له وصف يسري الى المصداق كعنوان موضوعي مع الوصف يجعل المحمول ضروريا دي نظرة الى الظرورة. العرف فيها العامة ناظرة فقط الى ديمومة المحمول فقط وقال والضرورة الوصفية تسمى مشروطة مشروطة العامة وتكون اخص من العرفية كما عرفت من العرفية تركز على الدوام قد ينسجم هذا الدوام مع الضرورة وقد لا ينسجم مع الضرورة المشروطة العامة لا الضرورة ثابتة. يعني المحمول مادام الوصف للعنوان الموضوعي لا ينفك عن الموضوع ما دام متصفا. اقول المشروطة هي بعد تعريف هي التي حكم فيها بضرورة ثبوت ظرورة ثبوت المحمول للموضوع او آآ سلبه يعني ضرورة سلبه هذه في الايجاب والسلب ما في ما فيه مشكل. الكيف هنا ما عنده قيمة اه او سلبية عن ما دامت ذات الموضوع موصوفة بالوصف العنواني كما تقول كل كاتب متحرك باليد بالضرورة ما دام كاتبان نعم احسن قول كل انسان متحرك اليد بالظرورة مداك ما دامها كاتبا. اذا ما دام وصف الكتابة فهو يحرك اليد بالظرورة. لا تنفك اليد المتحركة عنه لا شيء من الكاتب بساكن اليد بالضرورة ما دام كاتبا. لا شيء من الانسان بساكن اليد. بالضرورة ما دام كاتبا فالظرورة هنا قيدت بوصف الموظوع. نعم. يعني الظرورة ببركة الوصل وهذه المشروطة اخص من العرفية لما تقدم من ان الضرورة اخص من الدوام نعم سواء كان مطلقا او مقيدا. الدائمية دائما تنسجم مع الضرورة مع الضرورة. فهي اوسع. فتكون اهم من المشروط العامة نعم الوقتية والمنتشرة تأتي ان شاء الله. اللهم صلي على محمد وال محمد  آل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