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الطاهرين اللهم صل على محمد وال محمد اللهم ارزقنا التوفيق والاخلاص وصلنا معكم الى هذه الفقرة والوقتية والوقتية اول وقتية حسب السياق نقول والوقتية والمنتشرة قال وان قيدت النسبة بوقت بعينه صارت وقتية. والا ولا بعينه يعني ليس في وقت محدد ولا بعينه فصارت مون منتشرة تخيل انت شرطي شرطي شرطي المباحث نتابع مجرما ويعرف عنوان دار امي بيت امه فيسأل الام يقول متى يأتي ابنك? وهي ما تعرف مسكينة انها انه مجرم بليئة الام بريئة كان كما جميع الامهات مرة تقول له عادة ياتي يوم الجمعة من الساعة الفجر الى العاشرة ويروح هذه هي عادته فالشرطي يرتب الاثار يأتي بي الشرطة ويراقب متى يأتي هذا المجرم يعتقله مرة الام تقول والله لا ادري يا بني مرة ياتي يوم الجمعة مرة السبت مرة الاحد مرة ظهرا مرة عصرا مرة في الغروب مرة في الليل مرة في الفجر ياتي غير محدد الوقت هذه المنتشرة فالشرطي هنا كيف يرتب الاثر يجعل المراقبة اربعة وعشرين ساعة على اربعة وعشرين ساعة ليس المحدد الوقت المحدد من الفجر الى الساعة العاشرة محدد التكليف يأتي بالمراقبة ويراقبه في هذا ادي المقطع الزمني اما اذا كان لها غير معلومة ياتي وفي اي زمن وفي اي مكان منتشرة هنا يضطر ان يرتب هذه الاثار يراقبه اربعة وعشرين ساعة على اربعة وعشرين ساعة لعله يعتقله نعم هذه هي سهلة جدا اقول الوقتية هي القضية التي حوكم فيها هذا تعريف هي القضية التي حوكم فيها بضرورة ثبوت المحمول للموضوع او ضرورة سلبه عن الموضوع في وقت بعينه كقولنا بالظرورة كل قمر منخسف وقت حيلولة الارظ نعم الخسوف القمري ما معناه؟ القمر في مقابل الشمس يستمد الظياء من الشمس من الشمس يسمى الضياء من القمر يسمى النور اذا انعكس الينا من القمر يسمى النور بالعرف الفلكي هذا الذي يأتي و ينعكس على القمر مرة يختفي لماذا? لان الارض تدخل في المخروط. هذا المخروط لان من الشمس لانها كبيرة على القمر يأتي المخروط الضوئي الكرة الارضية تكون بين الشمس والقمر يعني تمنع الظياب من سقوطه وانعكاس انعكاسه على القمر. فالقمر لا يظهر لا يظهر لنا. هذا هذا هو الخسوف. الخسوف القمري لأن الأرض حالت بينه وبين الشمس? نعم هنا الخسوف ضروري. القمر ينخسف بالضرورة في وقت محدد ووقت الحيلولة هادي هي الوقتية الضرورة الوقتية كقولنا بالظرورة كل قمر منخصف وقت حيلولة الارض نعم لماذا قال كل قمر? لانها قضية كلية ما عنده علاقة بالمصداق مم تخيل عندك عشرين قمر يدور حول الارض يحدث له هذا الامر ينخسف ولهذا يقول كل مع ان القمر واحد بالظرورة كل قمر منخسف وقت حيلولة الارض فتقييد الظرورة هنا ضرورة الخسوف للقمر بالوقت المعين اخرجها عن اطلاقها وصارت وقتية عن هذه النسبة نسبة الضرورة في وقتهم والمنتشرة هي التي حوكم فيها بعدي بسيمي بعد معرفي هي التي حوكم فيها بضرورة ثبوت المحمول للموضوع او بضرورة انتفاء سلب المحمول عن الموضوع في وقت لا بعينه كهذا المجرم غير محدد للوقت الذي يأتي فيه في الجمعة في في الخميس سبت الاحد الساعة الثامنة التاسعة ليلا عصرا ظهرا فجرا? نعم  كقولنا بالضرورة كل انسان متنفس في وقت ما. التنفس مرة لا تتنفس مرة تتنفس وهكذا سهلة هذه المسألة وهذه كلها بحوث فلسفية وليست بحوثا منطقية. متى تصير بحوثا منطقية اذا درسنا القضية باعتبار التصديق يعني باعتبارها لبنة من التصديق يعني من الاستدلال الذي يورثنا التصديق نعم المطلقة العامة ايه الوقت قال والتقييد بوقت من غير ضرورة ولا امكان بحيث لا ينافي الدائم ولا الظرورية ولا مقابلتهما اطلاق عام وقتي والشرط في الا يكون لوقت اجزاء. نعم يعني نقطة هذي تسمى المطلقة العامة الوقتية يعني التواجد في وقت تواجد في وقت انتهى تواجد في دار الوجود في وقت لماذا? لان المطلق العام المطلق مع العملية الفعلية بع ليا ما معنى يعني التواجد في دار الوجود? انتهى الامر نعم تواجد تواجد فقط بوقت محدد يشترط يقول الا يكون للوقت اجزاء اقول اذا قيدنا الحكم الفعلي الفعلي يعني الدخول في دار الوجود تواجد في دار الوجود في عمود التحقق مطلقا بوقت معين من غير ظرورة ولا اي مكان بحيث لا ينافي الدائمية ولا الضرورة ولا مقابلة الدائمية هادي كلها تنسجم معه. نعم ولا مقابلة الظرورية كان اطلاقا عاما وقفيا كقولنا زيد موجود الان في نقطة هذي ما في امتداد زمني. نقطة الان زيد موجود الان. هنا اه نحلل القضية اكثر زيد موجود الان هل ينافي الضرورة? لا ابدا قلنا الزيت موجود هنا الان بالنسبة الى الضرورة ساكتة. ما معنى ساكتة? يعني تنسجم معها زيد موجود الآن يعني لا يستمر ولا قد يستمر نعم زيد موجود الان. يعني لا يمكن ان يرفع من الموجودية؟ لا يمكن ان يرفع من الموجودين ولهذا لا يخالف الإمكان فالتقييد بالان اخرجه عن الاطلاق العام مع اطلاق العام هو مطلق التواجد ساكتة على الان ولا ان اذا قيدتها بالان يعني خرجتها من تواجد لا بشرط تواجد لا بشرط ممكن لا بشرط الجامع لا يفهم هذه الا بشرطية لا بشرط يعني الانفتاح على مطلق الاحتمالات مطلق الاحتمالات عندنا احتمال ما هو زيد موجود الآن اذا ينسجم معه ينسجم معه نعم ينسجم معه ينسجم لكن هذا التقيد خرج من الانفتاح الى التقيد الالي زيد موجود الان هذا هو الفرق نعم. ولهذا خرج من ذلك الإنفتاح الى التحيز بالانية. يعني الموجودية لزيد في الان. نعم فالتقييد بالآن اخرجه يعني اخرج هذه النسبة نسبة نسبة التحقق لزيد عن الاطلاق العام تقول شيخنا العزيز الاطلاق العام يعني التواجد في دار الوجود اه احسنت تواجد في دار الوجود تواجد في دار الوجود ما قال التواجد في دار الوجود في الان او الدائمية او الضرورية او الوجودية لا هذا ولا بشرط الانفتاح نعم. اما الزيت الموجود الان لا خرجنا من الانفتاح الى بشرط شيء. بشرط الانية نعم ولهذا قلنا اخرجه عن الاطلاق العام وسيره وقتيا يصدق مع الضرورة نعم زيد موجود الآن ينسجم مع الضرورة. اذا قلت انا زيد موجود الان. يعني انا نفيت الضرورة ضروري الموجودين لزيد. لا والامكان ان كان يعني قد يكون موجودا وقد لا يكون نعم. ومقابلتهما لضرورة ولا يمكن والشرط فيه الشرط في هذه القضية المطلقة العامة الوقتية يعني يعني الفعلية الوقتية الا يكون لذلك الوقت الذي قيد الحكم به الا يكون اجزاء اجزاء واسم يكون ان لا يكون اجزاء لذلك الوقت الذي قيد الحكم به</w:t>
      </w:r>
    </w:p>
    <w:p>
      <w:r>
        <w:t>يثبت الحكم الحكم في بعضها دون بعض نعم ما عندنا اجزاء فقط ان يعني نقطة نعم انه مدير يتصل بالكاتبة السكريتار يقول نائب المدير موجود الكاتبة الكاتبة تقول موجود الآن او بعد هو يرتاح لأنه هو المدير غائب في مهمة اخرى في مهام اخرى ويريد ان يكون نائب المدير ولو ان حتى لا تبقى الشركة بدون قائد على الاقل في عيون العمال وفي عيون العرف الاخلاقي للشركة وبمجرد ان يتصل بي الكاتبة لان هذا النائب المدير العام يأتي ويستقر في مكتبه ينوبه في الشركة لغيابه في مهمة ما او مرض او لا قدر الله شيء اخر يتصل بالكاتبة يقول النائب موجود نائب المدير موجود تقول له الكاتبة نائب المدير موجود الآن هذه الان الوقتية تكفيه حتى لو بعده راح خرج من الشركة تبقى الشركة في ابهاتها ان المدير موجود او نائب المدير موجود. يعني هيبة الشركة تبقى. هذا الذي يريده فقط. المدير يريد هذه المسألة. جيد. هذه الحالة كيف نفسرها عند المنطقيين والفلاسفة? نقول المطلقة العامة الوقتية وطبق لك بالمثال حتى ترسخ جيدا في ذهنك اما اذا كان المدير لا يريد ان يبقى من بداية الدوام الى نهاية الدوام فهذه الجهة لا تنفعنا لا تنفعنا يتصل بالكاتبة يقول نائب المدير العام موجود تقول له موجود الان. ما يهمني الان موجود من بداية الدوام? تقول نعم. ويستمر? تقول له نعم. اه هنا الوقتية المطلقة العامة الوقتية لا تنفع نعم قال فالمطلقة الوقتية في الجانبين تتقاع بنان نعم زيدون موجود الان في الان الاتي ساكتة قد يكون غير موجود. نعم فلهذا يقول في الجانبين تتقابلان اقول ليس ها هنا قضية نقيضها من جنسها سوى هذه. اعني الوقتية. فان موجبتها تناقض سليمتها. اذا اتحدت في شرائط التناقض الاتية فان قلنا زيد موجود الان ان ليس موجود الان يناقض قولنا زيد ليس هو بموجود الان فإذا المطلقة الوقتية في جانب الإيجاب وجانب السلب تتقاع بنى لماذا قال هنا? ليس ها هنا قضية نقيضها من جنسها سوى هذه اعني الوقتية فان موجبتها تناقض سليبتها. نعم المدير يتصل بالكاتبة يقول نائب المدير موجود. تقول له النائب المدير مدير موجود الآن ففي ذهن المدير العام نائب المدير ليس بموجود الآن في منتفع وانت في ارتاح نعم يرتاح نعم  المطلقة المنتشرة المطلقة المنتشرة كالمطلقة العامة المطلقة المنتشرة يعني تدخل دار الوجود وانت ما تعرف الحيز الذي دخلت فيه. ممكن تكون في الحيز الأول الثاني الثالث منتشرة نعم منتشرة نعم  كيف امثل لك هذا المثال لاعب كرة القدم كميسي هل هو مستقر في نقطة واحدة ام يتحرك في جميع النقاط يتحرك في جميع النقط هذا هو الانتشار. الانتشار واما المطلق المنتشرات فكالعامة. يعني المطلقة العامة وحكمها قريب من حكمها. المطلقة العامة ما هي? المطلقة معي المطلقة العامة هي التواجد الفعلي وانتهى الامر. يعني ميسي في كرة القدم يعني في الملعب في الملعب ميسي هنا هنا خارج خارج الملعب. بعد لم يدخل ساكتة اما المنتشرة لا المنتشرة ناظرة الى فعلية يعني تواجد ميسي وفي جميع الابعاد قد يكون في الدفاع قد يكون في الهجوم قد يكون في الوسط يعطي كرات للهداف وهكذا اذا فيه التساوي في التواجد نعم يعني المنتشرة تجر معها العرفية العامة كأنها حقيقة واحدة. اسألني ما هي العرفية العامة? التواجد للاعب في الملعب تواجد الفعل الامكان? لا بعدما لم يدخل في الملعب عندو قابلية نعم ميسي سليم ليس مريضا عندو اللياقة البدنية وو وكل الشروط متوفرة فيه. لم يدخل الملعب بعد هنا بالقوة بالقوة ان يتواجد في الملعب لا ان دخل في الملعب يعني المباراة بدأت دخل فعلي هذه المطلقة العامة المطلقة المنتشرة هو حركات ميسي فقط حركات ميسي جيد. حركة ميسي حركة الف وباء وجيم ودال. يعني هو يتحرك الف فعلية باء فعلية جيم فعلية ميم فعلية لام فعلية كانك في جهة واحدة لانك في جهة واحدة. ولهذا يقول واما المطلقة المنتشرة كالعامة المطلقة العامة يعني الفعلية وحكمها قريب منحوك بها. فقط الفارق ما هو? المطلقة العامة ساكتة عن تحركات ميسي تحركات ميسي ممكن عندنا طلاب في النجف لا يعرفون ميسي لانهم يهتمون بالعلم لا يهتمون بكرة القدم. وهذا شيء جميل ان من من العبث بامتياز هي هذه كرة القدم اه جعلها الاستكبار حتى يخدر اه اه الناس وكما قال احد الفلاسفة الفرنسيين قال هذه كرة القدم هي عدالة يعيشها الإنسان تسعين سنة اه تسعين دقيقة حتى يتنفس من الظلم الاجتماعي الظلم الليبرالي الظلم الديكتاتوري وو يروح الى الملعب تسعين سنة يعيش مع الحاكم العدالة نعم ومرة حتى هناك ما تكون عدالة هو يتوهم انه عدالة يقول هذه مصنوعة مطبوخة لتخدير الشعوب. اذا اقول للنجف العزيز ميسي هو احسن لاعب في كرة القدم في فريق برشلونة نعم وربما من اروع اللاعبين في العالم مطلقا نعم واما المطلقة المنتشر يعني الفعلية التي تتحرك تلعب عما مطلقا اما التي تشير الى التواجد فقط وحكمها قريب من حكمها. اقول المطلقة المنتشرة التي بعد الحلي دقيق يعرف الجهة التي حكم فيها بثبوت المحمول للموضوع او بسلبه عان على الموضوع في وقت ما غير معين من غير التعرض للضرورة والدوام ومقابلهما ليس بالظرورة ان ميسي يكون في نقطة الف وليس بالديمومة ان يكون في الوقت الثالث لا يتحرك فهي مطلقة عامة من حيث فعلية واللا بشرطية. الا انها زادت عن المطلقة العامة. المطلقة العامة جمالها الا بشرط السكوت عن كل كل ما يزيد على مطلق الدخول قد يكون الدخول في دار الوجود ظروريا قد يكون لا ظروريا لا ضروريا وقد يكون دائمين قد لا يكون اه دائميا قد يكون وجوديا وهكذا هنا سكوت نعم يقول الا انها يعني المطلقة المنتشرة زادت عن المطلقة العامة بالتعرض للوقت المطلق نعم فحكمها حكم المطلقة العامة في العموم والخصوص والنقيض وغير ذلك من الاحكام نعم هي هي العرفية العامة. نعم  اذن ما الفرق? الفرق فقط تشير الى الحركة الى التموضع المتعدد التموظع يحقق يؤمن المطلقة العامة. المتعدد يحقق المول فالحكم حكم واحد الحكم حكم واحد قد ميسي لعب كرة القدم قد يستمر في هذه الحركة هذه الدائمين. قد يضطر الى الحركة هذه ضرورية. قد يكون في نقطة واحدة فقط مع الوجودية نعم الوجودية فقط الإمكان لا لان اه المطلقة العامة فعليا تجاوز الامكان. يعني يجب ان يدخل الى الملعب نعم اذا عموم المنتشرة هي عموما  المطلقة العامة يعني الفعلية خصوص المنتشرة هي خصوص العرفي المطلقة العامة يعني الفعلية ونقيض المنتشرة ونقيض المطلقة العامة. ونقيض المطلقة العامة هو نقيض تشير نعم العرفية اعم من الدائمية لأن العرفية اه هناك وصف الدائمية لا ساكتة على الوصف اذا عندنا دائمية وصفية وعندنا دائمية ليست في مع اذا الدائمية الوصفية تؤمن ديمومة الوصف</w:t>
      </w:r>
    </w:p>
    <w:p>
      <w:r>
        <w:t>وتؤمنوا ديمومة غير الوصف لان الموضوع معها نعم الدائمية تركز على الموضوع يكون دائما بمحموله الوصفية تركز على ديمومة المحمول ببركة الوصف للموضوع. اذا عندها وصف وعند موظوع اذا كم دائرة? دائرتان والداعمية دائرة واحدة هذه العموم نعم قال واذا قيست الدائمة الى العرفية العرفية العامة يعني آآ ديمومة المحمول لذات الموضوع ببركة الوصف كما مر عليه واذا قست الداء اذا قيست احسن. واذا قست ان تقول دائمية الى العرف وجدت العرفية عام. اما اذا بنيت للمجهول واذا قيست الدائمة الى العرفية وجدت العرفية نعم. لان ما يدوم مع الذات يدوم مع جميع اوصافه الثابتة والزائل نعم اذن العرف يأعم العرفية تؤمن ديمومة الوصف وتؤمن ديمومة الذات الدائمية تؤمن ديمومة الذات فقط ولا ينعكس نعم ولا ينعكس يعني اذا امنا ديمومة المحمول للموضوع لا نؤمن ديمومة الواص ولا ينعكس فان التغير الدائم بدوام الحركة في قولنا المتحرك متغير قد يدوم مع الذات كما في الفلك وقد لا يدوم كما في الحجر حجر على وجه الارض فالعرفي اعم من الدائمية ومقابلتها اخص من مقابلة الدائمية. نعم للقانون مقابل الأعم اخص من مقابل الاخص. بانه اقول العرفية التي فسرناها اعم من الدائمية. فسرناها ما معناه? يعني المحمول ثابت للموضوع او ذات الموضوع بالعنوان الوصفي هذا هو يقول اعم من الدائم لان الدائم حكم فيها بالدوام بحسب الذات للذات يعني العنوان الموضوع وذلك يستلزم الدواب بحسب جميع الصفات. نعم يعني الوصف يكون مع الموظوع ولكن الموضوع قد يكون بدون وصف اذا عندنا موضوع بالوصف وموضوع بدون وصف. اذا من الان? الموضوع بوصف يعني العرفية وذلك يستلزم الدوام بحسب جميع الصفات والعرفية حكم حكم فيها بالدوام بحسب الوصف وذلك لا يستلزم الدوام بحسب الذات ابدا انما يعني المحمول يدوم للموضوع ليس للموضوع ببركة الوصف اذا غاب الوصف الموظوع لا يكفي للديمومة. ولهذا قال وذلك يستلزم الدوام بحسب الذات لجواز كون الصفة. نعم والعرف هي حكم حكم فيها بدوام بحسب الوصف. وذلك لا يستلزم الدوام بحسب الذات. لجواز كون الصفة زاء زائلة على الموضوع فجاز انفكاك عن المحمول نعم اذا اذا ثبت المحمول للموضوع ببركة الوصف الوصف هو الميلك نعم فلا يؤمن الموضوع بما هو موضوع ببركة الوصف قد يغيب الوصف اذا غاب الوصف الموضوع ينتفي. صفة تنتفي ينتفي الموصول فكلما صدقت الدائمة صدقت العرفية نعم كلما صدقت الدائمة صدقة العرفية ولا ينعكس لماذا? لان اه الموظوع اذا دام وكانت عندو اوصاف يدوم باوصافه  فيأمل ماذا? العرفية العامة يؤمن الدائمية نعم فكلما صدقت الدائمة صدقت العرفية ولا ينعكس. فالعرفي اعم مثال اذا قلنا كل متحرك متغير ما دام متحركا فان هذا عرفي عام حكم فيه بثبوت التغيير ما دامت متحركة يعني ما دام الوصف وانا اقول دائما ليس هكذا كل متحرك متغير مادامه متحركا. قل كل شيء متغير ما دام متحركا فان هذا عرفي عام لماذا رفع? لان التغير اه ثبت للموضوع للشيء احسن من المتحرك شيء ببركة الحركة اذا الشيء اذا تحرك تغير تغير ببركة الوصف فان هذا عرفي عام حكم فيه بثبوت التغير للذات يعني للشيء المتلبس بالحركة ما دام ما دامت متحركة اذن ما تقول شيخنا كل متحرك متغير ما دام متحركا قولو كل شيء متغير ما دام متحركا اذا التغير للشيء الاول ليس للمتحرك المتحرك تحصل حاصل لكن الحركة قد تدوم لبعض الذوات كالافلاك فيكون الدوام هناك ثابتا. وقد لا تدوم لبعضها كالحجر فتصدق العرفية هناك دون الدائمة نعم نعني في في الافلاك هناك ديمومة وعرفية عامة يعني عرفية عامة اه اه مطلقة لان الكلام عن العرفية مع مع الدائمية كل افلاك العرفية العامة يعني الدوام ببركة الوصف مؤمن لأن الافلاك الدائمية لا تتوقف لا تتوقف والدائمية مؤمنة. اما في الارض حجر يتحرك نعم حجر يتحرك الوصف موجود لكن الديمومة غير موجودة لانه يتوقف. نعم. هذا معناه اه الكلام فان هذا فاذا اذا قلنا كل متحرك متغير ما دامه متحركا فان هذا عرفي عام ببركة الوصف حكم في حكم في بثبوت التغيير للذات ما دامت متحركة هذا هو الوصف لكن الحركة قد تدوم لبعض الذوات كالافلاك هنا دائمية و اه عرفيا فيكون الدوام هناك ثابتا وقد لا تدوم لبعضها كالحجر فتصدق العرفي هناك دون الدائمة يعني مع الحجر فقد صدقت العرفية دون صدق الدائمية. ويستحيل صدق الدائمية دون صدق العرفية في الافلاك فكانت الدائمة الدائمة كانت دائمة اخاص ومقابلتها اعم المقابلة العرفية هادي حزب القانون لأن نقيض الأخص اعم النقيض الأعام ومقابل العرفية هي المطلق الواص في ومقابل الداعمية المطلقة العامة هذه بيناها كلها في ما سبق نعم البقية يأتي ان شاء الله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