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ان نستعين والصلاة والسلام على محمد واله الطيبين الطاهرين اللهم صلي على محمد وآل محمد اللهم ارزقنا التوفيق والاخلاص كنا في الفقرة التي سبقت واحسست في داخلي انها لم تعطى التبيين التام المشروطة العامة الظرورة الوصفية عندنا الف باء الف يتشكل من شيء قيد من القيود وهو الوصف فالمحمول يصير ظروريا. ما معناه? يعني لا ينفك عن الموظوع بفظل ماذا? بفضل ذلك الوصف اذا انتفى الوصف المحمول لا يكون ريا هادي تسمى المشروطة العامة او الضرورة الوصفية قال والظرورة الوصفية تسمى مشروطة اي المشروطة العامة وتكون اخص من العرفية كما عرفت واضحة جدا العرفية ثبوت المحمول للموضوع ببركة الوصف  من لا تركزون ببركة ببركة الوصف نعم ولا تركزوا على الضرورة المشروطة العامة لا ببركة الوصف لا تفرق عن العرفية في هذه النقطة غاية الأمر ان المحمول ضروري ليس كالعرفية المحمول ليس ضروريا مع معناه يعني قد يدفك وتكون اخص من العرفية كما عرفت لماذا اخص من العرفية العرفية لا تؤمن المشروطة العامة لان عنصر الضرورة غير موجود وآآ المشروطة العامة ان الموضوع موجود والوصف موجود بالعرفي الموضوع موجود فقط والوصف موجود لكن ليس بالظرورة فتكون العرفية اشمل دائرة لانها مؤمنة في المشروطة العامة او الضرورة الوصفية لماذا? لانه اذا كان الموضوع تكون معه حيثياته تكون معه اوصافه. هذا هو الذي جعل المشروطة العامة او الظرورة الوصفية اخص من العرفية كما عرفت نعم خذها قاعدة انت ذهبية كلما كان العنوان مطلقا عنوان سواء كان اكان مفهوما او كان قضية ام كان قضية احسن? اذا قلت سواء سواء اكان مفهوما او ام قضية فضفاض. فاعلم انه دائما يكون اخص المصداق كلما تقيد العنوان او تقيد التركيب الخبري يكون عن مصداقا. هذه قاعدة. مثلا حيوان حيوان فضفاض مصداقه ضيقة اما الانسان تقيد بكمال جديد وهو الناطقية  خرج من ذلك الامام الى التقيد بالناطقية. يعني ازدادنا كمالا فالمصاديق بعد اه المصاديق بعد لا العكس كلما كان المفهوم فضفاضا والتركيب فضفاضا كانت مصديقه احب كلما تقيد ما معنى تقيد? يعني بعض المصادق تخرج كلما تقيد بكمالات هذا ما صديقه نعم تصير ضيقة طبقها على موردنا المشروطة العامة او الضرورة الوصفية هذه المصطلحات لا تخاف منها احفظها فقط المشروطة العامة او الضرورة الوصفية زاد قيد قيد الضرورة ومصادقها تكون ضيقة العرفية العامة الضرورة ما فيها يعني فضفاضة فتكون مصديقها اعم فتكون المشروطة العامة اخص من العرفية العامة وصلنا الى اذا عندك هذا الكتاب كتاب الجوهر النضيد تحقيق اه محسن بيدار بيدارفور فالرقم تسعين اذا ما عندك هذا الكتاب عندك الطبعة القديمة العرفي عام من الدائمية. قال واذا قيست الدائمية الى العرفية هنا وصلنا وانا احسست ان الفقرة الاخيرة من شرح العلامة لم ابينها بتمامها وانا لا اريد ان امر على النقاط المتن مرة الكرام كلما كانت النكتة مهمة انا اقف عندها ابينها. الا اذا لم استوعبها اقول صراحة انا لم ارى استوعب النقطة. لان احيانا المسألة تكون واضحة البيانات في المتن تكون معقدة وانت اذا سمعت دروس المطهرة في الفلسفة تتعجب كيف يبسط الفلسفة من هنا قال بعض المحققين تقول لماذا نحن ايداننا تعقيد المسائل? لماذا لم نبسطها? المضطهد كان ديدانه هذا كان يبسط المطار بطريقة عجيبة وفي تصوري هو لجأ الى هذا الاسلوب لانه كان يدرس في الجامعة والجامعي لا يعرف المتون لا يعرف هذه الامور فاذا درس اللي متنا للجميع النص للجميع يجب ان يبسط. نعم اذا ارجع الى الى هذا المتن قال واذا قيست الى العرفية الدائمة يعني دوام المحمول للموضوع باعتبار الذات. فقط الذات موجودة متصفة بالمحمول وهذا المحمول الدائم هذه هي الدائمية الى العرفية العرفية لا يدخل عنصر جديد ما هو الوصف ليس الموضوع لوحده في عناقه للمحمول في استقباله للمحمول في حمل المحمول على الموضوع له ليس الموضوع لوحده. الموضوع زائد وصف نعم تكون نعم الدائمية. تلك الدائمية ببركة الموضوع يعني الدائمين والعرفية الدائمة ببركة الوصف فقط نعم واذا قيست الدائمة الى العرف وجدت العرفي اعم العرفية عام قلت لكم كلما ازددنا قيدا في التركيب او في المفهوم. مصادقه تضيق على الفاقد للقيد الدائمية فاقدة للقيء للقيد وهو الوصف العرفي لها الوصف اذن مني يكون اعم تكون العرفية لأن ما يدوم مع الذات يدوم مع جميع اوصافها الثابتة والزائلة نعم هذا هو الملاك اما الملاك الذي انا ذكرته ملاك فلسفي. ملاك فلسفي. او قل ملاك ينتمي الى علم المفاهيم. علم المفاهيم الحوزة العلمية اذا ارادت ان تقود الجامعات تقود هداية معرفية  القيادة المعرفية قيادة تنويرية اه يجب عليها ان تنفتح على علوم كثيرة انا اشتريت كتابا دراسة مقارنة بين الهرمونيتيك ان التأويل كما يحلو للبعض  وان يترجمه او التأويلية انا ترجمت مدخل الى التأويلية للشيخ واعظي لم اكمله بعد ترجمتها بالتأويلية قال لي احد الاصدقاء قال خليه احسن شيخنا المدخل الى الهيرمونيتيقة اداءه افضل  دراسة مقارنة بين الهرمونيتيك وعلم الاصول في مباحث الالفاظ صدقني تلتذ وانت تطالع هكذا بحوث وقرأت مقالة هذه المقالات التي تأخذ الجائزة الوطنية في في ايران كتيب فيه مجموعة مقالات اخذت الجائزة الاولى في مقالة دراسة مقارنة بين الهرمونيتيك ما يقوله علماء الهرمونيتيك في في المعنى معنى محدد او سيال غير ثابت ومبنى الشيخ الاصفهاني الكومباني فمن خلال هذه الدراسة الدراسة المقارنة تعرف عمق ما عندك انت وجمالية ما عندك في هذا التراث نعم ولا ينعكس فان التغير الدائم بدوام الحركة في قولنا المتحرك متغير متغير قد يدوم مع الذات كما في الافلك الاسلاك عندهم حركة دائمية لا تقف مثلا الشمس تدور ولا تقف ليس مثل الحجر ارميه الى السماء يصل الى نقطة السرعة تصير صفر ما يعود الى الارظ وفقا لقانون الجاذبية نعم حركة هنا دائمية او ليست دائمية ليست دائمية. اما في الفلك لا نعم هناك دائمين وقد لا يدوم لا يدوم هذا التغير. كل متحرك متغير هذا التغير قد يختفي ارمي حجر الى السماء يصل الى نقطة تنتفي السرعة يعود الى الارض كما في الحجر نعم كما بينت لك الان فالعرفية اعم من الدائم لان العرفية ناظرة الى الدائمية نظرة الى الموضوع الموضوع يتلبس بالمحمول دائما العرفية الموضوعية اه باعتبار الداعمية المحمول يدوم للموضوع باعتبار الموضوع. العرفية المحمول يدوم للموضوع باعتبار الوصف نعم قلنا اه لماذا يقول العرفية العامة مع ان العرفية العامة مقيدة بالوصف? لا آآ الموضوع اوسع الموظوع يتجلى في دائرة الموضوع يحقق الداعمية ويتجلى في الوصف ويحقق الدائمية ويتجلى في عدم الوصف وصف اخر وتتحقق الدائمين. اما العرف هي لها عندها وصف واحد فقط نعم</w:t>
      </w:r>
    </w:p>
    <w:p>
      <w:r>
        <w:t>فالعرفية اعم الدائمية ومقابلتها اخص من مقابلة الدائمية آآ هذا القانون مقابل الاخص اعم من مقابل العم بينت هذه لكم. اقول ان نأتي الى لعل من حلي هنا انا احسست اني لم ابين في نهاية المطاف المطلب جيدا. اقول العرفية التي فسرناها ما هي العرفية? دوام المحمول ببركة الوصف اعم من الدائمية. لماذا? لان تعليل العامية. لان الدائمة حوكم فيها هذا هو البعد الإبيلي الستيني بعد ما معناه اما انك في صدد المبدأ التصوري بقول الحوثويين او المبدأ التصديقي بقول الحوزويين  بالنسبة للجامعيين البعد في النصوص. اما انك تجلي المفاهيم. انت في الاطار المفاهيمي واما في اطار استدلال هذا هو اذا قال لان الدائمة حوكم فيها في مقام التعريف يعني هذا مبدأ تصوري ايها الحوزاوي ايها الجامعي نحن الان في الاطار المفاهيمي. نجلل مفهوم فقط لا نستدل نعم لان الدائم حكم فيها بالدوام بحسب الذات يعني الذات هي ملاك دوامر اه المحمول للموضوع. وذلك يستلزم الدواب بحسب جميع الصفات. لماذا لماذا يستلزموا? لان الموضوع اذا جاء جاءت جميع لوازمه اجتمعوا صفاتهم اذا العرفية هناك اه  هناك قيود زائدة نعم اذا كانت القيود زائدة المصاديق تكون ضيقة وذلك يستلزم الدوام بحسب جميع الصفات تقول شيخنا لماذا ما دخل الصفات? لان الموضوع اذا كان تكون معه صفاته والعرفية والعرفية او العرفية لان اذا ورجعناها الى السياق لان الدائم ولان العرفية حوكم فيها هذا كذلك مبدأ تصوري تعريف حكم فيها بالدوام بحسب الوصف المشروطة العامة حكم عليها بدوام الوصف لكن بالضرورة المحمول يكون ضروري نعم والعرفية حوكم فيها بالدوام يعني دوام المحمول للموضوع بحسب الوصف نعم اذا من اوسع يعني من اوسع تقول الدائمية لان الدائمية عندها الموظوم وعندها الاوصاف اذا اذا كانت اوسع في القيود تكون اضيق في المصاديق العرفية لا العرفية ما عندها قيود كثيرة فتكون فضفاضة اوسع في المصادر. هذه هي آآ ضابطة الاهمية. نعم. والعرف نعم آآ والعرفية حكم فيها بالدوام. يعني دوام للموضوع بحسب الوصف ليس بحسب ذات الموضوع وذلك يستلزم الدوام بحسب الذات لجواز كون الصفة الزائلة على الموظوع فجاز ايني فكاكه عن المحمول. لو قال فجاز انفكاك المحمول عنه كان ارشاق. وذلك يستلزم الدوام بحسب الذات لان اذا كان الوسط كانت الذات لجواز كون الصفة زائلة عن الموضوع فجاز انفكاك محمول عن الموضوع او جاز انفكاك الموضوع من المحمول يعني النسبة تنفك اذا الصفة قد تكون وقد لا نعم. اما اذا كان الموضوع صفة تكون بالظرورة. لان اذا تحقق الموصوف تتحقق الصفة. فالقيود في الدائمية كثيرة اذا القيود ازدادت المصادق تضيق. نعم هذا قانون قانون قانون تكويني اه في علاقة الذهن بالخارج. نعم  تقول ذات تصدق على جميع الذوات ذات قائمة بنفسها. خرج الواجب ازددنا القيد ضاقت المصادق خرج الواجب. الواجب ذاته المقدسة. نعم. قائم بنفسه ليس جوهر فوق الجوهر العرض قائم بنفس جوهر جوهر من خصوصيات الماهية لاننا نقسم الموجود. سجلها هذي عنك فلسفية سجلها الموجود في الرؤية المشائية طبعا في الانموذج المشاعي الموجود اما واجب واما ممكن وممكن باعتبار اصالة الما هي عند المشة اما جوهر واما عرظ الجوهر هو القائد ذاته قائمة بالنفس والعرض هوية قائمة بالجوهر بغيرها. اذا واجب الوجود فوق الامكان وبالتالي فوق الجوهر والعرس اذا اذا قلنا الذات  يدخل واجب الوجود وتدخل جميع الذوات  قائم بنفسه قيدنا ام لا? قيدنا. القانون ماذا يقول? كلما ازددنا القيود كلما ضاقت المصاديق. الواجب يخرج اذن الذات والذات المقيدة بالقيام بالنفس الذات اعم والذات المقيدة بقيام النفس اضيق. لان جئنا بقيد جديد والقيام بالنفس. يعني صار عندنا الجوهر. الواجب لا يغيب يغيب في دارف المصادق جيد ذات قائمة بنسيها ممتدة بعد تخرج كل اه النفس الواقعيات النورانية يعني العقول وكل الواقعية النورانية لانها ليس لها الامتداد. لاحظت كلما اضفنا القيود كل المصاديق ذاقت. كلما القيود اختفت كلما المصادق اتسعت. هادي كتبها اه اكتبها كقاعدة ثم ذات قائمة بنفسها ممتدة. بقي فقط الاجسام  نعم نامية تعينت فقط النباتات والاشجار راحت المعادن والاحجار. لاحظت? لماذا? قيد النموج اذا جاء قيد النمو المصاديق تضيق. حساس متحرك بالارادة خرجت حتى الاشجار والنبات. بقينا فقط في بداية الحيوانات الناطقون فقط في ذات الإنسان اذن كلما ازداد المفهوم او التركيب التصوري او التصديقي ازدادا قيودا كلما ضاقت مصادقه كلما ذاقت القيود ازدادت مصادق. جاءت القيود ضاقت مصادقه. هذه قاعدة ضحى في ذهنك الشريف هنا الوصفية الوصف قد يأتي وقد يختفي اذا ضاق القيد اما في الدائنية الموضوع موجود. حتما الصفة تكون موجودة لا تختفي. لان اذا كان الموصوف تكون الصفة. اذا الدائمية قيودها زائدة مصاديقها تضيق. العرفية قيودها قليلة مصاديقها تكون اكثر. ستكون اعم من الداء ايمياء نعم والعرفية حوكم ثياب الدوام بحسب الوصف وذلك لا يستلزم الدوام بحسب الذات لجواز كون الصفة الزائلة على الموضوع فجاز انفكاك الموضوع عن المحمول او انفكاك المحمول عن الموضوع فكلما صدقت الدائمة صدقت العرفية نعم لماذا? لان الدائمية اه اضيق والعرفية آآ فضفاضة اذا صادق الانسان صدق الحيوان اما اذا صادق الحيوان ليس بالضرورة ان يصدق الايه سان ولا ينعكسن نعم لا ينعكس اذا صادق الحيوان لا يصدق الانسان. قد يصدق الحيوان في الحمار. الانسان هناك غائب نعم فالعرف يعم نعم مثاله اذا قلنا كل متحرك متغير ما دام متحركا لو قال كل شيء كل شيء متغير ما دام متحركا ما يهم فان هذا عرفي عام حكم حكم فيه بثبوت التغير للذات ما دامت متحركة نعم يعني آآ التغير لبركة الوصف ما هو التحرك لكن الحركة قد تدوم لبعض الذوات كالافلاك حركة دائمية فيكون الدوام هناك ثابتا. وقد لا تدوم لبعضها كالحجر فتصدق العرفي هنا  نعم تصدق العرفية اين? في الافلاك دون الدائمة لان الدائمة لا تصدق في الحجر حركة الحجر من الحجر حركة مؤقتة ترمي حجر الى السماء يصل الى نقطة تنعدم الصنعة يعود. نعم. اذا اين صدق العرفية? صدق العرفية في الافلاك نعم لكن آآ الدائمية لا تصدق في الافلاك ولا تصدق في الحجر جيد فتصدق العرفية هناك يعني في بداية الافلاك دون الدائمة فقد صدقت العرفية دون صدق الدائمين. ويستحيل صدق الدائمة دون صدق العرفية. لماذا? لان اذا جاء الموصوف جاءت الصفة. فكانت الدائمة اخاص. نعم لك اه كثرة القيود ومقابلتها اعم يعني والعرفية اعم من ومقابلتها اعم من مقابلة عرفية طبعا مقابل الاخص اعم من مقابل هذي قاعدة بينها يعني مقابل الدائمية اللي هو مقابل الدائمية لان الدائمية قلنا آآ آآ اخص من العرفي فيكون اعم من مقابل عرفيا نعم لان نقيض الاخص اعم النقيض الاعم هذه القاعدة التي بيناها فيما سبق وبينها مرة ثانية نقول الانسان داخل دائرة دائرة دائرة الحيوان لأن الحيوان اعم عندو البقر عندو الحمار عندو الضبع عندو الاسد والانسان داخل هادي الدائرة الان ناتي الى المقابل مقابل الانسان من اين يبدأ يبدأ من الداء من اا اا</w:t>
      </w:r>
    </w:p>
    <w:p>
      <w:r>
        <w:t>من محيط دائرة الانسان ويستمر كشعاع اما مقابل الحيوان يبدا من محيط اه الحيوانية الخط الذي يخرج من محيط الانسان هو الذي يخرج من الحيوان من امن اوسع تقول الذي يخرج من الانسان. اذا مقابل الاخص اعم من مقابل الاعم ومقابلة العرفية هي المطلقة وصفية. هنا فقط تطبيق ومقابل العرفية هي المطلقة الواصفية المطلقة الوصفية ما معناها? يعني اه المحمول ثابت للموضوع ببركة الوصف والساكتة عن ماذا? عن الدوام على على على عدم الدوام نعم فمقابلة العرفية نعم مقابلة العرفية اوسع نعم. ومقابلة الدائمين هي المطلقة العامة. نعم. مطلقة العامة مقابلة الدائمية. الدائمين يعني تطال جميع المساحات المطلقة العامة لا ساكتة. قد تكون في مقطع قد تكون في تمام المساحة بينتها لكم من المطلقة العامة هي الدخول في دار الوجود الدخول في دار الوجود. دخول دائمي دخول مقطعي دخول ضروري دخول لضروري سكوت لا بشرط ساكتة. ما معنى? يعني قد تنسجم مع الجميع اما الدائمية لا بشرط شيء ليس لا بشرط  ممكن الحوزاوي لا يعرف هاد المصطلحات الا بشرط يعني الانفتاح على جميع الاحتمالات اما الدائمية اللي هي طالت جميع المساحة لا بشرط الدوام لا تنفتح على المقطعية اذا كانت دائمية لا تكن مقطعية ابدا اما العرفية العامة المطلقة العامة المطلق العمل منفتحا هو الدخول في دار الوجود انتهى الأمر  ما رأيك في الدخول الان صادق هذا ولا بشرط الانفتاح. ما رأيك في الدخول الدائمي? يمكن ما رأيك في الدخول المقطعي الوجودية ويمكن ما رأيك في الدخول الضروري? يمكن ما رأيك في الدخول لا ضروري? يمكن اما الدائمية لا الدائمية تقول انا بشرط شيء. يعني انا دائميا لا اصدق على المقطعية ولا على الانية ولا على الوجودية وصلنا الى المشروطة اعم من الضرورة. هنا وصلنا الى هذا المقطع ان شاء الله في الحصة الاتية.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