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المشروطة اعم من الضروريات قال وقس عليهما يعني على الدائمية والعرفية الظروريتاء والمشروط اقول نسبة الظرورية الى المشروطة كنسبة دائمة او الدائمية الى العرفية الضرورية ما معناه? يعني ثبوت المحمول   الموضوع بالظرورة ببركة ذات الموضوع المشروطة لا اه ظرورة الثبوت المحمول لي ذات الموضوع ببركة الوصف ببركة الوصف اذا اينما تكون المشروطة تكون الظرورية وليس اينما تكون الضرورية تكون المشروطة تكون الظرورية تختفي المشروطة اما المشروطة اينما تكون تكون معها الا الا الضرورية فتكون المشروطة عام والظرورية اخص نعم فإن الضرورية اخص من المشروطة المشروطة تؤمن ذاتها وتؤمن معها الظرورية اما الضرورية تؤمن نفسها فقط على قياس ما مر في الدائمة والعرفية. قلنا العرفية اعم من الدائمين والبيان هو ذلك البيان بعينه ونقيض الظرورية ما هو نقيض الظرورية? يعني الامكان نعم ايضا اعم النقيض المشروطة نعم لان نقيض الاخص عام حسب القاعدة وناقض المشروطة هي الحينية الممكنة ناقضا مشروطة هي الحينية الممكنة ما معنى الحينية الممكنة? يعني اه تدخل في حي يعني في زمان ما نعم ونقيض ظرورية هو الممكنة العامة نعم  الممكنة العامة اذا كنا في ضرورة الوجوب فالامكان العام يصدق على الامكان الخاص تساوي النسبة الى الوصف وعدم الوصف والامتناح كلاهما النقيض الوجوب اذا كن في الامتناع فالنقيض يكون الوجوب والامكان الخاص نعم اذا كنا في الامكان الخاص النقيض هو الضرورة بشقيها واضحة المسألة تقسيم القضايا بوجه اخر. هنا في اختلاف بين اه العلماء بعد ارسطو اه   لو قرأت قصة تراث ارسطو المكتوب تتعجب تشعر ان العناية الالهية من وراء هذا التراث كيف بقي واستمر الى يومنا هذا واعجوبة حقيقة اعجوبة. المهم شراح ارستم من طلابه في زمانه او في غير زمانه اختلفوا في الجهات يعني في قراءة في المتن موجودة هذه القراءة مضغوطة ثم نحلي يفصلها تبع معي جيدا النص تفهم آآ القراءة اتيت قال ذهب قوم من طلاب ارسطو في زمانه او في غير زمانه يعني لنقل المدرسة الارزية الى ان قسمة القضايا بالمطلقة يعني باعتبار الجهة الجائمة المطلقة والظرورية الظرورية بشقها الوجوب والامتنان والممكنة الممكنة يعني رفع الضرورة. يعني ممكنة العامة اه والممكن مانعة الجمع والخلو  مانعة الجمع والخلو خبر لمن ان ذهب قوم الى ان قسمة القظايا خلي هادي بالمطلقة والضرورة ممكنة خليها الى ان قسمة القضايا مانعة مانعة مانعة الجمع وآآ خبر ان ان قسمة القضايا بماذا? بالمطلقة والضرورية بشقيها الوجوب والامتناع والممكنة العامة مانعة الجمع والخلو يعني تدور بين النفي والاثبات ما في شق ثالث اما هذه القسمة او لا. يعني اما هذه العناصر هذه الأقسام او لا هذا هو ممنعة الجمع الخلق يعني دائرة بين النفي والاثبات جيد الآن هذه واضحة جدا يعني ما في شق ثالث يعني لا يجتمعون ولا يرتفعان طماناتي ونشرح هذه هذه الجهات فخصوا هاد الشراح المطلقة بالله ظرورية  مطلقة لا ظرورية التي تدخل في الوجود وقد تختفي تختفي الوجودية الوجودية التي لا دائمية يعني النسبة مقطعية فقط مقطعية تدخل الوجود فقط هادي هي المطلقة بالاظرورية يعني قد تختفي  لتنقسم الفعلية اليها مم الفعلية يعني الدخول الى مطلق الوجود وهي مطلقة خاصة مطلقة خاصة قلنا تسمى الوجودية. الدخول في مقطع ما الدخول في مقطعنا. مثلا انا ادرس من الساعة التاسعة الى الساعة العاشرة اذا وصف التدريس لذاتي انا الشيخ يدرس جملة فعلية المحمول لا يهم لان المحمول اما في دائرة الذات حمل اولي واما في دائرة الصفة او دائرة الفعل. في دائرة الصفة يعني تعين الصفات او التعين الفعلي حمشاء نعم اذا هذا دخول هذه النسبة الى دار الوجود من الساعة العاشرة الى الحادي عشر هذه وجودية ليست دائمية. نعم هذه هي المطلقة الخاصة  نعم فخص المطلق باللا ضرورية لتنقسم الفعلية اليها يعني هذه المطلقة نعم باللا ضرورية لتنقسم الفعلية اليها وهي مطلقة خاصة والوجودية اخص منها. مطلق الخاصة آآ والوجودية يعني المطلقة اخص اخص من هذه المطلقة اللا ظرورية وتدخل فيها الضروريات المقيدة  ظروريات المقيدة كلها ابهام يعني ما معنى الضرورية في المقيدة الضرورات الضروريات التي لا تكون دائمية نعم اشارة الى الفعلية فقط وخص الممكن بها بالقوة فقط بقوة يعني لم يدخل بعد الفعلية غير متحققة. يعني ما في دخول الى دار الوجود. ولهذا قلت لكم الممكنة اعم من المطلقة العامة بعد الممكنة اه هي الدائرة الأوسع تأتي الدائرة في داخلها الدائرة الأولى وهي المطلقة العامة ما معناه يعني الدخول الى دار الوجوب  ثم تسألني هذا الدخول كيف يكون شيخنا العزيز هنا السكوت لا بشرط قد يكون ضروريا قد لا يكون ضروريا قد يكون مقطعيا قد يكون دائميا. قد يكون دائميا بالضرورة قد يكون دائمين ليس بالضرورة. سكوت تدخل كل هذه القضايا في المطلقة العامة نعم كلها امل بقوة لا الممكنة عدم الدخول وخص الممكن بما بالقوة فقط. فان الخروج الى الفعل الفعل يعني الخروج من هيمنة الامكان  يعني هناك الاسباب والمسببات تهيأت ودخلنا دار الوجود فان الخروج الى الفعل يعني الدخول الى دار الوجوب يكون لضرورة ما وليقيد بالاخص يكون لضرورة ما وليقيد بالاخص وربما يقيد بالاستقبال لان الواقع في سائر الازمنة يكون لا محالة فعليا هذا الدخول في نظام الاسباب والمسببات تأتي من جهة الامكان بعد القوة في دائرة الوجود عندنا الإمكان الخاص عندنا الإمكان الأخص عندنا الإمكان الإستقبالي في شرح العلامة تأتي بالتفصيل اقول ذكر في التعليم الاول يعني في كتاب ارسطو ان القضايا ثلاثة مطلقة وظرورية وممكنة. وهذه القسمة تحتمل نوعين يعني تحتمل قراءتين لطلاب ارسطو لمدرسة ارسطو احدهما ان يقول القضية اما ان تذكر جهتها اما ان تذكر جهتها يعني في جهة او لا تذكر هذه هي المطلقة والثنية المطلقة. اذا هنا المطلقة ليس المطلقة العامة المطلقة يعني عدم الجهة هل هي جهة حقيقة ام بالمجاز? قلت لكم هذه جهة بالمجاز مثل اه الحكم في السلبيات تقول الانسان عالم حكم حكمت على الانسان بالعلم تنقول انسان ليس بعالم يقولوا حكم هذا ليس بحكم حكم مجازي هذا سلب الحكم. اذا اذا قلت ما في جهة وهي جهة مطلقة هي ليست جهة جيها بالمجاز جيها بالتسامح نعم والاولى يعني التي ذكرت فيها الجهة اما ان تكون ضرورية اولى ضرورية هنا اما ضرورية الوجوب او ضرورية الامتناع يعني ظرورة الايجاب او السلب والثانية هي الممكنة ممكنة يعني القوة والاولى هي الظرورية. نعم اذا اما موجهة او لا. او الاسماء المطلقة جهة الاطلاق هنا تسامح يعني عدم الاطلاق</w:t>
      </w:r>
    </w:p>
    <w:p>
      <w:r>
        <w:t>ثم الجهة اما بالقوة او بالفعل بالفعل سماها الضرورة بالقوة الإمكان هذا الإمكان دخول فعلي لا ليس دخولا فعلية ثم يأتي ويقارب اقسامه في في مرتبة الدخول الوجودي. لما درست هذا الكتاب لاحد الطلاب من لندن في القوم المقدسة الدرس فقط لشخص واحد درسنا الكتاب من البداية الى النهاية. درسنا الجدل والخطابة والشعر وآآ اه كل الكتاب من بدايته الى نهايته وكان كان الدورة في غاية الجمال ثم استأذن مني بادب قال شيخنا العزيز اسمح لي اغيب عشر تيام اعود الى لندن عندي هناك مناقشة الدكتوراه في العرفان قلت له طوبى لك انت تناقش الدكتوراه في العرفان وانا ما عندي اي شهادة لا ليصانص ولا ماجستير ولا دكتوراه هذه هي الدنيا فيها صعود وفيها هبوط. المهم فانا وصلت الى هذه النقطة في الجهات في خلط بين اه مرتبة المثالية والمرتبة التحققية ليس النظم النظم المنطقي لا في المرتبة المثالية في خلط كبير جدا خلط كبير جدا  مثلا الاربعة اربعة ما عندها علاقة بالوجود وما عندها علاقة بالجهة مطلقا لانها الحمل الاولي   هنا يقولون في كتب الفلسفية والعرفانية يقولون ظرورة ذاتية ما في ضرورة لان حمل اولي ثم الاربعة زوج يقولون مشروطة بالوجود الى ان الوجود ليس قيدا في الموضوع. ما ادخل الوجود مطلقا. اربعة في ذاتها في هويتها زوج ان وجدت في تفاحة في التفاح في الخشب في الزجاج في اي شيء ما عنده علاقة بالوجود ولا عندها علاقة بالفهم. اربعة زوج في مثاليتها زوج ففي خلط كبير في بحث الجهات بين مقام آآ الذات في دائرة مثاليتها ومقام الذات في دائرة الوجود. الامكان مطلقا الامكان العام او الخاص او الاخص او الاستقبال. هادي خاصية اه خاصية للهوية ما عندها علاقة بالوجود لأن الإمكان هو ما قبل الدخول الى دار الوجود. نعم. الضرورية نعم. الظرورية اه قد تنقسم الى ضرورية في دار الوجود وقد تنقسم الى ضرورية في مرتبة ال مثال مثلا الاربعة زوج ضرورية في البعد المثالي ما عندها علاقة بالوجود ولا بالذهن تفهمها تنوجد ما تنوجد الأربعة ماذا؟ زوج بالضرورة اما الانسان اذا اراد ان يدخل تقول انسان موجود بالظرورة. هنا في مقام الوجود في نظام العلية وهل مع اللولية المهم هذا الذي انا اكتشفته ولم ابحثه كثيرا لأن في غاية العمق والجمال احدهما ان يقال يشير الى القراءتين. القراءة الاولى. القضية اما ان تذكر جهتها او لا تذكر هذه هي المطلقة هذه جهة ام ليست بجهة ليست بجهة جهة مجازية تسامحية لأن عدم الجهة والثانية مطلقة هذه هي المطلقة التي هي ليست بجهة. والاولى اما ان تكون ضرورية يعني المحمول يكون ضروري للموضوع والثانية الممكنة يعني المحمول قد يتشرف به والاولى هي الظرورية. والثانية هي الموم كاينة اذا هكذا تقسم تقسم الجهة اما اه الجهة موجودة او لا او لا مطلقة. فهذه جهة مجازية الجهة متحققة اما ضرورية او ممكنة. الضرورية بعد اقسامها متعددة هذه القراءة الاولى آآ التعليم الاولي يعني لكتاب ارسطو المنطقي والثاني يعني القراءة الثانية ان يقال الحكم اما ان يكون بالفعل او بالقوة بالقوة هو الإمكان. يعني هنا الجهة كيف قرأناها? اما قبل الدخول او بعد الدخول الى دار الوجود نعم اما بالفعل او بالقوة  والثاني هو الإمكان القوة طبعا هو الإمكان والأول اما ان يكون ضروريا اه بالفعل يعني المطلقة العامة قلت لكم هذه لا بشرط قد تكون ضرورية قد تكون ليست ظرورية قد تكون دائمية قد تكون ليست دائمية قد تكون وجودية مقطعية زمنية منتشرة كل هذه الجهات وهذه المصادق للجهة تنطوي عليها الفعلية المطلقة العامة لان هي بشرط نون من الفاتحة منفتحة على الجميع. لماذا? لان فلسفة مطلقة العامة يعني الفعلية هو التواجد. التواجد نعم تواجد المهم هو التواجد الذات المقدسة متواجدة في دار الوجود. نعم هناك اه مطلقا عما تصير ظرورية والظرورية الازلية ارقى الظروريات  والثاني ان يقال الحكم اما ان يكون بالفعل او بالقوة يعني اما قبل الدخول او بعد الدخول دار الوجود والثاني هو الإمكان قبل الدخول يعني النسبة لم تدخل بعد الى دار الوجود والاول يعني دخلت اما ان يكون ضروريا او غير ضروري. قسما دائرة بين النفي والاثبات والثاني يعني غير الضروري هو الاطلاق. الاطلاق نعم ما هو هذا الاطلاق? الضروري فهمناه غير الضروري نعم والثاني هو الإطلاق اذا عرفت هذا فالقسمة الاولى هي التي ذكرناها نحن وبحثنا عنها فيما تقدم. والمطلقة فيها كانت عامة. المطلقة العامة. يعني الفعلية شاملة للظرورة ولعدم الظرورة وكانت مانعة الخلود دون مانعة الخلو عندك قضية تدور بين الف وباء الوجود يجب الا يخلو من احدهما اما الف موجود او باب موجود. ما رأيك اه الاثنان متواجدان نعم ما في مانع مانعة الجمع لا لا يجتمعان في الوجود واحد فقط نعم ويمكن ان يرتفع  لإمكان اجتماعي الظرورية والمطلقة نعم لان الضرورية لا تكون ضرورية الا اذا كانت فعل لي  الظرورة تأتي بعد الفعلية دخلت دار الوجود ثم اتصفت بالضرورة اذا اجتمع في الضرورة المطلقة والضرورية واجتماع الممكنة والمطلقة اجتماع الممكنة والمطلقة هنا هذا هو قلت لكم خلط بين الأحكام المثالية واحكام الوجود يعني الفعلية واجتماع الممكنة والمطلق كيف انا ابينها لك? هذه كلها مباحث فلسفية. ليست مباحث منطقية. ولهذا انت تدرسها في نهاية الحكمة. ليست موجودة بهذا التفصيل في نهاية الحكمة آآ اجتماع الضرورة المطلقة فهمناه الواجب ظروري بالظرورة الازلية في وجوده وفي صفاته هناك الفعلية موجودة تقول فعلية موجودة. اذا اجتمعت الضرورة مع الفعلية مع المطلق المطلق هنا يعني مطلق الدخول اجتماع الممكنة والمطلقة هنا فيه فيه شوية تعب للعقل وللخيال. الممكنة عدم الدخول والمطلقة عنهم فعلية دخول كيف يجتمع الدخول وعدم الدخول  نعم ابن سينا الفيلسوف العبقري تأمل في هذه النقطة جيدا خليني اقارب لك المسألة بمثال الانسان بالنسبة الى الوجود والعدم ممكن ظروري ممتنع تقول لا شيخنا قد ينوجد وقد لا ينوجد. يعني هذا هو الامكان. الامكان الخاص طبعا حتى الامكان العام موجود تقول الانسان موجود بالامكان العام دائما تطبق القاعدة. المحمول ما هو الوجود. النقيض المحمول ما هو? العدم. هل العدم ضروري للانسان? تقول لا اذا ينفتح على الوجود بالإمكان العام الإمكان الخاص تقول الإنسان متساوي النسبة الى الوجود والعدم هذا هو الإمكان كيف ينسجم مع الفعلية مع المطلق جاءت العلة وادخلته دار الوجود سارة فعليا ام لا انسلخ عن امكانه كل الفلاسفة يقولون لم ينسبق على امكانه. لا يصل واجبا يبقى مخلوقا يبقى فقيرا يبقى بائسا  تعليمهم كلا البائس هنا الفلسفي وليس العرفي يعني فقير اذا اذا دخل الانسان الى دار الوجود بفظل العلل ما يسمى في الحقل الفلسفي الوجوب بالغير ما معنى الوجوب بالغير? بينتها واكررها اذا اكتملت كل مفردات العلة كل مكونات العلة يصير المعلول ضروريا قطع اي تحقق</w:t>
      </w:r>
    </w:p>
    <w:p>
      <w:r>
        <w:t>جيد ينسلخ عن امكانه يصير وجه الوجود تقول لا مستحيل شيخنا اذن هو ممكن نعم اذن الإمكان هناك في الفعلية يعني حين الخلق فعلية ام لا? متلبس بالوجود للإنسان مثلي انا الآن الفعلية موجودة والامكان موجود هذا تفسير لهذه العبارة. انظر ماذا قال? قال واجتماع الممكن والمطلق مطلقة يعني الفعلية هل هذا الحديث صحيح ابن سينا يقول  الحقيقة دخلت وتبقى على امكانها اليست دخول بمعنى ترجح الوجود على العدم فالامكان هنا يتزعزع اخترع مصطلحا في غاية الجمال. يقول ممكن يعني المخلوق مطلقا. ممكن بالامكان الازلي ما معنى الانكار الازلي? يعني المخلوق في اي مرتبة كان حتى في عالم الاخرة يبقى فقيرا متعلقا الحق تعالى فهذا لا يفارقه مطلقا الذي فارقه هذا هذا انا قلت الامكان الازلي لا العدم الازلي لعدم الازاني يعني يبقى فقيرا دائما في هويته لا يستحق الوجود الذي ترجح في عالم الخلق فهو الوجود على هذا العدم المقابل ليس العدد الأزلي انا في تصوري هذا الطرح السيناوي لمعالجة هذه الاشكالية الخلط بين المثالية و نظم الوجود فيما مقام المثالية ان ما هي ما عندها العلاقة لا بالوجود ولا بالعدم سماها ابن سينا العدم الازلي. حتى هذان العدم الازلي لا يصدق عليها. لان هناك في مقام المثالية  في مقام المثالية لا ننظر هناك الى الوجود ولا العدم. اذا الامكان وصف لما قبل المثالية ما عنده علاقة الوجود مطلقا. فتقول لي انت تجتمع يجتمع الإمكان مع الإطلاق خرافة كبيرة لماذا? لأن الإمكان وصف للمهية المثالية ما هي المثالية? يعني الماهية التي لا تتقيد لا بالوجود الخارجي ولا بالوجود الذهني لا هي في عالم المفاهيم ولا هي في عالم التأخر تحقق الوجودي. هذه تسمى الماهية المثالية. هناك تكن ممكنة اذا الامكان للماهية المثالية. يعني انت اذا تأملت في الماهية المثالية الانسان لا هي في الدين كمفهوم ولا هي كزيد في الخارج ديال ماهي في دائرتها الوجود تقول لا شيخنا لا الوجود الخارجي والوجود لا هذا هو الإمكان هذا هو الإمكان يعني اذا ركزت على المهي المثالية تجد الوجود هناك منتفي والعدم منتفي ما عنده علاقة بالوجوه حتى لو ادخلت الوجود الخارجي ودخلت الوجود الذهني يعني صارت مفهوما تفهم تبقى مثالية تبقى مثالية في ذاتها طبعا اذا من دخل دار الوجود تقول دخلت الواقعيات الهويات باصطلاح ارسطو هذه الهوية تصدق عليها الهوية المثالية كلما تماهت فيها ولهذا انت تجد تفاحة امامك الف وتفاحة باء  تستذوق التفاحة الأولية الأولى في غاية الطعم واللذة ثانية لا تقول هذه لم تنضج وهذه ناضجة. بأي معنى? ان هذا المصداق هذه الهوية تناهت في الهوية المثالية. هذه لم تماهت بستين بالمائة اذا الهوية الخارجية ليست هويات مثالية. متى تكون هويات مثالية؟ اذا تماهت في الحقيقة المثالية اذا اردت ان تطبق هذه المسألة على الامور الدينية اولياء الله يعني الانبياء والمعصومون حققوا المثالية الانسانية بالتمام طبعا هذا التحقيق تشكيكي النبي الأكرم صلى الله عليه وآله وال بيته في المرتبة الراقية. هذه تشكيكية ما عندنا مشكل معه اذا انت الان مخلوق انسان انت في الانسانية كالنبي ابدا ممكن انت حققت الانسانية سبعين بالمية. انا مثلا حققت عشرة بالمئة النبي حقق تمام الانسانية. يعني تلك الغاية التي حددها الله تعالى. للانسان الهوية الانسانية تحققت بتمامها في الاولياء اما في غير الاولياء لا بنسبة سلمان تسعة وتسعين بالمية تسعين بالمية. انا العبد الفقير خمسة بالمئة  ان شاء الله في الحصة الاتية نكمل هذا البحث واللهم صلي على محمد وال محمد  آل محمد 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