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وآل محمد اللهم ارزقنا التوفيق والاخلاص وصلنا معكم الى هذه الفقرة اذا عرفت هذا يعني عرفت القراءتين فالقسمة الاولى هي التي ذكرناها نحن وبحثنا عنها فيما تقدم لان في بداية هذا الفصل المحقق الطوسي قسم الجهة اما موجودة او غير موجودة غير موجود اسمها مطلقة وهي مطلقة مجازيا مطلقة تسامحيا او موجه. هذه التي مرت علينا بالتفصيل  نعم فالقسمة الاولى هي التي ذكرناها نحن وبحثنا عنها فيما تقدم والمطلقة فيها كانت عامة شاملة للظرورة ولعدم الظرورة. هذه هي المطلقة العامة مطلق الدخول الى دار الوجود الفعلية عن الخروج من القوة من الامكان عندك ابن صغير عشر سنوات نبوغ يمتاز بنبوغ فيأتي استاذ في الفيزياء صديقك استاذ كبير في الفيزياء يبصر هذا النبوغ في هذا الطفل يقول هذا مهندس كبير هنا نسأل مهندس كبير بالفعل يعني هو الآن مهندس? لا تقول له قابليات ان يكونا مهندسا. هذا هو الامكان. هذه هي القوة هذه القوة. ثم اذا درس ونبغ في الدرس صار مهندسا بعد خمسة وعشرين سنة خمسة وعشرين سنة في عمره الشريف فيصير مهندسا بالفعل الفعلية يعني الاثر هناك تبرز اثار الهندسة اما في القابلية لا لا تبرز هذه الاثار هذه اه النقطة بينتها بهذا المثال حتى تتضح للجامعي ما معنى القوة? وما معنى الفياء اللي  اذا عرفت هذا فالقسمة الاولى هي التي ذكرناها نحن وبحثنا عنها في معتقد فيما تقدم والمطلقة فيها في هذه القراءة الاولى كانت عامة يعني فعلية الدخول الى دار الوجود الدخول بأي كيفية قد تكون بالظرورة قد تكون لا بالظرورة. بين النفي والاثبات نعم شاملة للضرورة وعدم الضرورة. وكانت مانعة الخلود دون الجمع. يعني قد تنسجم الضرورة مع عدم الضرورة نعم اين الإشكال? يقول تقول لماذا منعت الخلود دون الجمع منعت القلوب بيناها في باب القضايا قضايا الشرطية المنفصلة اما حقيقية او منعة الجمع او منعت الخلق الحقيقية الأمر يدور بين الف وباء اما الف ولابة واما با ولا الف لا يجتمعان ولا يرتفعان نفور مطلق تضاد مطلق منعت الجمع له لا يجتمعان فقط قد يرتفعان نعم قد يخلو الوجود منهما كافة مانعة الخلول الوجود لا يخلو من احدهما قد يجتمعان نعم قد يكون التعانق والتوافق ولا يمكن ان يخلو الوجود من احدهما هذه بيانات تكرارية حتى ترسخ في ذهن الجامعي جيد وكانت يعني بقراءاتنا الاولى مانعة الخلود دون الجمع لماذا منعت الخلق? يعني الضرورة تجتمع مع اللا ظرورة. يعني مع المطلقة لضرورة عن المطلق  لإمكان اجتماع الضرورية والمطلقة انا بينتها ولكن اكررها لأنها عميقة المطلقة ما معناه? يعني الدخول الى دار الوجود دخول كيف سكوت الواجب تعالى في الوجود ام لا? في الوجود اذا المطلق هناك تحققت ام لا? تحققت. لماذا? لان المطلقة هي ان تكون في الوجود الذات الالهية وجود بالظرورة الازلية. ارقى الضرورات. اذا الظرورة موجودة والفعلية موجودة هذه هي مناعة الخلو يعني يجتمعان نعم واجتماع الممكنة والمطلقة غادي بينتها لكم انا في تصوري في خلط بين الأحكام المثالية والأحكام الوجوه ايديا نعم خليني ابين حسب المتر الإنسان الآن خلق انا الآن فعلي ام لا فعلي متلبس بالوجود ام لا? يعني خرجت من من القوة الى الفعل يعني من الامكان الى عالم الخلق نعم اذن صرت فعليا صادقت علي المطلق لأن المطلقة هي الفعلية وانا واجب ام ممكن? لا انا ممكن. اجتمع الامكان الفعلية واما القسمة الثانية كان على بدارفر ان يجعل فاصل بين آآ الفقرة السابقة واما القسم الثاني يخلي فاصل واما القسمة الثانية يعني القراءة الثانية لمتن ارسطو فقد اعتبرها قوم من طلاب ارسطو مدرسة ارسطو اعتبر قوم والمطلق فيها هي الخاصة نعم  يعني الدخول المقطعي دخول مقطعي بمعنى يعني لا تدوم انا الآن ادرس من الساعة التاسعة العاشرة وينقطع الدرس. هذه وجوه دياء في درس هنا ثابت لي ليس بالدوام. دخول وجودي فعلية صح مادام انا ادرس الا انه ليست داعمية تسمى هذه المطلقة الخاصة مرت علينا. نعم الى يقول واما القسمة الثانية فقد اعتبرها قوم والمطلقة فيها هي الخاصة  وتقسم نتا  اه الجهة الى بالقوة كما ذكر هنا اما بالقوة نعم  هاي هون الحكم اما ان يكون بالفعل او بالقوة نعم بالقوة هو الإمكان طبعا بالفعل ترجمها المطلقة الخاصة تسمى ايضا نعم واما القسمة الثانية فقد اعتبرها قوم من والمطلق فيها اذا قلنا اه الجهة اما بالفعل او بالقوة نعم القوة واضحة جدا هي الإمكان بالفعل ما معناه? يقول اه اعتبرها قوم يعني من والمطلق فيها بعد ما قال المطلقة قال هو اما بالقوة فعل هذا بالفعل في مصاديق متعددة منها المطلقة المطلقة ماذا تسمى هناك? وهي وهي الخاصة. الخاصة يعني التواجد المقطعي لا يدوم. نعم وهي التي حكم هذا بعد ايبيستيميك مبدأ تصوري تعريف وهي التي حوكم فيها بثبوت بالثبوت يعني بثبوت المحمول او السلب المحمول لا بالظرورة مقطع فقط وينتفي  وهي مانعة الجمع والخلو. يعني دائرة بين النفي والاثبات اما تنوجد او لا تنوجد نعم هذا هو يعني اما ادرس من التاسعة العاشرة ولا ادرس هذا هو مانعة الخلوة يعني حقيقية لا يجتمعان ولا يار مرتفعان. فخص المطلق باللا ظرورية لتقسيم الفعلية اليها. نعم. فتكون القسمة هكذا. الجهة اما بالقوة وهو الإمكان وبالفعل. الفعل الى اما مطلقة خاصة او لا سجلها عندك هادي الجهة بالقراءة الثانية اما بالقوة او بالفعل. القوة هي الممكنة واضحة. عدم الدخول الفعلي. عدم الدخول الى دار الوجود واما بالفعل بالفعل تقسمها بملاك الى مطلقة خاصة بينتها الدخول اللا دائمي والدخول اللا ضروري وقسم اخر نعم  فخصوا المطلق باللا ضرورية لتقسيم الفعلية اليها اليهما اعني الى الضرورية والمطلقة. تكون القسمة هكذا. الجهة اما بالقوة او الفعلية. الفعلية اما بالمطلقة الخاصة واما الضرورية. سجلها عندك هذي نعم الجهة اما بالقوة يعني ممكنة. ما معنى? يعني لم تدخل دار الوجود بعد. ما في فعلية. واما لا فعلية. يعني دخلت دار الوجود. كيف تدخل? تدخل بالضرورة او عدم الضرورة عدم الظرورة هي الوجودية سواء المطلقة الخاصة او الظرورية الظرورية لها مصاديق متعددة. نعم ولهذا يقول  فخصوا المطلق باللا ظرورية تنقسم الفعلية اليها. اعني الى الضرورية والمطلقة. فتكون القسمة هكذا الجهة بالقراءة الثانية اما بالقوة ولا بالفعل يعني دخلت او لم تدخل دخلت يعني الفعلية تدخل بالمقطعية يعني اه النسبة موجودة وليست ظرورية. هذه الوجودية المطلقة الخاصة او الضرورة نعم اتضح الامر الينا وهذه المطلقة الخاصة تسمى ايضا وجودية لا ظرورية استراحات وهي اعم من الوجودية لا دائمية. نعم الوجودية اللا ضرورية وهي اعم من الوجودية</w:t>
      </w:r>
    </w:p>
    <w:p>
      <w:r>
        <w:t>الا الدائمية لان الوجودية اللادائية آآ قد تكون اعم يعني الوجودية اللادائية منفتحة. يعني قد تكون ضرورية وقد تكون اه ليست ظرورية نعم فاينما تكون الوجودية اللا ضرورية تكون الوجودية الا دائمين. وليس اينما تكون الوجودية اه الدائمية تاع كل الوجودية لما تقدم من الضرورة اخص فعدمها اعم نعم وتدخل في هذه المطلقة الظروريات المقيدة بوصف الموظوع نعم وتدخل في هذه المطلقة الظروريات المقيدة بوصف الموضوع. هنا الخالط هنا الخلط بالمنطق القديم. ولهذا انا انصحكم نصيحة لله تعالى هذا المنطق الجديد الذي تأسس مع فريج هذا الرياضي الكبير الالماني ثم وسعه ثم الان توسع اه ما شاء الله من يريد ان يتخصص في المنطق نعم يتقن المنطق القديم كما هو في مدرستنا بعمق هذا ثم ينفتح عن المنطق الحديث لان المعظمات الموجودة المنطقة القديم كلها تبدلت واتضحت في المنطق الجديد. المنطق السوري الجديد لماذا? لان المنطق القديم مبتلى بمرظ ما هو نتعامل مع القضايا ليس بالسورمة. المعنى دائما يدخل دائما يدخل في ان في تقارير القضايا اعطيك فقط مثالا ازا قلنا كل انسان حيوان في عكس النقيض كيف تقول بعض الحيوان انسان هذا البعض ما هو دائرة الانسان هذا من المعنى يعني لانك ركزت على ماذا? على الانسان والحيوان اما في البعد السوراني يعني الصورة تقولوا الصورنة يعني فورماليز هذا لا يتأتى لك يعني انت اذا قلت كل الف باء من اين تستخرج بعض بعض باء الف? لا تستطيع يعني منطقيا الصورة لا تساعدك لا تساعدك اذا انا هذه نصيحتي وهذا الذي انا افعله الان اجمع اه كتب المنطقة الحديث باللغة الاجنبية وباللغة العربية وساصل اليه الى نهايته ان شاء الله. اذا طول الله تعالى في العمر وفي طاعته ان شاء الله اتعمق في هذا العلم  احد المحققين فيكم المقدسة في هذا العلم المنطق الحديث. يقول الفارق بين المنطق الحديث منطق السورة والمنطق القديم مثل هذا الجراح الذي يريد يجرح الدماغ يعمل عملية جراحية عالدماغ اه المنطق الحديث الجراح يستخدم الات في غاية الدقة نظيرية اه رقمية في غاية الدقة حتى لا يخرب الدماغ. لا يموت الانسان في المنطقة القديم يمارس العملية الجراحية بالحجر  مثال في غاية الدقة للبيان بين الفرق فالان هنا باعتبارنا ملتصقين بالمعنى كثير من الامور تبقى غير واضحة مبهمة وفي خلطة شديد في خلط الشديد. نعم. انظروا الان القسمة ما هي? القسمة هي الجهة اما بالقوة او بالفعل اليس كذلك? القوة هي الإمكان يعني الممكنة وبالفعل تنقسم الى مطلقة خاصة يعني الفعلية في مقطع نماء ثم الضرورة اليس كذلك ثم يدرج الضرورة تحت المطلقة الخاصة اذا كانت الظرورة قسيما للمطلقة كيف تندرج الضرورة تحت المطلقة يعني كيف يندرج القصيم تحت القصيم هذا هو الرؤية غير واضحة اه اكبر محقق في المنطقة الحديث في ايران يقول سببه عدم تطور المنطق في اه في الماضي  المناخ الإسلامي في مناخ غير الإسلامي في الغرب يقول سطوة ارسطو مع مع بعبع كبير يخاف الإنسان ان يخالفه كما كان الحال عند الشيخ الطوسي في الفقه نعم شخصية كبيرة الكل يهاب هذه الشخصية فبقي التقليد مائة سنة نعم فهذه الحلقة قد تكون قد تكون هذا انا وصيتي الحوزوي او الجامعي ان ينفتح على المنطقة الجديد يبين مسائل المنطق بطريقة رائعة وفيه ابواب غير موجودة في المنطقة القديمة مطلقا. نعم وهذه المطلقة الخاصة تسمى ايضا وجودية لا ضرورية عن الدخول في دار الوجود لكن ليس بالضرورة وهي اعم من الوجودية اللادائيمية الوجودية المقطعية قد تكون ضرورية وقد لا تكون ضرورية لما تقدم من ان الضرورة اخص نعم الضرورة اخص نعم فعدمها اعم فعدم الضرورة اعم وتدخل في هذه في هذه ما هي? الضرورة او المطلقة الخاصة  هنا نحتاج الى بيان وتدخل في هذه المطلقة الظروريات وتدخل في هذه المطلقة كيف تكون المطلقة قسيمة للضرورية وتندرج تحتها الضروري لاحظت ان الخلط وانا في تصوري هذا راجع للخلط بين حكم المثال والواقع الخارجي وتدخل في هذه المطلقة ما هي المطلقة? هذه الدخول المقطعي في دار الوجود لا داعمي ولا يحزنون ماذا تدخل تحتها? الضروريات المقيدة بوصف الموضوع. يعني الضرورات الوصفية تبوت المحمول للموضوع بالظرورة ببركة الوصف نعم اللادائيمية بحسب الذات بحسب الوصف دائمية وضرورية. ولكن اللا دائمية بحسب الذات وبالوقت المعين يعني زمنية الظرورة الزمنية وغير المعين يعني الظرورة المنتشرة وخص الممكن هنا بما بالقوة فقط اذا ما بالقوة هي الممكنة قالوا لان كل موجود فانه اما ان يوجد لضرورة سبقت عليه عن الضرورة بالغير يعني كل مكونات العلة تحققت فيتحقق المعلول بالظرورة. ولهذا يقول ان كل موجود نعم كل موجود ممكن طبعا. فانه انما يوجد لضرورة سبقت عليه. اكتب تحتها الضرورة بالغير اذا اكتملت كل مكونات العلة المعلول يتحقق بالضرورة والممكن ما لا ظرورة فيه فلا ان كان لموجود البت فلا امكان لموجود البتة يعني كل من دخل الى الفعلية لا يكون ممكنا. ولهذا قسم الجهة اما بالقوة يعني ان كان او بالفعل. الفعل يعني الدخول الوجودي. جيد نسألكم يعني الإنسان اذا دخل الى دار الوجود وانتفى الإمكان يعني يصير واجبا هنا يجب ان نسأل هذه المسائلة بكل شجاعة نعم ويقيد هذا الامكان ثم يدخل في بيان الامكان ما صديقه عندنا الإمكان العام بينا القانون  الف باء بالإمكان نعم ركز على باء روحي للنقيض ما هو? لا باء. هل هو ضروري لالف? لا. فينتفع? ينفتح على باء. هذا هو الإمكان العام سلب ظرورة الطرف المقابل. يعني سلب ظرورة لا باء ثم الامكان الخاص وهو تساوي الف لبا ولا باء تساوي الإنسان لي العلم واللا علم. تساوي الإنسان للوجود والعدم. تساوي الإنسان للقيام وعدم القيام. هذا هو الإمكان الخاص. اذا خصصت هذا الإمكان الخاص بالوجود والعدم يسمى الإمكان المئوي اصطلاح خاص ثم ويقيد هذا الامكان بالاخص ما هو الإمكان الأخص نحتاج الى تبيين مفاهيم الى التعريف يقول اعني الذي سلب فيه الضروريات الذاتية يعني ليس ظروريا باعتبار الذات والمشروطة ليس ضروريا باعتبار الوصف وهو اخص من الخاص? نعم اخص من الخاص الذات لا تقتضي الوجود والعدم نعم. اما الإمكان الخاص لا الإمكان الأخص الإمكان الخاص لا ذات معتبرة ولا اه الذات المشروطة باي شرط وهو اخص من الخاص وربما يقيد هذا الامكان. هذا في نهاية الحكمة بالتفصيل موجود هادي بحوث فلسفية وليست بحوث منطقية. وربما يقيد هذا الامكان بالاستقبال ايضا تقول حفيدك ممكن بالايه ؟ استقبال لان كل ما هو موجود في الماضي او الحاضر فهو ضروري ضرورة من اين جاءت? من الذات ام من العلل? اكتب من العلل يعني ظرورة باعتبار العلل وانما الممكن الصرف ما لم لما لم يوجد بعد عن الاستقبال فانه لا يعلم حاله لا يعلم حاله هل يكون موجودا في الاستقبال اذا حان وقته او لا يكون. يعني حفيدك ممكن ممكن ممكن بالامكان استقباله قد يتحقق وقد لا يتحقق. متى يتحقق? ما عنده علاقة بالذات. عنده علاقة</w:t>
      </w:r>
    </w:p>
    <w:p>
      <w:r>
        <w:t>قبل اسباب بالمناخ يعني انت تتزوج ويأتي لك ولد مبارك وهذا الولد المبارك يتزوج ينجب الحفيد. هذه كلها اسباب فوق تحت السبب السبب الاعلى وهو الله تعالى واذا فسروا المطلق باللا ظرورية نعم المطلقة باللا ضرورية يعني المطلقة هي الدخول دار الوجود بدون ضرورة استحال اجتماعها مع الضروريات اذا فسروا المطلقة بلا ضرورية طبعا. استحال اجتماعها مع الظرورية على الصدق نعم يعني في المصداق اجتماع في المصداق واذا فسروا الممكن بما لم يوجد استحال اجتماعه على مع المطلقة مع الفعلية. على الصدق فكانت القسمة مانعة الجمع الخلو. انظر لان العلماء الحليم والكافل ملتفت لاشكالنا انتم تقولون الممكنة يعني جهة الامكان يعني بالقوة لم تدخل فكيف تجتمع مع الفعلية نعم كيف تجتمع مع الفريق يعني اما ان تكون او لا تكون اذا كانت فعلية يعني مطلقة لا تكن ممكنة واذا كانت ممكنة لا تكون فعلية انظر عبقرية العلامة الحلي وصل الى ما وصلنا اليه نعم يقول واذا فسروا المطلق باللا ضرورية نعم يعني المطلقة بلا ضروري يعني ليست ضرورية قد تنوجد وقد تنوجد حتى اذا ان وجدت قد تزول اه نعم استحال اجتماعها مع الظرورية واضحة جدا انها هي في مقابل ضروري على الصدق? يا نعم يعني اذا كانت الظرورة لا تكون المطلقة الا ضرورية واذا كانت المطلقة اللا ضرورية تكون واذا فسروا الممكن بما لم يوجد يعني قبل الدخول استحال اجتماعه مع المطلق على الصدق. فكانت القصة مانعة الجمع والخلوة معناها اما ممكنة او مطلقة اما ممكنة او مطلقة. لا يجتمعان ولا يرتفعان. اما ممكن او مطلقا نعم مانعت الجموع الخروج يعني حقيقية نحن حقيقية ثم يأتي التسامح يأتي التسامح تمث تسامح انا سميت التسامح المعرفي هذا التسامح المعرفي يقولون الممكنة تنسجم مع المطلقة مر علينا نعم مرت علينا هذه نعم واجتماع رجع للوراء واجتماع الممكن او المطلق نعم وتكون مانعة الخلو دون الجمع لامكان اجتماع الضروري او المطلقة بينت بينتها في مصداق الواجب واجتماع الممكنة والمطلقة هذا التسامح بين المعرفي يعني الإنسان الآن تمت جميع موجبات خلقه صار ضروريا يخرج من الامكان له اجتمعت الضرورة والامكان ان وجد بدون ظرورة شيء وجد بدون ضرورة ما معنى بدون ضرورة? يعني قد يكون وقد لا يكون هذه الفعلية مادام ليست ضرورة مقابل الضرورة الممكن. فالممكنة موجودة في هذه الفعلية يعني هذه المطلقة فاجتمعت المطلقة الفعلي مناعة الخلو اما اذا فالسنة الممكن عدم الدخول الى دار الوجود فهي تقابل كل دخول الى دار الوجود يعني تقابل كل مطلقة وتقابل كل ضرورية فهنا لا يجتمعان ولا يرتفعان نعم وصلنا الى المشروطة والعرفية العامتين والخاصتين يأتي ان شاء الله بيان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