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في المعايير العقلية الى المعيار الثاني هذا المعيار يسمى مبدأ الجوهرية مبدأ اصل معيار اساس جوهرية لماذا? لان الواقعيات التي تتعين بالشؤونات هي الجواهر والجواهر ما هي ربما الجامعي لا يعرف هذه المصطلحات الجوهر هو ذات قائمة بنفسها خذ مثلا السكر السكر ذاته من الذواج الملح والتفاح ذوات السكر له اللون الابيض. اسألك ذات السكر كاللون الابيض قائمة بغيرها. تقول لا شيخنا قائمة بذاتها ذات محيثة بهذه الحيثية متشائمة بهذا التشاؤم قائمة بنفسها. تسمى الجمهور يعني الذوات يعني الذوات القائمة بنفسها ما هي الجواب هذه الذوات القائمة بنفسها تتعين بتعينات نعم الماء ذاته قائمة بنفسها تتعين برفع العطش بالسيلان بالحركة بالشفافية الإنسان ذاته قائمة بنفسه تتعين بالعلم بالوقوف بالجلوس بالنوم بالكرم  اذا التركيز على الذات التي تتعين بالذات هي جوهر سموا مبدأ الجوهري مبدأ الجوهرية معيار عقلي ضياء السرمدي تتعين به القضايا يعني الحمل الشائع بدون هذا المعيار السرمدي القضايا لا تتعين في ذهنك ابدا ابدا يعني عندك انت المعطى الواقعي اقول الواقعي اعم من حسي وعندك هذا المعيار معيار مبدأ جوهرية وقبله المعيار مبدأ نهوية فتتعين القضايا يعني الحمل الشائع قضايا يعني الموضوع المحمول عندي واقعية خارجية. الله تعالى مبدأ الهوية يعطيني الله الله فقط له شؤونات متعددة حياة قدرة ارادة حب خالقية رازقية شؤونات متعددة في هويتها كذلك الرزق رزق اياته حياته مرة لا نقول لا الله حي خرجنا من مبدا الهوية الى التشاؤم الى الحيثية فتتشكل قضية عندنا الله حي قضية موضوع ومحمول اذا عندنا المعطى الواقعي وهذا المبدأ الصرمدي مبدأ الجوهرية تتعين القضية ما تسمى بالحمل الشائع. بدون هذا لا يمكن بدون هذا لا يمكن اذا قلت الحياة الله العاقل يرفض يقول لا خلاف معاييري انا يعني الله يكون محمولا للحياة لا ابدا الحياة الله لا خطأ ليس الخطأ في اللغة. الخطأ في المعنى المترشح من المعيار. يعني المعيار يقول انا ما رشحت هذا الامر ما رشحت هذا الامر خطأ خطأ للمعايير  يعني انت لم تخضع المعطى للمعايير. لانك انت مختار تعال لما يشأ تبقى تتخربط في كلشي لكن المعيار العقلي يقول لك لا هذا غير صحيح الله يعني الذات ثم التعين الله حي يأتي الحمل الشائع. الحمل الشائع في انزياح من مبدأ الهوية الى مبدأ الجوهرية. يعني فيه انزياح من الهوية الى التعين الى التشاؤم. الله هو الهوية. الله الله الى التشاؤم الى الحياة الله حياتي الحمل الشائع الحمل الشائع الموضوع مندرج تحت الموضوع الإندراج الحيثي هادي بيناها فيما سبق الإندراج الحيثي ليس الإندراج الذاتي الله تعالى لا يندرج تحتها صفة الحياة بصفة الحياة شأن من شؤوناته كيف يندرج تحتها الاندراج الحيثي بمعنى الله متشائم بشيء هذا الشيء هو الذي صحح حمل الحياة على الذات الالهية  كونه حيثما نقول الله عالم كونه بذاته كاشفا فنقول الله عليم مبدأ الجوهرية هو الذي يرشح هذه التركيبات القضائية ما يسمى بالحمل الشائع فالمحمول في القضايا التي ترشحت من المعطى والمعيار المعيار يعني مبدأ الهوية مبدأ الجوهرية هذه القضية هي الحمل الشائع خرجنا من الهوية الى التعين الله حي الماء شفاف الانسان عالم الحديد يتمدد بالحرارة النار محرقة وهكذا الشمس ساطعة وهكذا فيأتي شيء جديد في النظم المنطقي هذا الشيء الجديد يترتب كمحمول في النظم المنطقي ويترتب في الواقع الخارجي كشأن من الشؤونات تحيثية من الحيثيات اتت الحكاية صحيحة اذا لم نراعي حكاية تكون خاطئة كاشفية لا تكون صحيح  فتتعين القضايا في النظم المنطقي في ذهنك الشريف تقول الله حي الله قادر الله عالم الله مريد الله حب محب الله خالق النار محرقة الشمس ساطعة الماء شفاف وهكذا  خرجنا من الهوية من الذات الى التشاؤم هذا هو الحمل فيه ازدياد معرفي في انبساط معرفي في بين الحمشة لا اكرره الان اشير الى نقطة مهمة. ما هي اركان مبدأ الجوهرية اكتب اركان مبدأ الجوهري. مبدأ الجوهرية بينا هو المعيار السرمدي الظياء السرمدي الذي به تتعين القضايا حين استقبال المعطى الخارجي المعطى الواقعي تتشكل القضايا اذا خربطت في التركيب المعيار العقلي يتدخل يقول لا ليس هكذا الحياة الله خطأ الله اي جميل ما هي اركان مبدأ الجوهري يقولون ركنا سجلهم جيدا عندك يعني اذا قلنا الله احد ولا هذا تركيب قظوي تعين في ذهني من معطى وحياني واقعية وحيانية وصلت الى ذهني الله احد قل هو الله احد. الله احد وانت تقرا القرآن انت عندك عبارة كتبية العبارة المعنوية في ذهنك يعني تفهم في دينك فانتقلت هذه العبارة الكتبية الى افق جديد وهو افق اسميه انا النظم المنطقي كيف انتقلت? انتقلت  بهذا المعطى الوحياني سمعناه من النبي الاكرم صلى الله عليه واله الذي يوحى له وهذا المعيار السرمدي فنستقر في ذهني هذا التركيب الله احد فأتأمل في التفسير وابحث وكذا هذه كلها في منطقي وقد اصيب المعنى وقد لا اصيب يعني انا بشر ضعيف اتكامل المهم تعين هذا التركيب في النظم المنطقي الله احد عندنا الهوية الالهية الله الله ببركة مبدأ الهوية. عندنا الاحادية الاحدية ببركة ما بنوية. هنا في التصاق بثبوت المحمول للموضوع. الله احد من جعل هذا التركيب يتعين في ديني هو مبدأ نووي والمعطى المعطى ما هو معطى حقيقي الله في الواقع الخارجي احدهم فقط الوحي اخبرني به الوحي واسطة فقط لذلك المعطى الخارجي الذي انا لا يمكن ان نصل اليه بقرون وقرون وقرون من التفكير والبحث انا لا امكر في انجازات فكرية في الالهيات خارقة للعادة وتتطور دائما وتجلي المعطى الوحياني بطريقة خارقة لأن المعطى الوحياني ليس من وظيفته تحليل هذه المعارف ويركز على الهداية. تربية النقي تربية النظيف التقي النقي ولهذا الامام السجاد عليه السلام يقول الله تعالى جاء بهذه السورة لان فيه ناس يأتون يفصلون ويدققون في المعارف الان يقولون هذا التوحيد الاحادي. ليس التوحيد الوحيدي يعني الذات الالهية بسيطة كل الاشياء كمالا تأسست في الفلسفة قاعدة اساسية ذهبية بسيطة الحقيقة كل الاشياء كمالا دونها اه نقصا اكتب في انترنت بسيط الحقيقة محسن قمي ترجمة الشيخ فضيل الجزائري العبد الفقير يخرج لك مقال مفصل في هذه القاعدة تستفيد منها نعم هي تحلل هذا التركيب الله احد باي شيء تعين هذا التركيب في افق فهمك بأمرين المعطى الوحياني الذي يكشف عن الواقعية الخارجية فاذا قال القرآن قل هو الله احد خلينا منقول هو الله احد ان هذه اعتبارات لغوية اخرى وممركز على التركيب الله احد يعني هذا المعطى الوحياني الذي صيغ في شكل قضية حتى انا افهمه جيدا يحكي عن واقعية خارجية</w:t>
      </w:r>
    </w:p>
    <w:p>
      <w:r>
        <w:t>وهي الذات الالهية البسيطة الغير مركبة من اي انواع التراكيب وبالتالي تكون منبسطة لا متناهية الى بسيط الحقيقة يعطي اللا تناهي لا تناهي يعطي القداسة يعطي الوحدة يعطي الخير المطلق ان شاء الله من الخيرات تترتب على هذا الامر الذي ليس له في ليس فيه نقص عن القداسة حي القداسة قداسة هي ملاك الدين القداسة في الواقعيات الخلقية الولائية نسميها العصمة اسمع يا هي انا قداسة قداسة خلقية قداسة في دائرة الخلق اذا عندنا معطى وحياني كاشف عن حقيقة خارجية يعني بدلا من انت تتعامل مع الله مباشرة ولا يمكن ذلك ياتي تأتي العناية الالهية اللطف الالهي يوصلك يوصلك لك هذه الحقيقة من خلال التركيب واحيانا قضية وحيانية الله احد هذه القضية تنتقل الى دينك كمعنى كيف بهذا المعطى الوحياني الذي يكشف الحقيقة كأن الحقيقة الخارجية وصلت اليك من خلال هذا المعطى الوحياني والمعيار العقلي وهو مبدأ الجوهرية تتعين القضية في ذهنك الله احد ثم انت تتأمل فيها فيه هوية الله الله وفيه هوية اخرى احادية احادية في التصاق تبوت المحمول للموضوع نعم ثبوت المحمول الموضوع في النظم المنطقي. في النظم الخارجي. تعين الذات الإلهية بالأحاديث لماذا هذا الالتصاق في النظم المنطقي? لان الهويات لا تعطيك الا الهويات. الله الله ما تعطيك الله احد. مبنى الهوية وما يعطيك احد منسوب الى الله احد احد فقط لاحظت فيأتي الالتصاق ما يسمى في الادبيات المنطقية الحكم الحكم هو نأتي الى الهوية الالهية والهوية الثانية الاحادية فنجد التوافق مع حيثية الاختلاف الذات الالهية هي الله الله والاحدية الاحدية كل في دائرته في توافق ما معناه? يعني الذات الالهية حقيقة احد فيأتي الالتصاق هذا كله في النظمة منطقي  هذا هو الحكم يعني اكتشف العقل البشري التوافق بين الذات الالهية والاحدية فيقول الله احد نعم مرة يكشف هو نشاط فكري يستغرق قرونا من من الزمن مرة ياتي الوحي لطفا من الله تعالى يعطينا هذه القضية الوحيانية الله احد لكن هنا ليس البحث عن المنطلق من اين جاءت هذه الواقعية البحث كيف تعينت في ذهنك انت لا تتصور انها تعينت بمجرد ان تسمح من النبي او تقرأها في بالقرآن الكريم لا ابدا هذا لا يكفي هذا المقطع الاول المقطع الثاني هو مبدأ الهوية ومبدأ الجوهرية مبدأ الهوية يعطيك الله الله ويعطيك الاحادية الاحادية انتهى الامر في التصاق يعني في ثبوت الاحادية للذات الإلهية على مستوى مبدأ الهوية لا الذي يؤمن هذا معيار اخر سرمدي ومبدأ الجوهرية هو الذي يجعل ذهننا يتعين في نظمه الخاص النظم المنطقي بهذا التركيب الله احد فيأتي الحمل الشائع يعني خروج الهوية من مبنى الهوية الى مبدأ التعين وهو الاحاديث ففي ازدياد معرفي حمل الشأن يزيدك معرفة بما خرجت من الهوية الى شئونات امن شاة تحدثنا عنه الأركان ما هي? اركان مبدأ الجوهرية اركان اساسية لانها هي التي اه نفهم بها المعيار الخامس كما سيأتي المعيار الذي يسمى مبدأ السبب الكافي وهو مبدأ سبب التوافق احسن. المهم لا مشاحة في الإصطلاحات ما هي الاركان خلينا بالتحليل نصل اليها عندك هوية الله تعالى وعندك الاحاديث مبدأ الهوية اعطاك الهوية الإلهية الله الله وعطاك الأحادي هي الأحدية ثم ببدأ الجواري اعطاك هذا التركيب الله احد نعم ولا نسأل  هل الأحادية كيان مستقل عن الذات الالهية في الواقع الخارجي يعني هل عندك الله تعالى في دائرته الوجودية والاحادية في دائرتها ثم ياتي تأتي الاحادية وتلتصق بالذات الالهية مستحيل الا اذا كانت الاحادية لها كيان مستقل عن الذات ثم تلتصق بالذات الالهية فالاحادية تكون الها ان هذه الشؤونات الله ستكون اله لا ابدا ليس هكذا يعني الاحادية شأن من شؤونات الله تعالى مبدأ الجوهرية يؤمن لك هذا الامر يقول الاحادية لا هوية لها استقلال. الركن الاول الأحادية لا هوية استقلالية لها الآن في ادبياتنا الفلسفية تسمى الوجود الرابطي اذن انت خرج قاعدة ذهبية كل التعينات بعد ما بدا الهوية لا هوية استقلالية لها خذها قاعدة ذهبية في كل القضايا بكل القضايا حتى في القضايا الاعتبارية حتى في القضايا الاعتبارية قل شيخنا مثلي نمثل لك الإنسان عالم عندك نتا العلم المستقل ثم لتلصق بالإنسان اما العلم شأن من شؤونات الانسان شأن من شؤونات نفسه فالعلم لا تجده مستقلا عن الانسان ابدا. ثم يلتصق بالانسان هذه التعينات والشغلات هي شؤونات الذات شؤونات الهوية اذا الركن الأول هو ان المحمول في التركيب الذي ترشح من المعطى الواقع ومبدأ الجوهرية التركيب القضائي الذي نسميه الحمل شاة المحمول لا هوية له مستقلة ابدا فلا تجد الحياة والاحادية والعلم حقائق مستقلة عن الذات الالهية. بل هي الذات بنحو الذات بنحوه هذا الركن ثم جيدا المحمولات التي تترشح في تركيبات قضوية لا هوية لها مستقلة هويتها في الموضوع يعني هي شأن موضوع. انزع الموضوع تتبخر يتبخر جيد من حقك هذا السؤال كيف انت تقول مبدأ الهوية يفصلها لوحدها. نحن في النظم المنطقي يا حبيبي لسنا في النظم التحققي النظم المنطقي هذه هي طبيعته يعني انا اذا اردت ان افهم الاحادية بمعزل عن الذات الالهية. الاحادية ما هي فقط هنا مبدأ الهوية هو الذي ينفعني يفصلها لوحدها. الاحد هي احدية  هذه قوانين النظم المنطقي اما في النظمة التحققي لا تجد هذه الاحادية مفصولة ابدا هادي احكام النظم التحققي قوانين والتحقق. اما قوانين النظم المنطقي تختلف تختلف الفخر الرازي تورط في مسألة. زيادة الصفات على الذات في بحث الالهيات ندرس هناك اه هل هل الصفات عين الذات ام هي زائدة على الذات? الفخر يريد يفدلك المسألة يتبجح انها زائدة. كيف يقول؟ يقول ندرك الذات لوحدها وندرك الحياة لوحدها يعني يمكن لنا ان ندرك الحياة بمعزل عن الذات الالهية اذا عندنا كم? عندنا حقيقة الحقيقة الالهية وحقيقة الحياة وحقيقة العلم. اذا يفتي بالزيادة اين هذه الزيادة في النظم المنطقي هو يفتي بالنظم المنطقي او يفتي بالنظم الخارجي يفتي بالنظم الخارجي. يعني هذا هذا قوانين النظم المنطقي يسقطها على نظم التحققي فيقول بزيادة الصفات في النظم التحققي هادي هي القفزة هادي هي المغالطة الكبيرة فاحشة فاحشة كبيرة فاحشة معرفية من الفخر الرازي علماؤنا يقولون خلط بين الذهن والواقع الخارجي. نعم صحيح الدين يعني النظم المنطقي والواقع الخارجي والنظم التحققي هذه الزيادة ايها الفخر يولدها مبدأ الهوية مبدأ الهوية قانون ترمدي صحيح قانون سرمدي حكمة الهية خالدة يجب ان يفصل لك الحياة عن الذات اللي لا يحتاج تفهمها في دائرتها تكون خالصة في الفهم. لكن هذا لا يعني انها منفصلة عنه في الخارج وزائدة عنه هذا شيء اخر النظم التحققي له هناك العينية هذه الدقائق غابت عن الكثير مع الأسف الشديد وتأتي المطالب الخاطئة هذا هو الركن الأول الركن الثاني ما هو ثبوت المحمول للموضوع يعني ثبوت الحياة للذات الالهية. ثبوت العلم للانسان</w:t>
      </w:r>
    </w:p>
    <w:p>
      <w:r>
        <w:t>ثبوت الشفافية للماء الماء شفاف ثبوت السطوع للشمس الشمس ساطعة ثبوت الفوقية للسقف بدون ملاك لا يمكن بدون ملاك لا يمكن حتما هناك ملاك يكشفه العقل يكشف العقل بمساعدات اخرى. مرة التجربة مرة نواحي. مرة الشهود الباطني نرى الاستدلال الاستنباطي الاستقرائي مرض تمثيل اليات متعددة النشاط العقلي يوصل الى الملف من يثبت هذا الملاك والانسان في نشاطه المعرفي تحت اي قانون القانون الخامس سيأتي مبدأ الجوهرية يقول فقط المحمول لا هوية له مستقلة يعني هو شأن من شؤون الموضوع باصطلاحات الحوزة القديمة عرض ذاتي يعني من الاعراض الذاتية يعني عرض الناشئ من الذات نعم خارج المحمول للاستراحة هذا الركن الاول الركن الثاني لا يثبت بدون ملاك يعني العقل اذا رأى الله تعين بالحياة يسأل. لماذا لمية هذا الامر ما هي لميت تعين الله بالحياة لأنه عنده كمال الحياة لميت اعين الانسان بالعلم يعني عندو الكاشفية لمية امتداد الحديد لانه مسته النار فالعلوم باسرها تكشف عن هذه الملاكات في دائرته الخاصة كلما اكتشفت ملاكا لظاهرة ما تأسست مسألة علمية فهي تأسس العلم اذا كم ركن? ركنان المحمول في القضية المترشحة ببركة المعطى ومبدأ الجوهرية هذا التركيب القظوي المتشكل من موضوع محمول المحمول لا هوية له في ذاته بل هو ربط للموضوع وثبوته للمحمول يحتاج الى ملاك يحتاج الى ميلاك يعني فيه هناك ملاك واقعي جعل الموضوع يتعين بالمحمول والا لا يمكن نبقى دائما نسأل لم نسأل لم مرة يكون هذا التعين واضح في ملاك الملاك فقط واضح يعني بديهي شهودي مرة لا نحتاج الى واسطة استدلالية تبينية هذه لا علاقة بمبدأ السبب الكافي. بالمعيار الخامس اذا اركان مبدأ الجوهرية هو  ان القضية التي ترشحت محمولها لا هوية استقلالية له يعني هو شأن من شؤونات الموضوع وجود ربطي وفي ثبوته للموضوع يحتاج الى ملاك هذا في النظم المنطقي. اذا تحدثنا بلسان النظم الخارجي تعينا الموضوع تعينه الذات بهذا الشأن يحتاج الى ملك بدون الملاك لا يعني هذا الشاب صار مهندسا بدون ملاك ولهذا شيخنا مستحيل هاه مستحيل يأتي المعيار الثالث بعدما مبدأ الجوهرية مبدأ التناقض قولك مستحيل هذا مبدأ التناقض هو هذا مبدأ التناقض معيار سرمدي ليس قضية كما تراها في الفلسفة قضية ادراكية لا لا لا وحارس لي تعين الصحيح حارس للملاك الصحيح لماذا? سنبينه في مبدئي التناقض المعيار الثالث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