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ما زلنا في المعايير العقلية وبينا الى الان معيارين المعيار الأول هو مبدأ الهوية الذي على اساسه  تتعين التركيبات من باب الحمل الاولي الانسان انسان الماء ماء  لماذا? لان الواقع مبني هكذا. فالمعايير العقلية معايير حتى يخضع لها الفكر لإنتاج معرفة تطبق الواقع. الواقع ما هو? هوية تتعين بتعينات اما بتعينات صفاتية او بتعينات فعلية او علاقات مع غيرها  قبل اي تعين فيه ذات هناك ذات في دائرتها ذات قبل التعين  اذا جاء التركيز في البداية على مبدأ الهوية لان الواقع هكذا يبدأ بالهوية اذا قاربنا المسألة بلسان الهي بالالهيات نقول الله خلق الهويات  خلق الهويات ثم تعينت هذه الهويات بما يليق بها من صفات وافعال ونسب علاقات وتأتي الهوية هي الاولى نعم وآآ في دائرة الهوية ما عندنا انزياح لا تعين صفاته ولا فعلي ولا نسبة فمبدأ الهوية يفرز على مستوى الدين الحمل الاولي. الماء ماء الله الذهب الذهب البياض بياض وهكذا ثم يأتي المعيار الثاني مبدأ الجوهرية لان هذه الذات في الاعم الاغلب ذوات جواهر فتتعين بغير الذات لان الذات ليست تعينا الذات هي الذات تتعين بعد الذات فقل الماء سيال الماء شفاف الانسان عالم الله حي تأتي التعينات تحكيها القضايا. اذا مبدأ الجوهرية يولد القضايا او على اساسيي تتعين القضايا في الدين الف باء الف والهوية باء هو التعين او تقول الف و ذات متعينة بتعين وباء تعين اخر. نعم تقول العلة متقدمة على معلولها. العلة يعني ذات تلبست بالعلية يعني يصدر عنها شيء هذا الشيء هو المعلوم فتكون متقدمة على معلولها كم تعين تعينا ذات صدر عن عشية يعني علة متقدمة على ما صدر عليها  تعين يأتي بعده تعين هذا هو مبدأ الجوهرية. اول تعين هو الهدية البسيطة التعين بالوجود تقول الانسان موجود الماء موجود الله موجود هذا التعين ما هي فلسفته وما هي لوازمه? هذا بحث فلسفي. ليس بحثا منطقي  المهم ان هذه الذات تتعين بطارية العالم بعد طالبية العدم  تأتي التعينات الاخرى يعني بعد ما يكون الماء وموجودا يكون شفافا يكون سيانا وهكذا اذا تعينت بطاردية العدم الهوية التعيين بطريدية العدم هذه الية بسيطة الهلية البسيطة هل الماء موجود تقول الماء موجودون هل هي بسيطة اولى هل ما شفف? يعني تعين بعد الوجود هذه هدية مركبة لان في تعيين وجودي اولا ثم تعين بالحيثية الأخرى الشفاف سيال ورافع للعطش تراكم في التعين تركب وجودي ثم تركب شفافي ورافع للعطش وهكذا يسمى الهلية المركبة وبينا الاركان قلنا الركن الاول في مبدأ الجوهرية ان المحمول الذي يتعين في القضية   في هويته ليس مستقلا وانما هو شأن من شؤونات الموضوع  سواء كنا في التعين صفات او الفعل او النسبة العلاقة مع اي شيء اخر. هذه كلها شؤونات الذات. لا هوية لها. انزعت ذات تبخر مثلا   انا الان  طوق السقف تقول السقف فوق فوقية انزع السقف ما فوقي لا معنى له. معنى نسبة  التفاحة حمراء انزع التفاحة الحمراء لا معنى لها اذا كل التعينات سواء كانت صفاتية فعلية نسبية يعني علاقة لا هوية لها مستقلة لا هوية لها مستقلة. مع هذا القيد مستقلة. اما هي لها هوية. ما هي نوعية هذه الهوية? كذلك هذا بحث فلسفي   الهويات التي تنبثق من الذات يقولون هي وجود ربطي وجود رابطي نعم يعني مين صميم الذات   الركن الثاني  لا تتعين الذات او الهوية بتعين صفات فعل علاقتي بدون ملك  لان المعيار الخامس ما بدا السبب الكافي او مبدأ توافق ان شاء الله بيانو بالتفصيل في محله اذا وصلنا الى المعيار الخامس لا لا يقبل تعين بدون ملاك. يعني المحمول ثبت للموضوع في القضية المترشحة من مبنى الجواري. يثبت للموضوع بملاك النماء بدون ملاك لا يمكن ان يثبت لي  الموضوع هذا هو ميدان ابن الجوهرة  ويرشح القضايا من باب حمل الشائع   من يبحث عن ذلك الملاك هو الإنسان في فكره تحت اي معيار هو مبدأ السبب الكافي سيأتي ان شاء الله كمعيار خامس  اذن كل قضية ترشحت على اساس مبدأ الجوهرية تشكل من موضوع محمول فاعلم ان المحمول لا هوية له مستقلة هذا اولا ثانيا في ملاك يعني في ظابطة فيه امر واقعي  جر هذا المحمول الى الموضوع اذا قلنا الانسان عالم  قومل العلم على مدى الانسان ملاك ما هو عنده الكمال كاشفية على الكمال الذي يجعله يكشف الوقائع هو الذي برر حمل اه برر حمل العلم على الانسان تقول الانسان عالم يعني الانسان متعين بالعلم  هذا هو مبدأ الجوهرية   فتتعين القضية من باب الحمل الشائع  تكشف ماذا تكشف الهوية التي هي الف الف في تعيناتها وليس في ذاتها تكشفها في تعيناتها. لماذا? لان القضية العلمية قضية بحمل الشاعر. لماذا يسمى? حمل الشائع الصناعي. لانه في العلو الف باء الملاك هو المحمول ليس الموضوع  الماء اعلمه في مبنى الهوية. الماء شفاف. اريد نبحث عن هذه الحيثيات. ثابتة للماء ام لا? كمثال والله حي الله عالم الله قادر الله رازق الله خالق هذه القضايا كلها من باب الحمل الشائع وابحث عن هذا المحمول ملاكه الواقع موجود ام لا اذا المعرفة تبدأ من القضايا. بعدما تتأسس القضايا في افق الدين في النظم المنطقي على اساس مبدأ الجوهرية  اذا لماذا قلنا موضوع محمول الموضوع يشير الى مبدأ الهوية او مبدأ الهوية بحيثية. ليس بالضرورة مبدأ هوية  تقول العلة اقوى من معلولها. العلة عندنا الذات مثلا من الذات الالهية وصدر عنها شيء ذلك الشيء اضعف من العلة ستقل العلة يعني ذات متعينة بالحيثية العلية ثم اه تعين اخر هو اقوى من معلولها   هذا في الحمل الشائع في القضايا العين التي ترشحت فين النظم المنطقي على اساس مبدأ الجوهرية ستأتي الكاشفية خارج الذات كاشفية في التعينات ما هي هذا التعينات? اما صفة واما فعل واما علاقة صفة تقول الله حي صفة التعين الفعلي خالق ثم اه علاقة  علاقة علية ومعلولية تقدم وتأخر وهكذا هذا هو المبدأ الجوهري. خلاصة ما مر علينا ندخل في المعيار الثالث   المعيار الثالث اسمه هو مبدأ التناقض او مبدأ عدم تناقض. كلاهما صحيح مبدأ التناقض او مبدأ عدم التناقض عبر كما تشاء     هذا المعيار لا يولد المعرفة  سوري لا يولد المعرفة هذا فقط الهوية  لان المعيار في لبابة هو ان الوجود لا يكون الا وجود يعني الذات لا تكون اللذات لا تتعين باي تعين يرفعها. من ذاتها اذن مبدأ التناقض هو حماية لمبدأ الهوية بعض المحققين يقول</w:t>
      </w:r>
    </w:p>
    <w:p>
      <w:r>
        <w:t>مبدأ له الهوية هو عين ومبدأ التناقض في بعده سلبي ببعده السلبي يعني تقول الف الف انت في مبدأ الهوية الف يرفظ الا الف انت في مبلغ تناقض   جيد اذا مبدأ التناقض ما هو الموجود يرفض ان يكون لا موجود. الموجود هنا آآ يصدق على اصالة المهية يصدق على اصالة الوجود لا فرق الموجود في اصالة الماهية هي الذات الهويات على مبنى يدخل عنصر جديد هو الوجود وليس هذه الذوات هذه الذوات تصير اعتبارية تستقر في الحاشية هادي مباني فلسفية لا ادخل فيها الا انه مبدأ التناقض يبقى حتى في فلسفتي صدر المتألين اذن الموجود من? والذات او لوجود صدرائي يتنفر معنا مع نقيضه لا ينسجم لوجود لا ينسجم مع ما معناه? يعني الوجود يرفع الوجود يرفع  نعم جيد ما بعد الوجود كيف  مع بعد الوجود يعني الحيثيات والعلاقات هي تعينات للوجود اذا كل تعين يتنفر منه بقول كانت ريبيوني بقول كانج كانت عنده محاضرة في مبدأ التناقض. انا طلعتها كلها باللغة فرنسية الغربيون حللوا هذه المعايير بطريقة جميلة جدا نحن لم نحللها الان بدأ الشغل عليها في الحوزة العلمية لماذا اجددنا لم يحللون هذه القضايا? ان تعرف انت المسألة كانوا مهتمين بكشف الواقع وهذه الامور مرتكزة في ذهنهم ما ركزوا عليها الان حان الوقت لدراستها وتحليلها اذا مبدأ التناقض لببه الموجود يرفض اللام موجود. يعني الوجود لا يجتمع مع العدم اليس كذلك  هذا بالنسبة الى الذات ولهذا يقال ان مبدأ التناقض هو عينه مبدأ الهوية في البعد السلبي الف الف هذا بعد ايجابي. يعني نحن فداءت الذات. هنا الذات مؤمنة الذات تهدد بالعدم يرفض الذات ترفض اللا ذات الف لا الف هذا هو مبدأ التناقض اذا الف ترفض ناقضها  اذا ذهبنا الى التعينات التعينات هي حيثيات لذة او حيثيات تتنفر منها الذات. مبدأ التناقض يهتم بالحيثيات التي تتنفر منها الذات. يعني لا تنسجم معها الذات  علة متأخرة في الوجود عن معلولها التأخر عن المعلول في الوجود في الرتبة   العلة يترشح عنها المعلول. والله تعالى كعلة يأتي بعده المخلوق بالذات الالهية بوصفها علة متقدمة الان ناتي بالمقلوب نقول العلة الذات الالهية تأتي بعد الخلق. يعني بعض المخلوقات العلة متأخرة في الوجود عن معلولها متأخرة عن معلولها العلة تتنفر من هذا التعين هنا التناقض هنا التناقض وهنا التناقض   اذا مبدأ التناقض معيار  يحمي الترشح الصحيح ترشح القظوي الصحيح اذا كان هناك ترشح او تعين تتنفر منه الهوية مبدأ التناقض يأتي ويقول لا لا في ادبياتنا الفلسفية  يقولون ان ببدأ التناقض قضية كل اجتماع الناقضين محال هادي خرافة كبيرة جدا قضية علمية قضية علمية القضية العلمية تحكي الواقع. ما هو محكي اجتماع النقيضين يعني تحكي الوجود يجتمع مع ناقضه مع مع العدو  لا هي حارسا للقضايا الادراكية  هي تبقى هكذا مراقبة. مجرد ان يترشح محمول لموضوع وكان هذا المحمول لا ينسجم تكوينيا مع الموضوع. يعني يتنفر منه الموضوع. تنفر هنا استعارة مجازية مدى التناقض? قل لا لسانو ما هو مستحيل لسانها موس  اذن اجتماع الناقضين ليست قضية صاحب صاحب الميزان الباب الفلسفي في نهاية الحكمة بذات الحكمة مرة تجده يقول انها قضية يعني قضية معرفية قضية حاكية. مرة يلتفت انها لا ليست قضية ادراكية وانما هي قضية معيارية    البارحة كنت اطالع بحثا في مبدأ التناقض باللغة الفرنسية من صفحة جميل بغاية الجمال  يقول هذه قضية فارغة فارغة هنا ليس بالمعنى العرفي فارغة ما معنى? يعني اذا كان هناك قضية معرفية حاكية فهي تتدخل يعني تنتظر ماذا? تنتظر مبدأ جوهرية يرشح لها القضايا ترشحت قضية المحمول يتنفر منه الموضوع مبدأ التناقض تقول هذه الزيف ليست قضية بمعنى ان ذات نيل لهوية لها انطولوجيا لها هوية له وعبر لك بتعبير اخر في النظم المنطقي لا تتعين هوية القضية وفي النظم التحققي الخارجي ليس لها محكي خارجي يعني ليست مفهومة وليست متحققة القضية التي ترشحت في الذ نعم يعني تقول العلة متأخرة في الوجود عن معلومها. لا يمكن تفهمها. يعني لا يمكن ان تتعين في ذهنك وتتحقق المعقولية وفي الخارج ابدا لا تجدها ابدا مستحيل مستحيل اذا مبدأ التناقض في دائرة الهوية يعني الهوية ترفع الوجود يرفع يأتي العدم ويرفع الوجود. مستحيل هذا هو مبدأ التناقض  وفي التعينات كل تعين لا ينسجم مع الموضوع يتنفر منه الموظوع فالقضية زيف لا تتعين في النظم المنطقي وبالتالي المعقولية تنتفي واذا انتفت المعقولية الحكاية ما فيه يعني متعلق الخارجي ما فيه يعني الحقيقة الخارجية لا تجدها ابدا. لا تجد في في الخارج ان العلة تتموضع في رتبتها الوجودية بعد معلولها ماذا تجد تجد العلة مستقرة في رتبتها الوجودية قبل المعلومة انه يترشح منها هو يترشح منها تقول الله جسم الله جسم  الله جسم الجسمية يعني التحيز يعني الافتقار الى شيء. الى التحيز ذات مفتقرة للتحيز يعني الله تعالى مفتقر وهو غني غني وليس بغني معقولية لا تنسجم قضية زيفة قضية كاذبة زائفة  ما عندها معقولية في الواقع الخارجي لا تجد الله تعالى متحيزا ابدا اذا مبدأ التناقض ليست قضية ادراكية يعني مبدأ الجوهرية لا يرشح مبدأ التناقض كقضية معرفية كما يرشح الما شفاف الله حي الانسان عالم. ابدا ابدا بل هي معيار سرمدي معيار سرمدي متى تأتي وظيفتها اذا ترشحت القضية  هذه القضية ادت الى رفع الذات رفع الهوية ويا الزيف بان الله تعالى المتحيز يعني يفقد الغنى المطلق ذات معنونة بعنوان الالوهية او بالالهية او واجب الوجود. فقير هذي الهوية يعني انتفت  ما معنى انتفت? تقول ليس بواجب الواجب وليس بواجب لاحظت كيف  اذا من يقول ان القضية مبدأ التناقض قضية معرفية تترشح بمبدأ الجوهرية ما يعرف ما معناه مبدأ التناقض لا يعرف ما معنى مبدأ التناقض اذن مبدأ تناقض معيار قبلي قبل المعرفة كما هو مبدأ الجوهرية ومبدأ الهوية معايير على اساسها توفر القضايا التي تحكي الواقع كما هو. اذا القضايا تأتي بعد هذه القضية هذه المعايير القبلية. معايير قبلية  معايير قابلية ليست قضية ادراكية. القضية الادراكية معناه لها متعلق خارجي. يعني لها محكي خارجي. لها واقع خارجي ابدا     هذا وين بدا التناقض  اذن مبدأ التناقض هو مبدأ الهوية في بعده السلبي يعني الهوية يجب ان نحافظ عليها كل ما ادى الى رفع الهوية الف لا الف هذا هو تناقض هنا دخلنا في حكومة مبدأ التناقض او تعين يؤدي الى ضرب الهوية كما بينت لك بمثال الله الله الجسم الجسمية تؤدي الى الافتقار يعني الغنى ينتفي والغنى ما هو? حيثية للذات الالهية يعني هي الذات بنحو فالذات تنتفي  ما هو واجب ليس بواجب اجتماع ناقضي  ان شاء الله في الحصة الآتية نكمل هذا البحث الجميل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