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نزلنا معكم في المعايير العقلية المعايير المادية التي على اساسها تترشح المعرفة التي توصلنا الى الواقع اذا وصلنا الى الواقع نحن في متن الحقيقة اذا هذه المعايير هي الحقيقة وكنا في مبدأ التناقض وبينا ما معناه   اذا مبدأ التناقض معيار قبلي  يحمي الهوية يحمي الهوية وبالتالي يأتي بعد  اه مبدأ الهوية يحوي يحمي الهوية في ذاتها او في تعيناتها. فيأتي بعد مبدأ الهوية مبنى الجواري اذا ليس قضية ادراكية متشكلة من محمول وموضوع وقطعت هذه الصياغة التحليلية فقط اجتماع الناقضين محال اجتماع الناقضين هو المحال كأنك قلت محال محال اجتماع النقيض ما معناه? يعني الوجود هو العدم والعدم هو الوجود. مستحيل ام لا? مستحيل مستحيل. مستحيل مستحيل يعني لم تقول شيء تحصيل للحاصل  اذا ليست قضية ادراكية لا موظوع يحكي ولا محمول يحكي. وانما هي معيار قبلي يراقب التعينات. كل تعين يضرب بالهوية ويرفضه ما معنى يرفضه? يعني المعقولية لا تتعين  لا تتعقل شيئا  معناه ان الواقع الخارجي ليس هكذا الله جسم مثلت بهذا المثال الجسمية تؤدي الى التحيز الافتقار الى حيز يعني الافتقار يتسلل الى الذات الالهية. هل الله تعالى ينسجم مع الافتقار ام يتنفر من الافتقار يتوفر تنافر بمعنى الاستعارة يعني يرفض بمجرد ان يتنفر يرفث فنحن فداءات مبدأ تناقض يعني يستحيل ان يتعين الله تعالى بالجسمية بالجسم يعني لا يمكن تعقل هذا الامر. الله جسم لا يمكن تعاقله ما يخليك تتخربط فقير وليس بفقير غني وليس بغني يعني الذات ليست بذات مبدأ الهوية ينتفي    اذا من يقبل بالتناقض يعني يخرج عن هذا المعيار فيه بعض المجانين هكذا يقولون هكذا سمعت الواقعية حدثت ام لا ادري سمعت ان احد الشيوعيين العراق اراد ان يناقش السيد الخوئي رحمة الله عليه في هذا المبدأ مبدأ التناقض فدخل عليه وبدأ النقاش قال انا اقبل بالتناقض يعني الف ولا الف يجتمعان الشيوعية في ادبياتها وهي انتفت الان دي مزبلة التاريخ كسياسة كفكر انتهت ونتحدث عن تاريخ فقط لم تفهم مبدأ التناقض وخلطت بين التضاد الفلسفي والتضاد المنطقي احسن من رد على الشيوعية في تراثنا وفي مدرستنا  الشخصية في النجف هو السيد باقر الصوت في كتابه فلسفتنا والمضطهر في في كتابه اه ضد الماركسية   كتاب المطهر الى الان لم يترجم الى اللغة العربية وكتاب عميق جدا في غاية الجمال فلسفتنا مشهور ومعروف  وقال لي السيد الخوئي اريد ان اناقشك في هذه المسألة. السيد الخولي قال له تفضل. قال انا اؤمن  اجتماعا ناقبا يعني الف تجتمع مع اللا الف او الف متعينة بباء تجتمع مع الف المتعينة بالاء باء السيد الخوئي قالوا براحتك. انت تقبل بالتناقض. انا لا اقبل بالتناقض  يجتمعان يعني ما تتبناه انت وما اتبناه انا يجتمعان فالنقاش ما عندو موضوع انتفى موضوع النقاش فهذا الشيوعي تشنج وبدأ يصيح لا يمكن لا يمكن يعني مستحيل يعني مستحيل يعني ما يتبناه السيد الخوئي وما تتبناه انت لا سناري لا يجتمعان هذا الذي جعلك تتشنج وتقبل يعني ترفض اجتماع الناقدين وانت دخلت انك تقبله فبدأ يتشنج فالسيد خوي طرده نقولو خرج لأن ما عندو مستوى علمي وجاء على اساس انه يثبت ان الف تجتمع مع اللا الف جيد انت عندك مبنى ما هو؟  الناقضان يجتمعان سميه سين سين لا السي ويجتمع وراحتنا انت تقول يجتمعان اذا يجتمعان سين ولا سين. بدأت تشنج لا ابدا يعني لا ابدا ما معناه يعني لا يجتمعان سين ولا سين لا يجتمعان وهذا هو مبنى السيد الخوئي وهو ابطل ما دخل لاجله اطرده السيد انه لا يستحق النقاش. انسان تعبان نعم الفكر فكريا منحط فكريا لا يمكن تجاوز هذا المبدأ لا يمكن. اذا من يرفض هذا الاصل يعني يقبل باجتماع الهوية مع اللهوية او الهوية بتعين ومعا لا تعين   معناه العقل ينتفي اولا المعرفة تتأسس. اثنين تواصل المعرفي لا معنى له. ثالثا  كم نقطة العقل لا معنى له لأن هادي معايير عقلية فأنت ضربت العقل ثانيا المعرفة لا تتأسس لأن المعرفة طبيعتها معقولية توصلك الى الواقع. اذا انت اذا قابلت اجتماع الناقضين معقولية كما بينا لا تتعين في الدين اذن المعرفة لا تتعين في افق الدين واذا لم تتعين المعرفة التواصل المعرفي لا معنى له التواصل المعرفي بين الاشخاص لا معنى له   نعم هذه نقطة ركز عليها جيدا النقطة الثانية المعرفة عادة  تأتي من الواقع الخارجي من الوجود الخارجي اما من باب التجربة على الامور التي نمكن ان نعينها بالتجربة واما من الوجدانيات  واما من الوحي والكشف  هادي هي مصادر المعرفة    المنقولات  انا لم اعاين سور الصين ولم تكن هذه وسائل التواصل تخيل انا اعيش في القرن التاسع عشر. ما في لا كاميرا ولا انترنت لا ترى سور الصين الا اذا ذهبت الى هناك وجماعة كبيرة تنقل ان صور الصين موجود   او من يذهب الى الحج ويرجع بالالاف يقولون الكعبة موجودة رأيناها ولمسناها تورثك هذه معرفة مصادر المعرفة متعددة  من الواقع الخارجي الملموس المنقول من طريق الوحي من الضمير والوجدان  في كثير من المعلومات علم النفس يتأسس من خلال الوجدان  كثير من الأخلاقيات لا يمكن فهمها الا من خلال الوجدان او الضمير  هنا مبدأ التناقض ساكت اذا مبدأ التناقض ما عنده علاقة بهذه الامور لا بالكيانات الضميرية الوجدانية ولا بالكيانات الخارجية من اي طريقة وصلت  مبدأ التناقض له علاقة بهذا الامر بمجرد ان تتأسس المعرفة التي لها علاقة بهذه الامور. بالواقع التجريبي بالواقع غير التجريبي الذي وصل الينا من الوحي او وصل من خلال النقولات المتواترة او من خلال الظمير نعاينه بالشهود  ونبدأ نحلل ونأسس للقضايا المعرفية مبدأ التناقض تدخل كل ما يخرب هذه الواقعية كما هي في الواقع. يخربها على مبدأ هويتها او على مبدأ على مستوى تعيناتها. مبدأ التناقض يقول هذه المعرفة زيفون كاذبة. هذه معرفة كاذبة  نعم ثم ما هي ملاكات معرفتي بالكعبة معرفتي بالله الذي هو غير محصوص معرفتي بالمحسوس معرفتي بالوجدانيات هذا بحث في نظرية اليقين ليس بحثا من  تقيا  اذا مبدأ التناقض لا تجدها في هذه الوجودات كيما تل الضمير وفي متن الواقع الحسي. او في متن واقع ما فوق الحسي لا لا ابدا  وليس في المعرفة في القضاء مع ريفيا تجد اين تجدها في فتواها ان هذا الترشح المعرفي زيف ابلى  اذا لم يكن زيفا وبميلاك مبنى التناقض طبعا آآ مبدأ السبب الكافي والذي يبين لنا لماذا ليست زيفا بمجرد ان تكون زيف يعني فتوى مبدأ التناقض  اذا لا تبحث عن مبدأ التناقض في الواقعيات او في ضميرك ابدا</w:t>
      </w:r>
    </w:p>
    <w:p>
      <w:r>
        <w:t>ابدا  اذا قال الزوج لزوجتي بلغة تميم ولا هي الزوج? قال الزوج لزوج. زوجه انا جائع يعني بالدلالة الالتزامية اريد الاكل  والزوج يلتذ اذا وضعت زوجته له الاكل اين حبيبت شريكة حياتي نعم فهي تهيئ ما تهيئ فيقول انا لست بجاه لماذا جئت بالاكل انا جائع وانا ليس بجائح. هي لا تفهم  لا تفهم تقول له انت انت مجنون لا عقل لك انا جائع وانا اللجئة. انا جائع هذا انبثاق عاطفي. آآ ظميري بالوجدان يدرك الجوع انا لست جائعا بالشهود انا جائع مبدأ تناقض ما عندها شغل انا لست بجائع مبنى التناقل معندهاش انها لماذا? شؤونات خارجية في الضمير  اذا كان الانسان هذا الشخص بتعين ما يجعله ليس جائعا وهو يقول انا جائع يعني انا جائع انا ليس بجائع مبدأ التناقض تقول هنا غير معقولة غير معقول زيف القضية زائفة يعني هذا الحديث زائف لا احكي الواقع الذي يحكي الواقع اما جائع واما لا اذا مبدأ التناقض لا تجده في الوجودات سواء كانت وجودات انفسية او وجودات افاقية او فوق الافاقية  الحيثيات التي يتعين بها الله تعالى ولا تجد في المعرفة لا تجد مبدأ التناقض قضية مشكلة من موضوع ومحمول تحكي عن واقع خارجي واقع خارجي اعم اما في ضميرك واما في الواقع الافاقي او على مستوى الذات الالهي ابدا لا تجدها في النظر المنطقي اذا هي ما هي? هذه ما هي? خطأ ليست هوية خلقية معيار سرمدي هادي كلها مسامحات في الحديث الوجود لا يرفع اذا يجب ان يفهم في النظم المنطقي لا يرفع. انتهت القصة. هذا هو مبدأ التناقض كل تعين معرفي قضوي يؤدي الى رفع الوجود فهذه القضية الزائفة لا تتسم بالمعقولية ابدا  اذا من يتبنى اجتماع النقضين؟ يعني يؤمن بان الف تجتمع مع اللا الف او الف باء يجتمع مع الف لا باء فهذا خرج عن حكومة العقل مجنون لا ينتمي الى  عالم دوي العقول  فرع اكتب  فرع فرع يعني بين قوسين او فرع نقطة اكتب  هل يتصور في عالم ممكن العوالم الممكنة العوالم الممكنة بحث واسع جدا في الفلسفة التحليلية عالم ممكن اجتماع النقيضين هناك يكون جائزة يعني في نشأة من نشأت اجتماع النقيض ان هناك جائز مبحوث هذا ابدا ابدا لان هذا ما عنده علم ما عنده علاقة مع الواقع. قلت لكم ما عنده علاقة بالواقع مهما كان الواقع ومستقل عن الواقع ومستقل مستقل عن المعرفة في اي نشأة كنا هذا المعيار ثابت في اي نشأة لا تجد الوجود يرفع يعني ذات لذات ابدا  احد المحققين الفرنسيين في كتاب ظخم انا عندي الكتاب ونظفتوا من الورد الى من عندي واسع وشامل يتحدث عن هذه الأمور يقول هذا مبدأ التناقض يمشي في الامور التي لها اه الامور الصلبة يعني عندك انت الآن هذا الكتاب هذا الكتاب استقر الان في الوجود فلا يمكن ان يأتي الله كتاب يزيحه فيجتمع معه اما في امور غير الصلبة يعني في المجردات مثلا فيمكن ان  اجتماع الناقض هناك النقيض يجتمع مع نقيده لا ابدا ما عندها علاقة بالوجود. قلنا هذه القاعدة ما عندها علاقة بالوجود ولا بالتعاين المعرفي انتهى الفرح  لماذا لأن المعقولية تنتفي في اي نشأة كنا في اي نشأة نشأكن نشأة خلقية او نشأة الهية ابدا   مسألة اخرى في غاية الجمال وهذه موجودة في الاورجانون في كتاب ارسطو ويذكرها ابن سينا في برهان الشفاء  تجليات مبدأ التناقض في المعرفة الان بينت لكم بالتحليل مبدأ التناقض الان في المعرفة   المعرفة الاستدلالية اكتب في المعرفة الاستدلالية او غير الاستدلالية نبدأ بمسألة  ارسطو يقول لولا هذا الاصل هذا المبدأ لا تتعين العلوم قد تقول ما دخل لهذا الاصل بتعين العلو  فيه نقطة انا لم اشير اليها لأن الإنسان ضعيف ذاكرته كلما ازداد في العمر ذاكرة تضعف وهي صياغة لمبدأ التناقض يقولون صياغة حملية وصياغة شرطية هذا التسامح لانها ليست قضية ادراكية حتى تصاغ بصياغة حملية وبصيغة صياغة شرطية. مبني على المشهور الذي يراها قضية  اجتماع النقيض المحال اجتماع الناقض الموضوع محال محمود. هذه الصياغة الحملية الصياغة الشرطية شيء واما موجود واما معدوم. لا يجتمعان ولا يرتفعان. لا يجتمعان. مستحيل يرتفعان. مستحيل. مبدأ ثلاث مرفوع. في فعل نقيض موحد  يقول لنركز على الصياغة الشرطية. شيء اما موجود واما معدوم هذا بحث فلسفي يعني هنا تعينت الفلسفة انها تدرس الموجود بالاصالة والعدم بالمجاز  الفيزياء كيف تتعين الشيء الفيزيائي يعني المادة اما متحركة واما ليست بمتحركة على اي اساس على اساس هذا المبدأ متحركة في مقابلها النقط لا متحرك الشيء الطبي يعني الجسد المريض اما صحيح واما لا صحيح الجسم الفلكي اما مشرق او غروب او شروق  وهكذا في جميع العلو اذا مبدأ التناقض هو ملاك تعين العلوم في موضوعها انزع هذا المعيار العلوم لا تتعين في موضوعها. ولا تتعين مسائلها. يجب ان يكون هناك شيء  هذا الشيء يتعين شيء ونقيضه طبعا اذا تعين بالصحة لا يتعين بالمرض. واذا تعين بالمرض لا يتعين بالصحة هذا هو اجتماع النقيضين فهي تشكل علم الطب وعلم الفيزياء وعلم الفلك وعلم الكيمياء وو هذه موجودة عند ارسطو  هذه اه النقطة الاولى في هذه المسألة    التواجد الثاني لمبدأ التناقض هو القياس الحملي القياس الحملي متشكل من مقدمتي يورثان النتيجة قياس الحمل عندنا مقدمة صغرى كبرى نتيجة  ارسطو يقول لولا مبدأ التناقض القياس لا يتم. لا يتعين ابدا. لا نصل الى النتيجة تقول كيف? يقول الكبرى اذا لم تكن متعينة كليا يعني كل الافراد يطالها عنوان الموضوع وبالتالي عنوان الموضوع لا يمكن ان يتعين القياس لماذا? لان النقيض يبقى حيا ليس مطرودا بتمام اذا كلية الكبرى هذه  مشروطة بماذا ما فيه مصداق لعنوان الموضوع لا يتصل بي المحمول يعني لا تجد نقيضا لهذه القضية فالكبرى تتعين سين اذا رفظت لا سين رفظت سلب الجزئية لان الموجب الكلي من نناقضها سلب الجزئية والسالبة الكلية متى تتعين? اذا رفضت الموجبة الجزئية. من يفتي بهذا? من يعطي المشروعية? مبدأ التناقض ناقضا لا يجتمعان  وبين لك بمثال الفيزيائي قال بعض الحديد يتمدد بالحرارة بعض الحديد يتمدد بالحرام. فيزيائي قال او المتخصص المعادن لا يهم ونتا سالف سافرت الى المريخ بصاروخ خاص  بالة فضائية وصلت الى المريخ وجدت الحديد  انت لا تتيقن ما عندك المعقولية ان هذه الحديدة تتمدد بالحرام  لماذا? لان بعض الحديد يتمدد بالحرارة. في احتمال ان انها تنتمي الى البعض الذي يتمدد وفيه احتمال انها تنتمي الى البعض الذي لا يتمدد ما عندك يقين انها تتمدد وبالتالي القياس لا معنى له تقول هذه حديدة وبعض الحديد يتمدد بالحرارة هذه الحديد تتمدد بالحرارة ما تقدر اذا حتى نخلص من هذه الاشكالية ماذا نقول? كل حديد يتمدد بالحذر. يعني ما في حديدة لا تتمدد بالحرارة. ما فيه لا سين سين لا سين. من يعطي المشروعية لهذا</w:t>
      </w:r>
    </w:p>
    <w:p>
      <w:r>
        <w:t>الامر هو مبدأ التناقض ولهذا ارسطو يقول مد التناقض تتمم الكلية في القياس اه ليس الكلية كبرى القياس في كلياتها اذا مبدأ التناقض يعطي المشروعية آآ الكبرى في القياس. بدون مبدأ التناقض الكبرى لا معنى لها. وبالتالي القياس لا يتم ابدا. اذا مبدأ التناقض متمم القياس في كبراه متمم القياس الكبرى اذا حتى نصل الى الكلية الكبرى اذا نمسك كل المصداق الذي يتنفر من المحمول  كل المصادق داخله يعني ما في مصداق تمرد وقال انا لا اتمدد اذا انتفت كل المصاديق المتنفرة يتنفر منها الحديد تمت الكبرى بكليتها حينها انت تقول هذا الحديد في المريخ يتمدد يقينا بالحرارة. لماذا? لانك امنت كبر القياس على اي اساس مبدأ التمعق  مدى التناقض  اذا مبدأ التناقض كما يعين العلوم وموضوعات العلو كذلك يتمم القياس الحمل في كبراه يعطي المشروعية الكبرى الكبرى لا تكون كلية  التي تولد النتيجة بالحد الأوسط الا بمبدأ التناقض    الفرع الثالث في التجلي في البعد المعرفي في القياس الشرطي اه القياس الاستثنائي آآ قياس الخلف او الخلف حسب حسب الصياغة. الخلف يعني يأتي من النقيض. الخلف يعني يؤدي الى التناقض القياس الاستثنائي وقياس الخلف لا تتم مشروعية يعني لا ينتج الا بي فضلي مبدأ تناقض. هذا نتركه للحصة الاتية.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