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كنا في المعايير العقلية  كنا في مبدئي التناقض او كما يسميه البعض مبدأ عدم التناقض واشرنا الى تجلياته اين يحضر هذا المبدأ الرائع والعظيم قلنا اولا يحظر في تعين موضوعات العلو اننا اذا اخترنا صياغة القضية هذه القضية المعيارية وليست الادراكية الشرطية نقول الشيء اما موجود واما معدوم لا يجتمعان ولا يرتفعان هذا هو مبدأ التناقض فاذا خصصنا الشيء في الجسم المريض اما ينصحه الجسم من حيث الصحة والمرض اما صحيح واي مريض مريض يأتي الطب يتحرك يسكن تهدي الفيزياء وهكذا اذن بدون هذا المبدأ لا تتعاير العلوم ولا تنقسم الى تعيناتها هذا التجلي الاول وبينه وذكره ارسطو الاورجانون التجلي الثاني قلنا القياس الحمل يدور مدار الكبرى في القياس ان هي التي تنطوي على الحد الاوسط الذي يجر الاصغر اذا قلنا الف باء وباء جيم فالف جيم فجيم الذي هي الذي هو محمول في الكبرى ينطوي على الاصغر على الف لانطوائه على باء الحد الاوسط نعم هذه هي الكبرى ملاك انتاج القياس. القياس الحملي. جيت ما دخل مبدأ التناقض في هذا القياس الحملي يقولون الكبرى لا تنعقد الا اذا نفت مطلقا سلب الجزئية يعني كل المصاديق يا ترى هم عنوان الموضوع وعنوان المحمول يعني تطالهم النسبة في القضية اذا عثرنا على مصداق لا يطاله عنوان الموضوع وبالتالي عنوان المحمول او في مصداق لا يطاله عنوان المحمول. يعني لا تمسه النسبة فما عندي انا كلية اذا حتى نؤمن الكلية يجب ان ننفي النقيظ كل الف باء لا نجد لا نجد ابدا اه بعض الف ليس باء ابدا جيد من حقك ان تقول ما هو الملاك? الملاك ان الكبرى تسميها نتا سين لا تجتمع مع نقيضها لا سن اذا مبدأ التناقض يتمم الكبرى في القياس الحملي  نأتي الان الى التجلي الثالث طهور هذه القضية في قياس الخلف وفي القياس الاستثنائي مطلقا نأتي الى قياس الخلف يعني يأتي من الخلف ما معنى انت تدعي دعوة سين  هو يبطلها لا يعني يثبت النقيظ اذا اثبت النقيض السين سين تتبخر تصير باطلة مرة لا يمكن ان يثبت لاسين النقيض يأتي الى لازم المدعى الصين عندها لازم الف  يجب ان يقبله طرف المقابل اذا قبل سين يقبل بلوازمها. يقبل بالف نعم ثم نأتي بمقدمة يقبلها الطرف المقابل فهذا اللازم الف نطعمه بمقدمة نصل الى كذبة الى الزيف الى البطلان  من اين يكون? من المقدمة مع الاتفاق. اذا من الف الف باطن سين باطلة هذا هو قياس الخلف فلسفته سين لا تكون حقيقية الا اذا نفت النقف الملاك ما هو? هو مبدأ التناقض او مبدأ عدم التناقض لانه يقول سين لا يجتمع على سين اذا الصين تتعين حقيقة اذا نفت النقيظ ولا تتعين الا اذا نفت النقيض الملاك ما هو مبدأ التناقض اقول لشيخنا العزيز ما المانع ان تكون حقيقية ولا تنفي النقيض نقول ما بدا التناقض ناقضا لا جميعا سهلة جدا هذه المسألة بقياس الخلف. اذا مبدأ التناقض في قياس الخلف او الخلف حسب الرؤية في التسمية متمم اصل القياس في القياس الحملي مبدأ التناقض تتمم الكبرى حتى تتم مشروعية القياس في برهان الخلف مبدأ التناقض يتمم اصل القياس غسل القياس نعم عندي مدة عسين اريد ان اثبته يجب ان ابطل اللقيط اذا ابطلت النقيض يثبت المدعى يعني السين هو المدعى ابطل اللاس يثبت سين بيربي اي ملك الناقضان لا يجتمعان اذا ارتفع النقيض يتعين سين اذا اردت انا ابطل سين اثبت لا سين اذا اثبتت لاسينس يتبخر ينقلب باطلا. لماذا? لان مبدأ عدم التناقض ظل في القياس الحمل ظل في القياس الخلف نأتي الان الى القياس الاستثنائي. قياس الخلف ذكره ارسطو قيم استثنائي لا الذي ذكره او لم يذكره الظاهر انه لم يذكره  القياس الاستثنائي ما هو؟ عندنا شرطية متصلة او منفصلة لا فرق متصلة تقول الف يستلزم كلما طلعت الشمس فالنهار موجود طلوع الشمس يؤدي الى وجود النهار يعني تقول كل الف باء يعني يستلزم لا كل حملية استغفر الله. اذا كان الف كنبة هادي هي الشرطية المتصلة ثم يأتي الاستثناء الإستثناء وهذه بينتها انا فيما مضى. قلت القياس الاستثنائي يحتاج الى ركنين انطولوجيا قينونته لا تتم الا بركني لا تنعقد الا بركنين  الشرطية والاستثناء وعندنا في البعد المعرفي ليس في البعد التكويني والأنطلوجي متى ينتج المعرفة تقول اذا كانت هناك ملازمة بين المقدم والتالي. يعني نبينها  الإستثناء اما نثبت المقدم يؤدي الى النتيجة قهرا يعني الى التالي قهرا واما النبطل التالي الذي يكشف عن بطلان المقدم. هذا هو الركن المعرفي اذن في القياس الاستثنائي اذا جئنا بالشرطية فقط بدون استثناء لم ينعقد القياس. لماذا? لان التكوينيا لم ينعقد هويته لم تتب اذا جئنا بالاستثناء تمت البنية التكوينية انطولوجيا له هوية هوية قياسية هذا لا يكفي يحتاج الى البنية المعرفية البنية المعرفية هي بيان الملازمة يعني بان الربط بين التالي و المقدم او بين المقدم والتالي تقول ما الملازمة بين طلوع الشمس ووجود النهار? شهودية هنا الملازمة شهودية واضح بارزة صارخة هذا الركن الاول الركن الثاني اما ان يثبت المقدم. نقول الشمس موجودة عاينها بالمشاهدة وبالتالي الانسان اذا  فتح الشباك وابصر الشمس في دائرة ضيقة فقط لا يرى الأجواء فقط يرى القرص الشمسي يقينا يقول طلع النهار يعني النهر موجود بالمشاهدة اذن اذا اثبتنا المقدم يأتي التالي مرة لا لا نثبت المقدم نبطل التالي نعم افتح الشباك ارى الليل افتي بالقطع واليقين ان الشمس ليست طالعة للمهوى يعني عدم وجود النهار الانتفاع التالي يؤدي الى انتفار المقدم. الشمس ليست  هذا الركن المعرفي بيان الملازمة من المقدم والتالي والركن الثاني اثبات المقدم الذي يؤدينا الى التالي او ابطال التالي الذي يؤدينا الى ابطال المقدم جيت مع ابنتي لنرى مبدأ التناقض اين يحضر   طبعا في البعد المعرفي بأركان البنية المعرفية بيان الملازمة بيان الملازمة نقول المقدم ولد النتيجة يعني اذا كان الف كنبة تقول لي ما المانع ان يكون معه الا يعني الف يولد التالي الف ويولد التالي لا الف فقل اذا كان باء كان الف وكان معك ذلك الالف. مستحيل مبدأ التناقض مبدأ التناقض نعم اذا ابطلنا وجود النهار مع الليل انه الليل وجود النهار ما فيه ارتفع المفروض الشمس ليست طالعة اقول لا ليست طليعة وقد تكون طالعة واجتماعا موقفين اذن اجتماع الناقضين ولباب القياس الاجتماعي متمم القياس بتمامه متمم القياس بتمامه نعم هذا هو مبدأ التناقض</w:t>
      </w:r>
    </w:p>
    <w:p>
      <w:r>
        <w:t>وبينا بالتفصيل اذا مبدأ التناقض هو هو مبدأ الهوية في بعده السلبي مبدأ التناقض انطولوجيا يعني في النظم التحققي والوجودي وثبات هذه الذات نعم تريد ان تشتري العنب في بائع العنب بائع فواكه رأيت العنب انت جديدا ورائعا فتريد تشتري رجعت العصر لتشتري. هذا العنب ترى ارانب هويته تغيرت يعقل? لا يعقل مبدأ الهوية هوية العنب عنب ليست ارانب نعم فالعنب عنب ثبات الشيء  في البعد الإبيستيمي البعد المعرفي يعني ما اسميه انا النظم المنطقي لا يمكن ان يستقر النقاش بينك وبين نفسك وبين نفسك وغيرك. اذا لم تستقر الهويات  تستقر المعاني ولهذا المعنى الذي يستخدم في العلوم هو الاشتراك المعنوي يجب ان تستقر هذه المعاني اللغة فقط تشير الى هذا المعاني ما عندها علاقة باللغة المعاني انا الان بصدد في صدد التواصل المعرفي واتي بمعنى ما هو الانسان بوسط النقاش والتواصل المعرفي. هذا الإنسان تتغير هوية ايته بعد التواصل المعرفي لا معنى له الذي يؤمن استقرار النقاش وثبات النقاش وثبات التواصل المعرفي ومبنى الهوية مبدأ الهوية نعم  مبدأ التناقض الذي هو مبدأ الهوية في بعده السلبي يأتي ويحافظ على هذا هذه الوحدة وهذا الثبات يعني كل من يخرب هذا الثبات والاستقرار حتى يتم التواصل المعرفي مبدأ التناقض الثقفي في وجهه توقفه تقول له لا لماذا اذا سمحت بهذا المخرب الذي تتنفر منه الهوية الهوية ترفع  يعني الهوية ترفع كانت الألف تصر على الف اذا مبدأ تناقض وظيفته يثبت استقرار الهوية ولهذا قلنا البعد السلبي ينفي كله ما تتنفر منه الهوية لماذا? حتى تبقى هويتها حتى تبقى هويتها وتستقر هويتها كل شيء مترابط كلشي متردد اذن مبدأ التناقض في اصله في اصله والوجود لا يقبل العدم. وهذا بعد انطولوجي في النمط التحققي   هذا النظم التحققي يجب ان ينسجم معها النظم المنطقي حتى تكون المعرفة صحيحة اذا هذه المعايير في الحقيقة ناظرة الى الواقع الخارجي الى النظم التحققي يعني الوجود وحيثيات الوجود هذه النظرة الاولية هذا هو الهدف الأولي. الهدف الثانوي هو المعرفة لان المعرفة لا قيمة لها الا اذا اوصلتنا الى الواقع الخارجي الى ما تحكي الى ما تحكيه اذا هذه المعايير اصلها من الواقع الخارجي عندنا هوية في الواقع الخارجي ثابتة. يعني هذا الماء من يوم ما خلق هو ثابت الهوية واذا ثبتت في الهوية تعيناته الذاتية تثبت مبدأ الجوهري كل تعين يخربها ثبات هذه الهوية مبدأ التناقض يقول لا يرفضه مع ولهذا في المنطق كما سيأتي في باب المغالطات بمغالطة من باب الاشتراكي اللفظي يعني يستخدم المعنى ويغير المعنى في النقاش  فهذا مغالطة الاشتراك اللفظي. يجب ان تستقر على معنى واحد في النقاش لا تأتي بلفظ يشير الى معنى اخر موهب  نأتي الآن الى المعيار الرابع وهو المادة الثالث المرفوع ما يسمى في ادبياتنا ارتفاع النقيضين محال وهو كذلك معيار الصهرمادي هو مشتق من من مبدل التناقض تقول اذا ارتفع الناقظا يجتمعان والاجتماع محال اه  ارتفاع دفاع النقيضين موحد باعتباره متفرعا مبدأ التناقض لن نخوض فيه كثيرا ساهل لو استخدامات كثيرة في الرياضيات والهندسة والحساب يسمى مبدأ الثالث المرفوع بمعنى اذا كنا في دائرة الف ولا الف ما فيه واسطة هي باء يخلو بها الشيء ويتخلى عن الف ولا الف يرتفع الف ولا الف هذا هو ارتفاع هذا هو ارتفاع ناقضين بي با يتعين به الشيء يعني الهوية هناك الف غائب واللا الف غائب ارتفاعا الناقضين هذا غير معقول هنا ما في قضية تقبل العقلنة وبالتالي ما في واقع يكون هكذا ابدا الوجود يرفع والعدم يرفع وتتعين الهوية في بعد ثالث هذا غير معقول في النظمل التحقق والنظم الوجودي نعم  اذا المبدأ الثالث المرفوع و عينه ارتفاع الناقضين موحد هكذا باللغة الفرنسية مبدأ الثالث في المرفوع الثالث الذي يقع بين الف ولا الف بانت مرفوع لا حقيقة له مبدأ الثالث المرفوع. يعني ما عندنا ثالث يقع بين الف واللاء الف هذا تعبير تعبير درج عندنا ارتفاع الف ولا الف محال ارتفاع الف ولا الف في مورد وباء يعني شي هوية تستقر في هناك باء لا يكون الف ولا يكون الالف هذا محال غير قابل للمعقولية اذا انتفت المعقولية ما معناه? يعني الوجود لا يكون هكذا. فلا تجد في دار الوجود في النظم التحققي شيئا له وجود وله عدم مستحيل مستحيل هذا هو مبدأ تفلفل مرفوع وعنده استخدامات كثيرة في الرياضيات في الهندسة في الحساب وفي الفلسفة كذلك نعم كما سيأتي ان شاء الله في مربع ارسطو او مربع التناقض هناك نجد اه قضيتين يرتفعان وما فيه مشكل لا يجتمعان نعم مبدأ التناقض حاكم يرتفعان يعني خرج تخصصا عن مبدأ التالت المرفوع تأتي ان شاء الله بيانه بالتفصيل. يعني السالس المرفوع لا يجريه في في هذا البعد سنصل اليه ان شاء الله اذا المبدأ الثالث والمرفوع او ارتفاع الناقضين بوحا متفرع على اه ما بتراقب ارفع مبدأ التناقض ثالث مرفوع لا معنى له نعم  اذا لا يمكن ان تجد في الوجود هوية لا موجودة ولا معدومة. يعني تتعين تعين لا هو الوجود ولا هو العدم. مستحيل مستحيل لان ارتفاع الوجود والعدم يؤدي الى اجتماع الوجود والعدم ارفع الوجود ماذا يستقر في محله العدم? ارفع العدم ماذا يستقر في محله الوجود? اجتمع الوجود والعدم اذا قوام مبدأ الثالث المرفوع هو مبدأ التناقض هو مبدأ التناقض. ولهذا العلماء لا يفصلون فيه البحث كثيرا يبينون بعض التطبيقات في الرياضيات والحساب والهندسة والفلسفة الا انهم لا يتعمقون في تحليل انه واضح جدا وهو يعود في اصله وفي حقيقته الى مبدأ التناقض او مبدأ عدم التناقض الى الان اشرنا الى اربعة معايير المعيار الاول وهو مبدأ الهوية يعني الهوية في الوجود ثابتة في التواصل المعرفي يجب ان تكون ثابتة  اذا مبدأ الهوية معيار يرشح هذا التركيب. الانسان انسان ثم اذا تعين بتعينات  تحت ضغط مبدأ الجوهرية نقول انسان عالم الانسان نائم الانسان بخيل الانسان مؤمن الانسان ليس بحجر الانسان ليس بنبات هذه التعينات دائما تثبت او تسلب عن هوية ثابتة هذا هو مبدأ الهوية ثم اذا خرجنا من الهوية الى التعينات تعين الوجود العلمي الحياتي تعينات متعددة وعلاقات هنا يأتي المعيار الثاني وهو مبدأ الجوهرية وناقصة كل القضايا تتشكل القضايا فالقضايا يعني حكاية عن واقع يقع خارج الدين   ثم مبدأ التناقض يقول كل تعين نشأ من مبدأ الجوهرية يخرب الهوية يعني تتنفر منه الهوية فهذا مرفوض اذا اذا تحركت انت معرفيا واثبت محمولا للهوية تتنفر منه فانت في الزيف لا معقولية فلا تصل الى الواقع ابدا ثم المبدأ الثالث مرفوع بيناه نصل الى المبدأ الخامس وهو مبدأ سبب الكافي في ادبياتنا يسمى كل ما بالعرظ يعود الى ما بالذات والذات لا يعلم من اروع المبادئ</w:t>
      </w:r>
    </w:p>
    <w:p>
      <w:r>
        <w:t>نعم. الفيلسوف الالماني الذي اهتم كثيرا بهذه المعايير في كتبه العلمية والفلسفية وهو الذي اطلق هذا الاسم مبدأ سبب الكافي على هذا المعيار يقول كل المعايير تعود الى ماذا? تعود الى مبدأ نهوية ومبدأ السبب الكافي اذا وصلنا الى المعيار الخامس ما بدا سبب الكافي او كل ما بالعرظ يعود الى ما بالذات والذات لا يعلم اذا ما هو مبدأ السبب الكافي نعم واين يجري يأتي ان شاء الله في الحلق في الحلقة الاتية او في الدرس الآتي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