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في بحث المعايير العقلية السرمدية  الى المعيار الخامس او المبدأ الخامس يسمى في ادبيات الغرب اه مبدأ السبب الكافي او مبدأ التوافق في ادبياتنا دائما على لساننا هذه العبارة كل ما بالعرض يعود الى ما بالذات والذات لا يعلن. في تصوري هو هو لا فرق بين الامرين علماؤنا في تراثنا لم يهتموا كثيرا بهذه المبادئ من حيث التحليل والتركيب الغرب اهتموا بهذا الامر كثيرا تجد في مطاوي بحوثي علمائنا اشارات راقية وجميلة الى هذه الامور الا انها ليست مبوبة مدروسة بنحو الاستقلال فحبذا لو تتم هكذا الدراسات وتبرز هذه المعايير وكيف تسري للمعارف  تسهل الامور على الطالب دي مسألة في الفلسفة جدا معقدة بالنسبة للطلاب يقولون ليست المهية من حيث هي بموجودة ومعدومة ويقولون هناك الوجود والعدم يرتفعان عن مرتبة الماهية فيبقى الطالب محترم في فهم هذه التعقيدات والاستاذ كذلك لا يوصل هذا المعنى جيدا للطلاب على ضوء هذه المعايير لمسألة تصير في غاية السهولة في مبدأ الهوية الانسان بعد ما انتقلنا الى مبدأ الجوهرية اذا لا معنى للتعين بالوجود والعدم عدم التعين بالوجود والعدم اشتباها تساهلا تسامحا قالوا يرتفع الناقضان في مرتبة الماهية يعني يرتفع الوجود والعدم يرتفع العلم واللعن لا هناك ليس مجال ليس مجالا للارتفاع وعدم الارتفاع  مبدأ التناقض ومبدأ الثالث المرفوع في دائرة مبدأ الجوهرية يعني بعد التعينات فكل تعين لا ينسجم مع الهوية ينفيه مبدأ التناقض وينفيه مبدأ الثالث المرفوع اما في بداية الهوية اذا قلت الوجود يرتفع والعدم يرتفع يعني هناك ليس محل الوجود والعدم فمسلوب الوجود والعدم من باب عدم حاكمية للوجود والعدم هناك اذا ما في اي تناقض ولا ارتفاع للناقضين من باب سلم بانتفاع الموضوع يعني حكومة التناقض ليس هناك حكومة مبدأ في المرفوع ليس في مرتبة الهوية بعد تعين الهوية تأتي حكومة مبدأ التناقض كل تعين تتنفر منه الهوية هو ينفيه  كل تعين تنفر منه الهوية مبدأ التالت المرفوع ينفيه اما في الهوية هناك لا معنى للوجود والعدم فاذا قلنا يرتفع الوجود والعدم هناك مسامحة ما في وجود وعدم هناك اذن السلب هناك تقول ليست الماهية من حيث هي هي بموجودة ومعدومة نعم لان مبدأ الهوية هناك لا معنى لي الوجود والعدم فيصلب الوجود ويسلب العدم ليس في مبدأ الجوهرية اذا جينا الى مبنى الجوهرية عندنا الهوية سين اما موجودة واما معدومة. لماذا? لان النظم التحققي لا يتسع الا الوجود كحقيقة والعدم كما جاز. وادعاء نعم يجتمعان محال يرتفعان محال اين? في مبدأ الجوهرية هناك لا يجتمعان ولا يرتفعان صحيح اما في الهوية لا اسلب كما تشاء اسلب الوجود والعدم معا وانت محق هذا معنى ليست بما هي من حيث هي هي بموجودة ومعدومة اما اذا قلت الماهية الهوية الان في دائرة النظم التحققي وتقول ليست الماهية هناك ليست بموجودة معدومة خطأ اذا كانت موجودة لا تكون معدومة اذا كانت معدومة لا تكون موجودة لا يجتمعان ولا يرتفعان هذه المسألة عالجتها في الفلسفة هذه القواعد المعيارية والطالب فهم المسألة بسهولة تامة بدون تعقيد نعم  ارجع الى الدراسات الفلسفية اه تتبين لكم المسألة  اذا هذا المبدأ الخامس ما هو نبدأ الان التحليل دققوا معي جيدا عندك انت هوية اويم لنركز على هوية خلقية ثم التحليل ينسجم حتى على الذات الالهية يعني الذات التي لا تخضع لعملية الخلق يا خالقة وليست مخلوقة نركز على هوية خلقية كالما والإنسان والفلك والذهب هادي الهوية سميها سين انت سين هوية جوهرية اذا عندنا هوية سين وعندنا التعينات لهذه الهوية يعني عندنا مبدأ الهوية وعندنا مبدأ الجوهرية وعندنا سبب حقق هذه الهوية في دار الوجود  وعندنا غاية  يتحرك نحو هذه الهوية اذا قلت في غاية وهوية تتحرك يعني في قانون. لا تتحرك بفوضى اذا كم مفردة الهوية اذا كانت في عالم الخلق حتما عندها تعينات الهوية سببها غايتها قانونها  غير هذا ما في وزيد التعينات السبب الكافي عنده علاقة مع الهوية وعنده علاقة مع تعين الهوية عنده علاقة مع قانون الهوية وعنده علاقة مع الغاية وعنده علاقة مع السبب اذا كانت هذه الهوية مركبة مادية من مادة وصورة كما يقول الفلسفة كذلك مبدأ السبب الكافي عنده علاقة مع مكونات هذه الهوية الان اعطيكم العبارة العبارة ما هي? كل تعين على مستوى الذات يعني الذات تعينت في دائرتها. نعم هي مسامحة يعني الهوية في دائرتها بدون ملاك لا يمكن تعينت بحيثية بدون ملاك لا يمكن خضعت لقانون بدون ملاك لا يمكن تحركت نحو غاية بدون ملاك لا يمكن اذن مبدأ السبب الكافي يبحث عن ملاك تعين سين بلاك تعيين سين في هويتها في تعيناتها في خضوعها للقانون في علاقتها بالغاية وفي علاقتها مع سببها تقول لما تحققت الهوية لما مبدأ السبب الكافي الى ان له علاقة مع الامام  اذا كانت هوية خلقية يجب ان تبحث عن السبب وهو العلة التامة اذا مبدأ السببية او مبدأ العلية والمعلولية في الفلسفة الذي هو ماذا? هو له علاقة بالوجود هذا حالة خاصة لمبدأ السبب الكافي انت عندك الهوية الانسانية  في هويتها مبنى الهوية مسلوب عنها الوجود والعلم. يعني لا تقتضي الوجود ولا تقتضي العدم تمت العلة التامة تحقق الانسان في النظم الوجودي اذا مبدأ سبب الكافي يقول اذا بقيت علته لم تنضم الى العلة التامة وبقيت العلة ناقصة وقلت لي انت الهوية تحققت خلاف مبدا السبب الكافي مبدأ السب الكفي لا يقبل ابدا  ثم يأتي الحاكم الكبير مبدأ التناقض يقول مستحيل اذا مبدأ التناقض من  يعطيه الاشارة ان يتلون بالاخضر يعني جائز او بالاحمر او ممنوع مبدا سبب الكافي مبدأ السبب الكافي ناظر الى النظم التحققي النظم التحققي يعني انت تترشح بقضايا علمية هذه القضايا العلمية اذا لم تتناغم مع مبدأ السبب الكافي لا تكونوا في متن الواقع كما هي. يعني لا تحكي الواقع فنكون خارج دائرة الحقيقة اذا من يسكت مبدأ السبب الكافي والعيلة التامة يعني الانسان خلق تعين كحقيقة خارجية موجودة هذه الهوية او هي الانسانية مبدأ السبب الكاف يقول ملاك هذا التعين ما هو? التعين الخلقي العلة الطامة  العلة التامة  اذا المبدأ السبب الكافي يقول وصلنا الى الذاتي هناك لا يسأل علم خلقت خلاص وصل الى الذاتي يعني هذا الخلق ما بنعرف يعود الى ما بالذات يعني العلة التامة. هل نسأل لماذا العلة التامة علة تامة? خرافة هدا هو الذاتي هذا هو لا يعلل الذاتي لا يعلل بمعنى</w:t>
      </w:r>
    </w:p>
    <w:p>
      <w:r>
        <w:t>لا معنى لي ان يعلي المعرفيا ولا معنى ان يعلل خارجيا. العلة التامة  اذا مبدأ السبب الكافي يشير الى او يبحث عن ملاك كون الذات في الوجود  او التعين لماذا? يبحث عن ملاك التعين حيثية من الحيثيات وملاك القانون التي تخضع لهوية. ملاك الغاية اذا وصل الى الذات هناك يسكت هناك مبدأ تناقض يتلون باللون الاخضر يعني اجازة فانت في متن الحقيقة كيما في الحقيقة عنخليك من من الهوية الخلقية  نركز على الهوية المطلقة يعني الذات الإلهية المقدسة  هل الوجود هل الوجود النظم الخارجي يسأل عنه مبدأ السبب الكافي على مستوى الوجود الإلهي يقول ما هو ملاك تعين الذات الإلهية بالوجود لا يبحث عن سبب خارجي يبقى في اصل الذات الذات لانها مطلقة فالوجود ذاتي لها اذا هنا نحن في متن الذاتي السبب الكافي بعد يقف في المخلوق بحث عن الملاك وجده في العلة التي تفيض الوجود عليه في الذات الالهية لا الملاك هو عين الذات نحن في الذات في الذات  هنا فين نظمل خارجي في النظم المعرفي لن نعطي الوجود للذات المقدسة مستحيل لان الوجود ذاتي لا نكشف انها موجودة كشف يعني هنا بعد ذاتاني وليس بعدا موضوعيا اتاتي الادلة كل الأدلة على وجود الله تعالى هناك مبدأ السبب الكافي يبحث عن الملاك الذكني ماء الملاك في دائرة المعرفة في دائرة النفس الانسانية المدركة بعضهم يقول ان الله تعالى يحتاج الى ملاك معرفي  اثبات وجوده بعضهم يقول لا كما انه لا يحتاج الى ان الى ملاك خارج الذات في وجوده كذلك في المعرفة  جيدا الان نأتي الى العلم او الحياة والله حي في البعد المعرفي مبدأ السبب الكافي يقول يعني الانسان وهو يفكر يقول الله عالم وكل عالم حي فالله اه حي في البعد المعرفي مبدأ السبب الكافي انت اسكبته العلم بعد لا يبحث خلاص الحياة تابتة للذات الالهية لماذا? لان مبدأ السبب الكافي عنده كذلك مسألة اخرى ان العلم يلازم الحياة لا ينفك عنها اينما يكون تكون الحياة خذ المصداق الإلهي انت اثبت لي فقط انه عالم ببرهان النظم باي طريقة فالحياة تكن فما بدا السبب الكافي في البعد المعرفي يستقر وصلت لذاتي نعم اما العلم في النظم التحققي على مستوى الذات الالهية نحتاج الى امر خارجي يعني الحياة تعطي العلم لله ابدا. الحياة صفة حيثية هي عين الذات  الذات هي ملاك العلم عن الذات لانها كما المطلق والعلم كمال فالله تعالى علم الذات هي ملك العلمية بالذات الالهية. فمبدأ السبب الكافي هناك يكتشف الذاتي على مستوى الذات الالهية لاحظت كيف? يجب ان تفرق بين نظم التحققي والنظم المنطقي والنظم التعقلي  نعود الى عالم الخلق الانسان الإنسان الآن تعين هوية الانسان ما هو? انسان انسان مبدأ السبب الكافي هناك لا يسأل لا يسأل عن ملاك انسانية الانسان واضحة جدا انت تجيب تقولين ان في الذات الانسان هو ذات الانسان في الذات والذات يعلن لا يعلن هنا مبنى السبب الكافي في الذات لا يسأل. لا يقول لمن الانسان انسان لا مستحيل هذا غير معقول لان نحن هناك في الذات اما اذا قلت الانسان عالم تعين بالعلم ولا ما بدا سبب كافي يسأل عن الملاك الملاك عنده كمال هو الكاشفية والكاشفية اشرنا الى نقطة مهمة قلنا مبدأ العلية والمعلولية هو حالة خاصة لمبدأ السبب الكافي واضحة جدا الله تعالى عالم مبدأ السبب الكافي هناك حاضر الذات لا متناهية في كمالاتها والعلم كمال فهي عالمة على مستوى الذات اكتشفنا الملاك هناك مبدأ السببية والمعلولية والعليا والمعنوية غير موجود لماذا? لان الذات الالهية ليست علل صفاتها لا في علمية بين الذات و صفات حقيقة واحدة عينية الصفات لي دارتو اذا كانت الذات الالهية علة لصفاتها فالذات في مرتبة اعلى وصفاته في المرتبة الادنى يعني صفات الذاتية تكون صفات فعلية وضعها غير معقول مع ان سبب الكافي موجود السبب الكافي تقول الذات كافية تعينها بهذه الصفات? يقول نعم نحن في الذات في مرتبة الوجود تحقق اذا كلما كانت علية وعملية كان مبدأ السبب الكافي وليس كلما كان مبدأ السبب الكافي كانت عليه ومع الولية. سجلها هادي قاعدة ذهبية الان نحن في الذات يعني الجوهر بدائرة الذات الانسان لا معنى مبدأ السبب الكافي يعني لا يتدخل ويقول ملاك الإنسان ما هو بناكل انسان في انسانيته ابدا لا يسأل يسأل كيف خلق يعني ملاك خلقه وهو العلة التامة نعم اما اذا تعين كهوية انسانية تقول انسان انسان مبدأ السبب الكافي هنا لا يسأل لا يسألك ملاك كون الانسان انسان ابدا لانه في مرتبة الذات اما اذا تعين بتعيناته هنا يسأل تعين الوجود يعني التحقق يبحث عن الملاك وهو العلية والمعنوية. هنا مبدأ السبب الكافي تماهى في العلية والماء لوليا اذا كان اكتشف العلة التامة خلاص وصل الى الذات خليني نقرب لك المسألة بالعرف العرف النازل الى مستوى الخيال انسان عنده صيغ عاطلة ما عنده قطعة وهذه القطعة تأتي الا من المانيا وحتى تصل من المانيا ممكن شهرين ثلاثة وغالية سيارة عظيمة وصديقه يعلم بانها عاطلة يتصل بي يقول عندي حالة خاصة اخذ الزوجة الى بغداد وهو من العمارة مثلا لا ادري كم كيلو من العمارة الى الى بغداد على الأقل خمسمية كيلومتر مثلا اكثر لا يهم مسافة صديقه يقول والله القطعة لم تأتي بعد من المانيا  اذا اذا قال له شخص ثالث رأيت صديقك يتحرك بالسيارة لا يصدقه لماذا لان لما بدا السبب الكافي هو لا يفتي يقول السيارة بدون قطعة لا تتحرك لان العلة التامة غير موجودة غير متحققة يتصل بعد اسبوع يقول القطعة وصلت يعني كل موجبات تحرك السيارة حاضرة يقولو بعد ساعة اكون عندك اتى ناخذ الزوجة الى بغداد الى المشفى فما بدا سبب البركان في هنا لا يسأل لماذا تحركت السيارة? لان القطعة وصلت من المانيا وضعت في المحرك وا العناية التامة تمت يعني موجبات وحركة السيارة تمت ما بدا سبب الكافي يفتي قل يجب ان تتحرك جيد  في التعينات غير التحققي يعني غير الوجود كذلك ما بدا السبب الكافي نعم يسأل يسأل عن الملك دي قاعدة ذهبية اكتبها كل قضية ادراكية يعني علمية تحكي الواقع يحتاج الى توجيه توجيه معرفي يعني هذا التوجيه يكشف الملاك. ملاك ثبوت المحمول الى الموضوع حتى في القضايا البديهية مرة الموضوع يكفي لفهمنا للمحمول. اذا يجب ان نركز على الموظوع اذا ركزت على الموضوع ما بتسبب الكفي يقول انتهى الامر مرة نركز على الموضوع المحمول. يعني نتصور الموضوع المحمول نذعن بالنسبة في القضايا البذيء هي في القضايا النظرية ممكن نوظف الاستنباط والاستقراء من المعروفة حتى نصل الى الذات حينها مبدأ السبب الكافي يهدأ الان نأتي الى الغاية هذه الواقعية الخلقية حتى الذات الالهية كل وجود حتى الذات الولاية له غاية</w:t>
      </w:r>
    </w:p>
    <w:p>
      <w:r>
        <w:t>الغاية في الذات الالهية عين الذات الذات هي الغاية يعني اذا احب الله ذاته لانها غاية الكمال وغاية القداسة لا نقص فيها. حتى من يحبها هذا الحب الذي فينا نشأ من هناك لان هناك حب خالص قداسة خالصة فنحن نحب كل ما هو كان كمال طبعا قد نتوهم الكمال وقد نصل الى حقيقة الكمال هذه مسألة اخرى راجعة الى ضعف الانسان اذا غايته ذات في الواقعيات الخلقية غايتها تكون خارجة عن ذاتها انسان يأتي ويبني دارا يقول المشارقة يبني بيتا المغاربة يقولوا الدار لا يقولوا بيتا البيت غرفة عندهم من الدار لا يهم الاستخدامات بنى دارا بنى بيتا لا يهم لغاية ما هو الاستكمال فيها اشتقت الكنة يعني اه زوجة الابن من هذا لانها تعيش معنا  هذه هي الغاية من بناء الدار او البيت مبدأ السبب الكافي هو هذا. مبدأ السبب الكافي يسأل لما هذا البناء وللاستثناء انتهى الامر. وصلت الى الذاتي اذا كذلك كما كانت العلة الفاعلية حالة خاصة بمبدأ السبب الكافي لعل الغائية كذلك حالة خاصة من مبنى السبب الكافي نعم تقول له لماذا بنيت هذا الدار وعندك دار ونام بلا سبب الكافي يسأل يعني مبدأ السبب الكافي هنا يتعين بالعلة الغائية ما لاجله شيء هذه هي العلة تقول له عندي ابني يريد ان يستقل في حياته انتهى الامر نحن الان في الذات والذاتي لا يعلل  تقوني ما الابن يريد ان يستقر؟ ما عنده علاقة بالدار بحث اخر تكلم عن الدار لماذا بنيت دارا وعندك دار يريد ابني ان يستقل او اريد ان ابيعها حتى اوسع على اياتي اريد اكسب السبب الكافي هنا ينتفي. يعني لا يسأل ينتفي سؤاله اذا من الحالات الخاصة مبدأ السبب  اه الحالات الخاصة لمبدأ السبب الكافي  ان شاء الله في الحصة الاتية نكمل البحث. واللهم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