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وصلنا معكم الى الكلام في التناقض وما يجري مجراه اتفاق القضيتين هذا مبتدأ. اتحادهما خبر اتفاق القضيتين اتحادهما في كل واحد من جزئيهما موضوع المحمول وفيما يلحقهما من من بيانية بيان الإيمان المبهم فيما ما فيما يلحقهما من الإضافة الشرط الاول والشرط والزمان والمكان والكل والجزء والفعل والقوة. حتى يكون كل واحد منهما من اه قضيتين هي بعينها نظيرتها وحالها تلك الحال لغة بربرية قديمة غير موصلة. طبيعة المتون القديمة جمالها في غموضها وفي بربرياتها باب التناقض كذلك من الاعراض الذاتية للقضايا. عندي قضية الف وباء نعم فيه بينهما تنافر لا هادي تتحمل هادي ولا هادي تتحمل هادي يعني اذا كانت الف لا تكون باء واذا كانت باء لا تكون الف في كل الاحوال لا في قيود وشروط اذا مثلنا بمثال نازل تقول زيد ابو وزيد ابن زيد اب من جميع الحيثيات يكون هو زيد زيد الابن هذا مستحيل لماذا? لان التناقض هنا تعين بالابوة من جميع الجهات وتعين بالبنوة من جميع الجهات معناه اب وليس باب ابن ليس باب ابن عم مبدأ التناقض تقول شيخنا العزيز حبذا لو كانت هذه المعايير العقلية في بداية الكتاب حتى نفهم على ضوئها قوانين التعريف وقوانين القضايا. صحيح? الحق معك مع الاسف الشديد نحن اخرناها خير ان شاء الله  اذن مبدأ التناقض هنا يدخل يعني الهوية تتعين بتعين الماء سميه السين وتتعين باللاسن من جميع الجهات ضربو للهوية يعني الهوية تنتفي مبدأ التناقض اما اذا قيدناها زيد اب لعلي وزيد ابن لي رابح حيثية تختلف. نعم يمكن يمكن ان يكون والد زيد هو رباح وزيد يكون والدا لعلي هنا زيد يكون معلولا لوالده كعلم عدة ويكون علك علة معدة لوالديك حيثية تختلف شروط ذكرها هنا التي ترفع التناقض يقول اه وحدة الاظافة ووحدة الشرط وحدة الزمان ووحدة المكان وحدة الكل والجزء ووحدة القوة وللفعل. نعم تقول زيد عالم بالقوة زيد ليس عالما بالفعل هنا التناقض ارتفع ما في تناقض لا نتحدث عن زيد بالفعل نقول زيد عالم بالفعل زيد ليس بعالم بالفعل هذا تناقض لا زيد عالم بالقوة يعني يحمل قابليات ان يكون عالما ثم يجتهد ويصير عالما بالفعل ما في تناقض نعم ياجتمعان نعم اقول ما يجري مجرى التناقض ما عدا من اصناف التقابل كلام في التناقض هو ما يجري مجراه شرح للعنوان نعم التقابل كالتضاد وغيره من الداخل تحته سيأتي ان شاء الله بالتفصيل بمربع ارستو هناك نستخرج ستة عشر حكما اذا عرفت هذا فنقول يشترط في التناقض اتفاق المقدمتين لماذا جاء بالمقدمة لا يشترط في التناقض اتفاق القضيتين المقدمة في القياس  القضية اذا دخلت القياس تعينت بالمقدمة يعني معقول ثاني منطقي جديد تقول انسان عالم وكل عالم يضع الاشياء في مكانها المناسب فالانسان يضع الاشياء في مكانها المناسب الانسان عالم مقدمة في القياس يعني تعينت القضية بعنوان المقدمة المقدمة معقول ثاني اه منطقي لاباس حتى ارسطو في كتابه الاورجانون مرة يقول بريميس مرة يقول القضية يعني مقدمة المقدمة لحيثية تكتسبها القضية اذا كانت في كان في الاستدلال كانت في مناخ اذلال اذا عرفت هذا فنقول يشترط في التناقض اتفاق المقدمة في كل شيء الا في الايجاب والسلب والصور الأولى تكون موجبة الإنسان عالم الثانية تكون ليست وجبة سالبة الانسان ليس بعانة   الأولى تكون كل ثانية تكون بعض نعم اذا عندنا الف باء موجبة او قل كل الف باء موجب. وعندنا بعض الف ليس بيبان واتفاقهما هو اتحادهما في كل واحد من جزئيهما. اعني الموضوع المحمول تقول انسان عالم الانسان ليس اه شاعر اذا كنت تقصد العلم بالهندسة مثلا او الطب ما دخل هذا بهذا نعم اذا يجب ان تتحد القظيتان في الموضوع والمحمول نعم واتفاقهما يعني اتفاق القضيتين هو اتحادهما في كل واحد من جزئيهما يعني الموضوع المحمول حتى يكون موظوعهما واحدا ومحمولهما واحدا والا ما في تناقظ الإنسان شاعر الانسان ليس بغواص في الماء ما دخل هذا الأمر ما في تناقض فانه لو اختلف احدهما لم يحصل التقابل اذا اذا لم تتحد القضية في الموضوع المحمول تلفت فقط في الموضوع انتهى. في المحمول انتهى. تناقضه ما فيه لجواز صدق يأتي بامثلة. زيد كاتب وعمرو ليس بكاتب اختلاف الموضوع اذا ما في تناقض زايدون في دائرة وعمر في دائرة اخرى هذا بالنسبة الى اختلاف الموضوع بالنسبة الى اختلاف المحمول مثلا مثلا يعني لك ان تمثل كما تشاء وصدق زيد كاتب وزيد نسب نجار ائتلاف المحمول ما في تناقض ويلحق الاتحاد في الطرفين يعني في الموضوع المحمول اتحادهما في ستة اصناف اخرى. يعني الشروط شروط التي اذا توفرت يكون التناقض ان لم اذا لم تنف تتوفر تناقض يرتفع ما في تناقض نعم احدهما اتحادهما في الاضافة النسبة فان اذا قلنا زيد الاب اي لي عمرو وليس ابا لخالد لم يتناقض وجاز صدقهما معا لأنما دخل الزيت اب لي عمرو والزيد ليس اه ابا لخلق ما عندها علاقة. اذا الاظافة والنسبة هنا رفعت التناقض. لماذا? لان النسبة ليست واحدة اذا قلت زيد اب وليس باب في النسبة واحدة هنا التناقض نعم مبنى التناقض يقول زيف يعني الهوية الهوية الزيدية منتفية لم يتناقض يعني زيد اب اي لعمرو وليس ابا اي لخالد لم يتناقض من زيدون اب وزيدون ليس بأب وجاز صدقهما معا لاختلافهما في الاضافة هذا الشرط الاول وثانيهما يعني الشرط الثاني الاتحاد في الشرط فان لو قلنا الاسود قابض للبصر اي بشط السواد وليس بقابض للسواد اي بشرط زوال السواد لم يتناقض لاختلاف القضايا قضية في الشرط نعم ما في تناقض ان وحدة الشرط غير متوفرة اختلاف الشرط فالتناقض هنا غير موجود ثالثهما الاتحاد في الزمن فانا اذا قلنا زيد موجود اي الان وليس بموجود اي بالامس لم يتناقض وصدق معا لاختلافهما في الزمان  نعم اذا دق شخص الباب وانت فتحت الباب اهلا وسهلا كاظم موجود عندك تقولون ليس بموجود. هو خشي انه شجاع ضرب الباب دخل الصالون وجد كاظم جالسا تعظم موجود وليس بموجود هذا تناقض لانه وحدة الزمان وحدة المكان كذلك اما اذا كان كاظم صباحا وراح عصرا ودق الباب جا في العصر لا لا في تناقض وثالثهما الاتحاد في الزمان فان اذا قلنا زيد موجود اي الان وليس بموجود اي بالامس لم يتناقض وصدق معا لاختلافهما في الزمان ورابعهما الاتحاد في المكان فان اذا قلنا زيد جالس اي في السوق وليس بجالس اي في الدار لم يتناقض لاختلافهما في المكان</w:t>
      </w:r>
    </w:p>
    <w:p>
      <w:r>
        <w:t>وخامسا الاتحاد في الكل والجزء. لماذا انا اطوي? لان المسألة واضحة وسهلة العرف يدركها. فكيف بطالب العلم وخامسها الاتحاد في الكل والجوز فاذا قلنا الزنجي اسود اي في بشرته. وليس باسود اي ليس اليس كل اجزاء كذلك? مثل الاسنان الأسنان بيضاء ثم لم يتناقض لاختلافهما في الكل والجزء فتقل الزنجي اسود ببشرته ابيظ في اسنانه كل جزء وسادسها الاتحاد في القوة والفعل. فاذا قلنا فانا اذا قلنا الخمر في الدن مسكر اي بالقوة يعني بعد لم يشرب  الخمر في الدم مسكر اي بالقوة. وليس بمسكر اي بالفعل لم يتناول. صدق معا ولم يتناقض حتى يكون كل واحد من القضية هي الاخرى بعينها. يعني اذا كانت القضية هي الاخرى بعينها في كل الحيثيات نعم هنا التناقض وحالها حال ثانية. حال القضية الاولى حال الثانية في جميع الحيثيات يعني وحدة الموضوع والمحمول وبينهما كل وبعض ثم واحد في الإضافة ووحدة الشورط ووحدة الزمان ووحدة المكان ووحدة الكل والجوز ووحدة القوة والفعل حينها يستقر تناقض مبدأ القضية مبدأ التناقض يقول هذا زيف نعم التقابل والتداخل والتظاد والتناقظ قال والمتفقان المختلفان في الكم فقط يعني تقول كل الف باء متفقة فقط في الكم بعظ الف باء يعني عندك دائرة واسعة ودائرة ضيقة تدخل تحتها متداخلة نعم كل انسان مؤمن بالفطرة بعض الانسان مؤمن بالفطرة البعضية تدخل تحت الكلية والمتفقان في الموضوع المحمول المختلفة في الكم فقط سواء في الايجاب او السلب لا فرق تقول لا شيء من انسان بحجر. بعض الانسان ليس بحجر. متداخلتان المهم الكم الكم يعني الكل والبعض والمتفقتان بالموضوع والمحمول وتلك الكلية وتلك جزئية يعني اختلاف في الكم السلب لا يهم سلب ايجاب لا يهم فقط الاختلاف في الكم فقط متداخلة اذا بعض الف باء داخلة تحتها كل الف باء ليس الف بعظ الف ليس باء دخلة تحتها ليس لا شيء من الف باء وفي الكيف متقابلتان في الكيف متقابلة يعني ايجاب و السلب القضية الاولى كل الف باء مثلا لا شيء من اجله سلب وايجاب كل الف باء بعض الف ليس باء نعم لا شيء من ال الباء بعض الف باء نعم في الكيف يعني ايجاب والسر متقابلة وهما ان لم تجتمعا على الصدق فقط فمتضادة يعني لا يجتمعان ويمكن ان ليرتفع يأتي في مربع ارسطو بطريقة اجمل اذن فيه كلية وكلية كلية موجبة كلها سالبة لا يجتمعان مبدأ التناقض يقول لا يمكن يرتفعان مبدأ الثالث المرفوع ساكت نعم ساكت  تقول كل انسان شاعر نعم كل انسان شاعر لا شيء من انسان بشعر لا يجتمعان تتقول كل انسان شاعر بالايجاب ولا شيء من الانسان بشعب. لا يجتمعان نعم كل انسان شعر ولا شيء لا شيء بالانسان بشعر لا يمكن ان يرتفعان في الانسان الشاعر وفي الانسان ليس بشعر نعم هذا هذا هذه الحالة تسمى بالمتظادتين وان اقتسمتا لذاتيهما تموت ناقضتان يعني عندك كل الف باء بمقابل بعض ما ليس بعض الف ليس باء لا شيء من الف باء عندك بعض الف باء او التناقض نعم في مربع ارسطو تتضح طريقة بطريقة جميلة نعم الان المنطق السوري يعتمد على السورنة وليس على المظمون المظمون القظوي تتضح بطريقة خارقة اقول القظيتان اذا اتفقت في جميع ما تقدم يعني في الموضوع والمحمول وفي الكيف كيف يعني ايجاب وايجاب? ايضا الأولى موجبة والثانية موجبة فقط في كم يختلف تلك الكلية والاخرى بعضهم واختلفتا في الكم كقولنا كل جيم باء وبعض جيم هنا بعض داخل تحت كل المتداخلتان هذا بالنسبة الى الايجاب بالنسبة الى السلب وكقولنا لا شيء من جيم اذا طبقت عليها معيار القضية العلمية في دائرة عقد الحمل وعقد الوضع تقول كل من تلبس من مصديق اه كل من تلبس من مصديقه جيم بالعنوان الجيني يتلبس ينتفي عنه العنوان البائي لان لا شيء من جيم بقى او تقول كل جيم باء كل مصداق تعنون بعنوان جيم يتعنون بعنوان باء عقد الوضع وعقد الحل بعض الجيم باء شريحة من المصاديق ليس كل المصادق  يعني كل فرد من هذه الشريحة عنونة بجيم يتعاون بذا يتعاونون ليس بعض جيم يعني في شريحة من المصادق لا تتعانون بعنوان الجيم تنتفع عنها ينتفع عنه العنوان الموظوع المحمول باء. فهو متداخلتان. يعني عندك دائرة كبيرة وهذه البعضية داخلة في الدائرة الكبيرة. سهلة المسألة نعم كل جيم بقى يعني كل مصادق جيم تتعنون بباء اذا هذه المصاديق قسمها انت هذه هذا القسم الصغير داخل او لا? داخل نعم فهوما متداخلتان لدخول التعليم لدخول الجزئية تحت الكلية مبدا السبب الكافي لتعليلية انت الان في مدة السبب الكافي تقول لا يمكن ان لا تكون متداخلتين. ما هو السر? لان الجزئية داخل في كليا اذا اخرجتها يلزم التناقض قلت لك دائما ببدا السبب الكافي يحيل الى التناقض  ان المصباح الاخضر والمصباح الاحمر المصباح الاخضر القضية ليست زائفة المصباح الاحمر قضية زائفة يعني غير معقولة اذا الواقع ليس هكذا لا تجد دائرة داخل دائرة اخرى خارجة عنها زيف هذا يلزم يلزم التناقض. يلزم التناقض نعم نمثل لك بمثال حسي بسيط سافل تافه المعرفية ليس اخلاقيا نعم انت الان حددت دائرة ان الوطن العراقي كل من دخل فيه فهو عراقي. ثم تأتي وتقول العمارة اه افراد العمارة ليس ليسوا بعراقيين مبدأ السبب الكافية اقول بأي ملاك انت خرجت العمارة لي هي داخل الخريطة العراقية من العراقية يذم تناقض ام لا? يلزم التناقض مثال سطحي فقط لبيان هذه المطالب وهي جميلة جدا داخلة في حياتنا نعم لدخول الجزئية تحت الكلية تقول وما المانع ان الجزئية الداخلة خارجة. اجتماعا زيف بطلان كما بينت لك بالعمارة والعراق وان اتفقتا في جميع ما تقدم يعني في الموضوع والمحمول واختلف في الكيف يعني اتفقت في الموضوع والمحمول وفي الكم كلية كلية نعم وفي الكيف لا هذه موجبة وتلك سالبة سميت متقابلتين ثم للتقابل اه فلسفيا هادي كلها بحوث فلسفية يستخدمها المنطقي في طريق التصديق ثم للتقابل مصاديق ثم لا يخلو اما الا تجتمع على الصدق ولا يجوز ان تجتمع على الكذب. كل الف باء لا شيء من الف باء. لا يجتمعان مبدأ تناقض يحكم المبدأ الثالث المرفوع ساكت نعم ساكت نعم  كل انسان بشهر اين تكذب؟ تكذب في الإنسان المهندس لا علاقة له بالشعر لا شيء من انسان بشعر تكذب تركض تكذب يعني ترفع بالمتنبي شهر في شوقي شعر نعم اذا آآ البوتاضتان لا يجتمعان على الصدق. اما اه اجتماع النقيضين في الارتفاع كلاهما يتبخر مبدأ الثالث المرفوع يسكت لا تجري حكومته واضحة جدا المسألة ثم لا يخلو اما الا تجتمع على الصدق لان مبدأ التناقض يقول لا ويجوز ان تجتمع على الكذب يرتفعان او لا تجتمع على الصدق والكذب هذا هو مبدأ التناقض</w:t>
      </w:r>
    </w:p>
    <w:p>
      <w:r>
        <w:t>قضة كل الف باء ايجاب بعض الف ليس تناقض لا يجتمعان ولا يرتفعان. لا شيء من الف باء يناقضه بعض الف باء نعم مثال عرفي شخص يدعي كل اهل العمارة افراد العمارة قصدي مجتهدون بالاجتهاد الاصطلاحي يعني كلهم درسوا في النجف ووصلوا درجة الاجتهاد  كلية كلية موجبة تقول له هذا الفلاح ما يعرف النجف. الفلاح في العمارة يفلح في النخل شريف كريم لا يعرف النجف يعني انت اكتشفت مصداقا ليس بمجتهد. نقضت هذه الكلية من الاساس العرف يتحرك في المنطق لا يتحرك في علم المنطق. اما في المنطق يتحرك فيه  او لا يجتمع على الصدق والكذب بل تقتسم ليهما والاول هما المتضادتان المصطلح كل جيم باء ولا شيء من جيم باء فانهما لا يجتمعا على الصدق ويجوز كذبهما والثاني المتناقضتان مثل قولنا كل جيم وبعض جملة يسبب او لا شيء من جيم وبعض جيم واعلم ان القظيتين قد تقتسمان الصدق والكذب لا لذاتهما. يعني باعتبار امر اخر يعني بالمجاز وصفه بحال المتعلق ليس بي حال الذات وقد تتقاه تقتسما اه نيهما لذاتهما مثال الأول قولنا هذا انسان هذا انسان طبعا مسامحة تمثيلية والا هذا انسان ليس بقضية. تطبيق مصداقي خليني اظيء هذه المسألة اذا كنا في الامور الشخصية وقيل لك هذه قضية او مثلوا لها تسامح خليني ابين هذه المسائل. اكتب ملحوظة نقطتان او فائدة نقطتان تفيدك في المعارف زايدون الانسان يقولون قظية بباب التسامح والتسامح رائج في العلو  زايدون انسان هل هذه قضية اولا الذوات لا تحمل القضايا دائما في مبدأ الجوهري مبدأ الجوهرية يعني تعينات خرجنا من الذات الذي يحمل هي التعينات الذات لا تحمل حتى في الحمل الاولي انسان انسان اعتبار هذا ما عندك انت اه الإنسان تتعدد هويته لا هذا اعتبار اختبار ذهني يعني تريد ان تبين ان الانسان في دائرة في دائرة ذات انسان تقول انسان وانسان يعني عندك هنا هويتان تعددت لا  اذا الذات لا تحمل ولا تكون محمولا مطلقا  اذا اذا قلنا هذا انسان هذا انسان يعني هذا زيد انسان هذه ليلة انسان هل هذه قضية? قلنا الذات لا تكون محمولا اذن حللنا المسألة استاذنا العزيز اقول ليلى او زيد انسان بشخصاته يعني طول الليلة جمال ليلى علم الليلة شكل الليلة حجم ليلة مكانية ليلى زمنية ليلى داخلة في الإنسان حوار ناطق تقول لا شيخنا هذه الشخوصات تأتي بعد الهوية الانسانية اذا ليلى انسان بهويتها الانسانية اذن الى انسان صارت انسان وانسان  الحمل الاولي ما خرجنا من الحمل الاولي لماذا? لان الانسان يصدق عليه ليش على ليلة وعلى زيد في بعد ليلة الانسان في بعد زيد الانسان. اذا زيت الانسان كأنك قلت زيد المصداق الذي تلفه شخوصات متعددة في هويته انسان تطبيق مصداقي وليست قضية هذه انتبه لها جيدا هنا المثال معليش المثال لا بأس به هذا انسان هذا انسان هذا موظوع انسان محمول بناء على المسامحة هذا ليس بناطق هنا المحمول يختلف يختلف ام لا? يختلف اذا شرط من شروط التناقض ارتفع والتناقض يرتفع مع ان التناقض موجود. لماذا? لان الانسان بالدلالة المتبقية آآ لا بالدلالات التضامنية اه الان تذكرت انا الان تذكرت ما اشرنا في مباحث الالفاظ الى الدلالة التطابقية والالتزامية والتضامنية. ظاهرة ذكرناها نسيت خليني اظيء المسألة ان شاء الله في ان جلس الاتي نظيء هذه المسألة فيها نكتة علمية جميلة ثم نكمل التطبيق. اذا اه نبدأ من هنا واعلم ان القضيتين قد تقتسمان الصدق والكذب لا لذاتهما من هنا نبدأ ان شاء الله في الحصة الاتية اللهم صلي على محمد وآل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