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من النص واعلم ان القضيتين قد تقتسمان الصدق والكذب لا لذاتيهما  بحالة المتعلق او اللازم وقد تتقاسمانهما يعني الصدق والكذب لذاتهما يعني القضية في حد ذاتها  بغض الطرف عن عملية فكرية تقبل الصدق او الكذب مثال الأول الصدق الذاتي قولنا هذا انسان بينت ان هذه ليست قضية وانما هي تطبيق مصداقي مبدأ الهوية نعم هذا انسان ناقضها هذا ليس بإنسان هذا هو النقيض الذاتي اذا جئنا بقضية هذا ليس بناطق ليس بناطق لان الانسان متشك من الحيوانية والناطقية اذا نفينا الناطقية انا فين الإنسان فنصل الى هذا ليس بانسان فيأتي التناقض بعد عملية فكرية بعد تحليل ما فانه يستحيل اجتماعهما على الصدق والكذب يعني لا يجتمعان ولا يرتفعان حاكمية مبدأ التناقض مطلقا لا لذاتيهما بل للملازمة ثابتة من الطرفين بين الانسان والناطق كلما كان الانسان كان الناطق وبالتالي اذا قلنا هذا انسان وهذا ليس بناطق  نفي الناطق عن دائرة هذا هذا الموضوع يعني ليس بإنسان. ان في الناطقية يعني الفصل الفصل الإنساني الناطق الناطق ينتفي ينتفي الإنسان فكأننا قلنا هذا ليس بإنسان الا انه بعد تحليلهم نعم لا لذاتيهما لان التناقض الذاتي تقول هذا انسان وهذا ليس بي انسان ناقض الشيء رفعه بل للملازمة الثابتة من الطرفين بين الانسان المناطق انسان يستدعي الناطق والناطق يستدعي الانسان اذا كنا في دائرة عالم الخلق الان الثاني. مثاله الثاني قولنا هذا انسان هذا ليس بانسا نعم  العبارة للعلامة الحلي هكذا واعلم ان القضيتين قد تقتسمان الصدق والكذب لا لذاتهما او لذاتهما يأتي بالمثال وفق اللف والنشر المرتب نعم مثال الثاني يعني حالة التقاسم الذاتي قولنا هذا انسان هذا ليس ناقض الشيء رفعه نعم والتناقض والتناقض انما يصدق على الثاني لا الأول فلهذا قال المصنف رحمه الله وان اقتسم او اقتسمتا لذا تيهما نعم اه التناقض يصدق يصدق بعد عملية التحليل وتناقض الشخصيات تقابلها ولا تظاد فيها ولا تداخل. الشخصيات هي الشخصية قلنا ليست قضايا قضايا بالتسامح  زيد الانسان هذه الشجرة بالخصوص شجرة هذه كلها مبدأ لهوية زيد الإنسان امل جيدا في هذا. لماذا لا اكرر هذه المسائل اينا مهمة زايدون الانسان خذ الانسان المحمول كقالب وظحوا على مستوى زيد لا يطال الشخوصات والمشخصات يطال فقط حقيقة زيد ويا الإنسان انسان وانسان الحمل الاول ويمنع الحمل الاولي يعني مبدأ الهوية مبدأ الهوية ان الصدق الطبيعة على زيد في دائرة طبيعته صدق حقيقي صدق الطبيعة على زيد في دائرة طبيعته وشخوصاته صدق مجازي يعني تجاوزت الطبيعة حدها اذا قضايا الشخصية ليست قضايا شخصية تطبيق مصداقية مبدأ الهوية. قضايا اين في مبدأ جوهرية اما في القضايا الشخصية لا. نعم اقول التظاد تداخل هنا يعني في الشخصيات انما هو بالنظر او في هذا البحث هنا يعني في بحث تناقض انما هو بالنظر الى تعدد افراد الموضوع باعتبار الكلية والجزئية بولاية صور التناقض نعم كلية تنقضها جزئية جزئية تنقضها كليا كلية تنقضها كلية اه وكلية تنقض كلية. كلية موجبة تنقضها كلية سالبة كلية سالبة تنقذ الكلية الموجبة. نعم هذا معقول. اما الشخصيات لا لماذا? لان الشخص في خلاص تشخص ما عنده عنوان صدقي عنوان كلي يصدق شخص له محيطه انتهى الامر لا علاقة له باي شخص اخر لا يناقضه ولا يحزنون فالشخصيات الشخصيات يعني القضايا الشخصية الموضوع يشار اليه بالحس لا تظاد فيها ولا تداخل. نعم لا معنى لا للتظاد ولا للتداخل وتناقضها هو عبارة عن ائتلافها بالايجابي والسب فقط تقول زيد النائم زيد ليس بنائم نعم فانا اذا قلنا زيد موجود زيد ليس بموجود فهما متناقضتان ولا تداخل فيهما ولا تضاد مع زيد موجود زيد ليس بموجود واضح لان ناقض الشيء رفعه. واضحة جدا نعم اه هذا تناقض لا شك فيه لكن القظايا الشخصية ليست قضايا علمية المنطق يؤسس لقواعد للقضايا العلمية ليس له علاقة بالقضايا الشخصية وفي اشكال هنا يقول فيه اشكال اذ قد يعرض لهما التضاد باعتبار اخر يعني يبي لي حاظ اخر القظايا الشخصية يعرضها التضاد فان لو قلنا زيد موجود دائما زيد ليس بموجود دائما فضادة ولم تكون متناقضتين زيد موجود دائما يعني المحمول الموجود يعني التحقق زي المتحقق زيت في الكينونة الوجودية وهذه الكينونة دائمية نعم من يرفع هذه الكينونة الدائمية? الكينونة غير الدائمية نعم زيد ليس بموجود دائما تظادتا ما معنى يعني اه لا يجتمعان طبعا اذا كان زيد موجودا دائما يعني ملأ  المسافة كاملة لا تجد مورد لا يكون زايدون فيه موجودا او وترفع الموجودية من مقطع ما تناقض واظحة جدا نعم جيت انا نسأل العلامة الحين لي الان عندك انت مثلت بزيد موجود دائما يعني الموجودية طالت زيد دائما يعني لا تجد موردا ما يكون فيه زيد موجودا جيت بقضية تضرب هذا هذه الديمومة زايدون ليس بموجود دائما يعني موجود في مقطع ما ما يسمى اه العرفية الخاصة او المطلقة الخاصة مطلقا الخاص جيد من طبيعة التضاد لا يجتمعان مبدأ الطلاق حاكم في الارتفاع المبدأ الثالث المرفوع ما يسمى عندنا اجتماع الناقض والمحال ساكت اين السكوت هنا زيد موجود دائما. زيد ليس بموجود دائما بالقطع واليقين لا يجتمعان لا يجتمعان اذا قلت زيد موجود دائما ضربت المقطعية اذا قلت زيد موجود اه ليس دائما يعني ركزت على المقطعية فالدائمية تنتفي لا يجتمعان بالقطع واليقين وهذي خاصية ماذا؟ خاصية المتضادتين الإرتفاع كيف يعني زيد لا هو موجود ولا هو مقطعي يقول لانه ممكن قد لا يخلق مطلقا قال قد لا ينخلق مطلقا لا ينوجد مطلقا معقول واحد نعم معقول لا يكون لا مقطعيا ولا دائميا. هذه اه مداخلة من العلامة الحين وفي تصوري انها موفقة تمام التوافق النسبة بين القضايا وبين القضايا المحصورة بالنسبة بين القضايا المحصورات لا في اللغة العربية لا يسع هكذا يا بيضار النسبة بين القضايا المحصورة نتاعها. قال واما في المحصورات المحصورات يعني ايه المصورة? كله بعض فالمتوافقتان في الكيف متداخلتان هذا البحث يسمى مربع التناقض وبعضهم يسميه مربع ارسطو. في تحقيق التاريخ انا اطالع اه كتب تاريخ العلوم من من الامور الجميلة جدا انك تطالع اه تاريخ العلم الذي انت متخصص فيه وجدت ان المربع هذا ليس لارسطو الذي ابتكره بهذه الكيفية هو الفيلسوف والشاعر اه هكذا اسمه باللغة اللاتينية في القرن الثاني الميلادي يعني في القرن الثاني بعد ميلاد المسيح عليه السلام نعم. يعني في بداية المسيحية هو الذي له كتاب في المنطق  ذكر هناك هذا المربع رسم هذا المربع جعل الكلية الموجبة تحتها الموجبة الجزئية</w:t>
      </w:r>
    </w:p>
    <w:p>
      <w:r>
        <w:t>وهم من هنا سالبة كلية تحتها سالبة جزئية فتأتي الكلية الموجبة تقابل آآ السالبة الكلية تقابل التضاد وتقابل سرب جزئية قابل التناقض و آآ تنطوي على الموجبة الجزئية المتداخلتان فتشكل هذا المربع مرة يقولون مربع ارسطو مربع ارسطو في المظمون اما في الفعلية بهذا الشكل وبهذه الكيفية ولهذا الفيلسوف الروماني ابولي في القرن الثاني الميلادي في كتابه المنطقي  المهم معروف بمربع آآ التناقض واذا قلنا مربع رستو باعتبار المضمون وعنيف في كتاب ارسطو موجود هذه ايه المسائل? نعم. يقول واما المحصورات يعني الكلية والجزئية كل الف باء لا شيء من الف باء بعض الف باء اه بعض الف ليس باء هذه هي المحصولات فالمتوافقتان في الكيف  في الكيف يعني في الايجاب او السلب تقول كل الف باء متوافقة في الكيف مع بعض الف باء فيها دائرة كبيرة تنطوي فيها دائرة صغيرة نعم متداخلة اذا بعض الف داخل تحتها كل الف فتأتي الاحكام اربع زوايا في المربع ابعث ربعة ستاش ستة عشر حكما اذا دخول الجزئية الموجبة تحت الكلية الموجبة اسمها المتداخلتان دخول سالب الجزئية تحت السالبة الكلية متداخلة نعم والكليتان متضادة. الكليتان يعني كل الف باء في مقابل لا شيء من الف باء هذه تفتي بالاطلاق وهذه تفتي بالسلب الاطلاقي هذا الايجاب الكل وهذا السلب الكلي في الإستراح متظادة متظادة بعد لم نشير الى الاحكام خلينا نبين المصطلح ثم نبين الاحكام والجزئيتان سواء كنا في الجزئية الموجبة تدخل تحت كلها الموجبة او السالبة الجزئية تدخل تحت السالبة الكلي داخلتان تحت التضاد يعني لا آآ متداخلة بينا يقول والجزئيتان يعني بعض الف باء في مقابل بعض الف ليس باء داخلتان تحت التضاد نعم اذا عندنا  المتداخلتان عندنا متظادة وعندنا داخلان تحتها التضاد وعندنا المتضادتان نعم اربع صيغ ثم تأتي الاحكام والمختلفتان كيف وكما متناقضتان كل الف باء ارفعها ترفعها بالموجب سالبة الجزئية يكفي. بعض الف ليس باء لا شيء من الف باء دمرها بموجب الجزئية بعضه الف باء نعم اذا عندنا المتداخلتان وعندنا المتظادتان عندنا الداخلتان تحت الضباب وعندنا والمهملتان كالجزئيتين لان المهمل ما فيها سور الف باء فقط لا كل وراء بعض الكلية مشكوكة محتملة الجزئية قطعية فا حكمها حكم الجزئية ولنعتبر الجميع في المواد نعم يعني قد تكون آآ قد نكن في الضرورة ضرورة الإنجاب ضرورة الإمتناع قد تكون في الإمكان اقول جرت عادة المنطقيين ان يضعوا لتناسب هذه القضايا لوحا كهذا مع هكذا في الكتاب موجود قلت لكم هذا الفيلسوف الشاعر في القرن الثاني بعد الميلاد هو الذي اشار بين هذه المسألة في هذا اللوح. هذا المربع الان نحن نسميه في كتابه المنطقي ليس لي ارسطو بهذا الشكل نعم وارسطو لم يشر الى متداخلتين نستخرجها من متن حديثي فقط والا هو لم يفصل فيها نعم فالمختلفتان بالكلية والجزئية فقط بالكلية بالجزئية ان الكيف سكوت معني الاولى موجبة الثانية ماذا? موجبة نعم او الاولى السالبة والثانية سالبة متداخلتان متى اذا اتفقتا في الكيف يعني الايجاب او السلب لدخوله او التعليم مبدأ السبب الكافي لدخول الجزئية تحت الكلية نعم انا ابين شرح العلامة ثم اه نستخرج الأحكام احكام غير مذكورة هنا والكليتان يعني كل الف باء ولا شيء من الف باء متظادة لامتناع اجتماعهما على الصدق وجوازي كذبهما او كذبهما يمكن ان يرتفعان والجزءيتان بعض الف باء بعض الف ليس باء داخلتان تحت التضاد ولا تجتمعان على الكذب نعم لا تجتمعن على الكذب يعني هذه كذبة وهكذا هذه كذبة لا لا لا هذا زيد شاعر نعم هذا زيد شاعر آآ زيد ليس بشعر معقولة نعم يعني هادي كذبة وهادي كذبة لا زيد شاعر زيد ليس بشاعر ما الجمة نعم محال قد يكون زيد لا هو شعره ولا شعره نعم والجزئيتان داخلتان تحت التضاد ولا تجتمعان على الكذب وان لجاز صدق الكليتان المتضادية معا ويجوز صدقهما نعم. يعني انت اذا اه رفعت الجزئيتين هذا هو الكذب الكذب الشامل هذه كذبة وهذه كذبة آآ نقع في المشكلة  اجتماع الموجبة الكلية والسالبة الكلية. وقلنا هناك لا يجتمعان نعم والمختلفتان كما وكيفان. يعني تقول كل الف باء بعض الف ليس باء. او لا شيء من الف باء وبعض الف باء متناقضتان فان نقيظا موجب الكلية سلب جزئيا. وبالعكس ناقل السالبة الجزئية هي الموجبة الكلية وناقض السالبة الكلية موجبة جزئيا ونقيض الموجبة الجزئية السالبة كليا نعم. والمهملتان القضايا ما فيها سور الف باء كانت جزئيتين بمعنى انهما داخلتان تحت التضاد ولنعتبر الجميع في المواد جيد الان خلينا نستخرج الاحكام. ارجع الى المربع مربع او مربع التناقض ونخرج الاحكام المفروض اربعة في اربعة ستاش ستة تاء عشر حكما نعم صدقت الكلية صدقت الكلية يعني كل الف باء صادق والجزئية داخلة  ملاك الدخول فتصدق يعني اذا صدقت بالكلية صدقة الجزئية بالقطع واليقين. ملاك ما هو مبدأ التناقض يعني اذا صدقت الكلية تقول مثلا كل انسان شاعر فرضا كل انسان شاعر بعض الانسان ما هو حكمه? الشاعر يعني انت امنت الكلية لا تؤمن الجزئية هذا هو الحكم الأول اذا صدقت الكلية تسقط تصدق الجزئية قطعنه ويقينا سواء كنا في الايجاب او في السر نعم الان كذبة الكلية ليس لا لا شيء من انسان بشعر لا خلينا من السلب نبقى في الايجاب كل الف باء كذبة يعني كل انسان شاعر كذبا وهو الواقع انا لست بشاعر هذا يعني ان الجزئية تكذب لا الجزئية تكذب لا سكوت قد تصدق وقبل لا تصدق هنا السكوت هنا حكمه الان نأتي الى الموجبة الجزئية بعض الف باء صدقت صدق بعض الإنسان شاعر هل الكلية تؤمن؟ لا سكوت السكوت لا نستطيع ان نفتي نعم عندنا كل عندنا بعض الانسان بشعر. الكلية كيف لا قد يكون المجموع يعني كل المصادر تكون لا سكوت ما فيه فتوى كذبت الجزئية الكلية تكذب ان الداخل تحتها نعم يعني الانسان يأتي ويشتري هادي صناديق في السوق صناديق طماطم وفي صندوق فيه حبات فاسدة. ما يقبل ما يشتري فيستنكف لا يقبل المهم اذا كذبت الجزئية حتما الكلية تكذب اي نعم بعض مصادقها خربانة فهي تخرب نأتي الآن الى السالبة سلم كذلك لا فرق بينها وبين ما ذكرناه سلب كلي يعني تسلب المحمول عن الموضوع كليا سلب الجزئية داخله اذا يسلب جزئيا لا شيء من الطلاب ناجح لا شيء من الطلاب بناجح. الطلاب تعبانين لا شيء من الطلاب بنجاح تقول هذا طالب حتما ليس بنجاح اذا اذا صدقة السالبة الكلية حتما تصدق سالبة الجزئية كاذبة السالبة الكليا ليس بالضرورة ان تكذب  تكذب الجزئية يعني انت الكذب على مستوى الكلية نعم تقول لا شيء من انسان بشعر هادي صادقة اه لا شيء من انسان بشاعر كذب يعني تنفي الشاعرية عن كل مصاديق الانسان. كذبة. هذا لا يعني انه آآ بعض الانسان آآ ليس بشعر</w:t>
      </w:r>
    </w:p>
    <w:p>
      <w:r>
        <w:t>بعض الانسان بشاعر وبعض الانسان ليس بشاعر. يعني نحن السكوت كذلك نأتي الى سالب الجزئية. سلب الجزئية صدقت يعني بعض بعض الف ليس باء حتما آآ الكلية تصدق اذا صادقت الجزئية الكلية تصدق كذبة الجزئية. الجزئية كاذبة الكنية سكوت نعم سكوت نقول آآ بعض الطلاب ليس بناجح وهذه هي كاذبة هناك كذب لا تطابق الواقع الواقع ما هو؟ نسكت قد يكون الجميع ناجح قد يكون البعض ناجح جيد الان نأتي الى التناقض تناقض واضح جدا لانه لا يجتمع او لا يرتفعان سهلة جدا صدقت الموجبة الكلية. ناقضها يبطل بطولات يعني كذبت السالبة الجزئية نعم صدقة المجمل السالبة الجزئية كذبت الكلية الموجبة نعم كذبت الموج الجزئية الجزئية السالبة صدقت الكلية الموجبة. لماذا? لانه لا يجتمعان ولا يرتفعان نعم اربع احكام نأتي الان الى السالبة الكلية. صادقت سالبة الكلية. الموجبة الجزئية تكذب نعم صدقة الموجبة الجزئية السالبة الكلية تكذب نعم صدقة اه كذبة الموجبة الجزئية تصدق سالبة الكلية كذبة السالبة الكلية تصدق آآ الموجبة الجزئية. لماذا? للملك وعن آآ التناقض. يعني لا يجتمعان ولا يرتفعان نعم اذا هنا خرجنا اربع احكام اربع احكام واربع احكام اه طناش بقي اربعة دخيلتان تحت التضاد. يعني موجبة جزئية في مقابل سالبة جزئية نعم صدقت الموجبة الجزئية بعض الانسان شاعر صادقة يعني بعض الانسان ليس بشاعر كاذبة? لا. صادقة لان اه بعض صدق البعض بعض بعض شعر والبعض ليس بشأن هذا الحكم الاول. يعني اذا صدقت الجزئية بعض الانسان بشعر ليس بالضرورة تكذب اه السالبة نعم ليس بالضرورة اذا احرزنا الشاعرية في بعض الافراد بعض الافراد الاخرى قد تكون شاعرة وقد لا تكون شاعرة هذا الحكم الاول صدقت السالبة الجزئية. بعض الانسان ليس بشعر ما هو الحكم البعض الاخر? قد يكون شاعر وقد لا يكن نعم نعم الان اه كذبة الموجبة الجزئية اه بعض الانسان ليس بشعر السالبة قد يكون قد تكون صادقة وقد تكون صادقة تكون كاذبة نعم. السكوت اعم نعم كذبت سلب الجزئية نعم يعني بعض الانسان ليس بشعر هذا لا يعني انه تكذب الموجبة الجزئية هنا بعض الانسان شهر فهذه هي الاحكام مع الممارسة الكثيرة الانسان يفهمها اه والتطبيق خصوصا العرف يطبقها كثير العرف نعم فيه مثل تطبيق هذه القاعدة نعم راح لي من بالي هذا المثل على لسان طلاب الحوزة كثيرا نعم  نعم ثبوت شيء لا يعني نفي ما عداه نعم انا اقول انا نجحت وهذا لا يعني ان اه الباقي لم ينجح اذا كل حديث الناس يخضع للقواعد المنطقية ما الفارق بين المتخصص في علم المنطق وغير متخصص المتخصص في علم المنطق اذا تعامل مع النصوص مع الخطاب السياسي الخطاب العلمي الخطاب الفلسفي يتعامل مع القرآن مع النصوص هذه القواعد يراها مضيئة يراها شاخصة اما الذي لم يدرس ما اعرف البارحة في الليل كنت طالع كتابا في فلسفة الأخلاق عنوانه الاخلاق الاخلاق اه الالحادية اخلاق الملاحدة معناها الاخلاق التي تعزل الله تعالى عن اه علم الاخلاق لا تعتمد على الله تعالى في علم الاخلاق من الاتجاهات في الاخلاق الملحدة التي لا تركز على الله في نسقها هذا لا يعني ان المتبني لهذه الفكرة ملحد. لا افكاره ملحدة. هو قد يكون مؤمنا افكارهم ملحدة مقاربتهم وصلنا الى النسق الدرويني التطورية و بعدها الاخلاقي نتائج الداروينية الاخلاقية فهذا صاحب الكتاب صاحب الكتاب عالم دين يتصيد استدلالات داروين على ان الانسان من اصول حيوانية من اصول حيوانية يعني من القرد الإستدلالات التي يأتي بها داروين لإثبات هذه النظرية وانا دققت فيها هو دقق واشار استدلالات في الاعم الاغلب ان لم اقل ثمانين بالمية تسعين بالمية من الإستدلالات استدلالات كلها ظنية لا علاقة للمقدمات بالنتيجة انتهى الوقت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