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تناقض الموجهات قال واما الموجهات فنقائضها ما يشتمل على سرب جاهاتها. عندك جهة ارفعها هذا هو التناقض سهلة جدا في التطبيقات صعبة لماذا? لان القضايا تحتاج الى تركيز خيالي ولهذا السبورة الية بيداغوجية مهمة جدا في التدريس نعم الان في تقنيات مهمة جدا تيديو ما عندنا هذه التقنيات سبورة وترى الناس وترى كل التحليلات للدرس وانا ابين من خلال الكاميرا ان شاء الله نتطور الى هذا المستوى قالوا اما الموجهات فنقائضها ما يشتمل على سلب جهاتها او يقتضي ذلك على سبيل المساواة فالظرورية المطلقة ضروري مطلقة يعني الضرورة التي لا تشير الى الدوام وعدم الدوام. نعم مع الممكنة العامة متناقضة نعم الظرورة ترفعها يرفعها الامكان اذا كنا في دائرة الوجوب ضرورة الوجوب الامكان العام يرفعها نعم. اذا كنا في ضرورة السلب يعني الامتناع الامكان العام هو الذي يرفعها تتذكر ان الامكان العام دائرة تشمل الوجوب يعني ضرورة ضرورة الإيجاب وضرورة السلب يعني الامتناع والامكان الخاص. نعم قبل الدخول في تحليل المتن نعود الى مربع التناقض وكنت اتحدث عن درو في كتبه في اه تخصصاته اصل الانواع وغير اصل الانواع يريد ان يستدل ان على ان اصول الانسان حيوانية وباعتبار ان القرد يشبه الانسان في البنية المادية والتركيبية  اه تبنى هذا الامر ان الانسان اصله حيوان تطور ثم ياتي باستدلالات على مبنى. وهنا تكمن فائدة دراسة المنطق ترى هذي تلك الاستدلالات كلها مغالطة. النتيجة لا تساوي آآ المقدمة تزيد على المقدمة وآآ ويغالط المهم هو يبعد الله تعالى عن نسقه اه المعرفي اذا ابعدنا الله تعالى وجعلنا الانسان حيوانا فيدور فقط في دائرة ما يبقي الذات الحسية يعني يأكل ويشرب وينكح يأتي اصالة الحس. يعني الاخلاق التي تدور مدار آآ المتعة الحسية هذه اخلاق ملحدة اخلاق لا تؤمن الأخلاق المثالية والأخلاق الهية. لا يهمني النسق الاخلاقي الان الذي يهمني ان الطالب العزيز كلما صار متمكنا ضابطا للقواعد المنطقية اذا تعامل مع النصوص مع القرآن مع الروايات مع نهج البلاغة مع الادبيات مع النصوص الفلسفية غير الفلسفية مع الخطاب السياسي الخطاب غير السياسي المنابر عام يعرف يحلل النصوص هل هي تنطوي على مغالطات او تنطوي على الحقيقة شيء مهم جدا هذا المربع مربى ابيلي مربع التناقض اه مع الدربة والتجربة يصير ملكة في الانسان. نعم. في الانسان نعم كل انسان سياسي كلية وجبة يعني كل من صدق عليه عنوان الانسان هو سياسي الطرف المقابل الذي يضاد هذه القضية لا شيء من الإنسان بسياسي لا يجتمعان بالقطع واليقين اما سياسي سياسي مبدأ التناقض يقول هكذا جيد في الإرتفاع يعني ممكن ان نعثر على شخص اه هو ليس بسياسي قل كل انسان سياسي هذا الإنسان شاعر ما عنده علاقة بالسياسة فهذه الكلية صارت كذبة يعني ارتفعت لا شيء من الانسان بالسياسة اه تأتي سياسي من السياسيين ما شاء الشيطان من من الساسة التعباني نعم سياسي. ايضا سياسي. هتلر سياسي بغض الطرف عن اه اه المكنة السياسية او الظهر السياسي نعم لا بعض التاسعة ليس لهم من السياسة شيء ما عندهمش سياسة القوة فقط او المغالطات فقط المهم كل انسان سياسي خاطئ كاذبة عندنا شعراء عندنا اه فيزيائيون عندنا فلاسفة ما عندهم علاقة بالسياسة لا شيء من الانسان بسياسي  عندنا نعم عندنا ساسة في الممارسة وعندنا ساسة في الفكر نعم اذا لا يجتمعان ويرتفعان. يعني في الاجتماع مبدأ التناقض يحكم في الارتفاع مبدأ الثالث المرفوع ساكت لا يتدخل لم ير عيبا في الإرتفاع بالارتفاع. يعني ما في ما فيه اه شخص اللي هو سياسي ولا ليس بالسياسي. جيد ثم التناغم تقول كل انسان سياسي. اوه الدعوة كبيرة جدا نعم كل انسان سياسي يعني كل من صدق عليه عنوان الإنسان عقد الوضع صدق عليه عنوان آآ عنوان المحمول عقد عقد الحمد فانت تجد العنوان السياسي يطال جميع افراد الانسان نعم تقولو لا هذا شعر ما عنده علاقة شوقي ما عندو علاقة بالسياسة. شوقي الشاعر المصري نعم   التناقض لا يجتمعان ولا يرتفعان. هناك مبنى التناقض حاكم مبدأ الثالث في المرفوع حاكم نعم مبدأ التناقض لا يسكت يقول مستحيل مبدأ السادس في المرفوع يقول مستحيل نعم تقول لا شيء بالانسان بشعر لا شيء من الانسان بشعر لا شيء من الانسان بشعر كاذبة كاذبة. كيف تكذبها انت تقول شوقي شعر نعم توقي شعر فهذا المربع المربع التناقض او مربع ابيلي الاحاطة التناقضات والمتضادات سهلة جدا واضحة جدا. فقط الممارسة على هذا المربع الان في المنطقة المنطقة الجديد والمنطق الرياضي الجديد او المنطق السوري الذي يعتمد على الصورنة وليس على اه السورنة والمادة اه يخدش في بعض هذا المربع. هذا بحث خارج عن بحثنا نأتي الان الى مقائض نقائض الموجهات. قالوا اما الموجهات يعني هنا لا تقول الف باء فقط تقول الف باء بالظرورة الف باء بالامتناع الف باء بالامكان الف باء وجودية الف باء دائمية هذه الجهات التي ذكرناها. قال واما الموجهات فنقائضها ما يشتمل على سلب جهاتها  ان تأخذ هذه القاعدة ناقض الشيء رفعه بينت الجهة ارفع هذه الجهة نحن في التناقض في الجهات او يقتضي ذلك على سبيل المساواة يعني لهذا يترجح ولا هذا يترجح فالظرورية ضرورية قلنا على شقين دورة ايجاب وضرورة سلب يعني الوجوب والامتناع مع الممكنة العامة ممكنة العامة بينا فلسفتها العامة اكرر الإمكان العام جهة تأتي الى القضية الف باء دعك من الموضوع ركز على المحمول باء وروحي لا نقيضه وركز على نقيضه نقيضه ما هو لا باء قيس اللابة الى الموضوع ضروري له ضروري له يعني لا ينفك عنه اذا لم ينفك عن الموضوع الا ينفتح على المحمول على باء مستحيل اذا قلت لا ليس ضروريا له يعني ينفك عنه اذا انفك ينفتح على على باء اذن الإمكان العام هو اكتب سلب سلب ظرورة الطرف المقابل. الطرف المقابل يعني الطرف المقابل للمحمول اذا انتفت ظرورة الطرف المقابل نقض المحمول. الموضوع ينفتح على  المحمول. قد ينفتح بالوجوب قد ينفتح بالامتناع قد ينفتح بالامكان الخاص امثل لك المسألة بمثال واجب الوجود. خلينا من واجب الوجود نختصرها. الله تعالى حي بالامكان العام ما هي الجهة? الامكان العام طبق القاعدة انس الذات الالهية المقدسة ركز على المحمول الحياة روح الى النقيض. ما هو النقيض? اللا حياة لا حياة ضرورية للذات الولاية يعني حيث كانت الذات تكون لا حياة. قل لا. ابدا اذا ينفتح على الحياة الله تعالى. يعني يمكن بالامكان العام ان يتصف بالحياة</w:t>
      </w:r>
    </w:p>
    <w:p>
      <w:r>
        <w:t>جيد. صفات الواجب ممكنة بالامكان الخاص ام ظرورية تقول ظرورية بالوجوب فتصير القضية هكذا. الله حي بالوجوب يعني حيث كانت الذات تكون الحياة ضرورية له ضرورية له الان تقول الله تعالى جسم بالامكان العام روحي للطرف النقيض للجسمية اللا جسم الجسم قسمه للذات اللي هي ضروري ام لا? تقول نعم ضروري. الله ليس بجسم اذا ينفتح على الجسمية بالامتناع. يعني يمتنع ان يتصل بالجسمية فتقول الله تعالى جسم بالامكان العام صحيح ان يمكن عام هنا يتماهى في الامتناع معناه الله تعالى يمتنع ان يكون جسمان ناتي الان الى الانسان الانسان لا قبل الانسان شريك الباري تقول الشريك البريء موجود بالامكان العام الموجودية ما هو نقيضها? اللاموجودية الا موجودية ضرورة للشريك الباري تقول نعم بالدليل التوحيد اذا ينفتح الموجودية? لا. يعني ممتنع الوجود. تقول شريك الباري موجود بالامتناع يعني يمتنع ان يتصل بالوجود نأتي الى الانسان تقول الانسان عالم بالامكان العام اركز على العلم روح الى النقيض اللاعب ضروري للانسان لا يعني الانسان المسكين دائما جاهل لا ليس ضروري لا علم ليس ضروري للانسان يعني حيث كان الانسان يكون اللعب لا ابدا. اذا ينفتح على العلم فتقل الانسان عالم بالامكان العام الامكان العام هنا يسابق ماذا? لا الوجوب ولا الامتناع يسابق الامكان الخاص يعني الانسان قد يتعلم وقد لا يتعلم هذا هو الإمكان العام وسجل هادي عندك ولا نكررها مرة ثانيا اذا هذا الامكان العام يرفض الوجوب مرة يكون رافضا للضرورة الوجوبية مرة يكون رافضا للضرورة الامتناع يعي نعم اقول لما فرغا فاعل النص بقول حدثيين والماتن بقول الحوزويين من تمهيد قاعدة من تمهيد قاعدة التناقض بالنظر الى المخصوصات والمحصورات مطلقا شرع في بيان تناقض ذوات الجهات نعم وهو انما يكون برفع تلك الجهة وسلبها. سلبي يعني بمعنى رفع هذه الجهة او بذكر مساوي لنقيضها المساوي لنقيضها قلنا آآ مرات في الدعوة سين نأتي النقيض لا سين ما نقدر الروحي لا اه لازم اللسيم ونثبته اذا ثبتنا هذا اللازم يعني تبتنا اللاسين جيد اذا اثبتنا الى سين ومبعد. مبدأ التنقل يدخل. يقول السن باطل سيل باطلة او تعكس القضية تركز على سن عنده لازم عيد بطل عيد اذا بطل اللازم بطل آآ المرزوق يبطل سين يثبت تقول لماذا يثبت لاسي مبدأ التناقض هنا في برهان الخلف آآ برهان آآ الخلف هذا هو مرة نالت الى النقيض نات الى المساوي لضعف فكرنا وهذا شيء جميل نعم يقول وهو اما وانما يكون برفع تلك الجهة والسلبية او بذكر المساوي لنقيضها. لان المساوي للنقيض في حكم النقيض مثلا يمثل الظرورية نقيضها سلب الظرورة ناقض الشيء سلبه او الإمكان العام فان اذا قلنا كل جيم بالظرورة هنا بالظرورة اما يكون الوجوب او الامتناع على فرق كان نقي ظهور ليس بالظرورة كل جيم ليس بالضرورة كل ما معناه؟ يا عندي جيم قد يتصل ببا وقد لا يتصف ويلزمه بعض ليس بعض جيم ليس باب بالامكان العام يعني شوف انظر ليس بالضرورة كل جيم باء نعم ليس بالظرورة كل جين باء يعني ايه ينسجم مع اه بعض جيم ليس باء لان قلنا اه سلب رفع الموجبة السالبة اه بالنسبة الى الموجبة السالبة السكوت قد تكون نعم ليس بالضرورة كل جيم يعني جيم ليس اه  هنا تعرف لماذا المنطق الحديث مصورا يؤمن بالسورنة فورماليز للتعقيدات اللغوية يعني اللغة اليونانية اثرت في المنطق حتى في الفلسفة واللغة اللاتينية اثرت في المنطق وفي الفلسفة واللغة العربية كانت اكبر فقالوا خلينا نتخلص من هذه اللغات والمؤسس للثورنة الرموز فقط نعم ما عندنا هذا ليس بالضرورة كله جيم باء اه هادي ليس وبالضرورة والكل من رموز بعد المنطق تغيرت هويته اهتماما نعم ليس بالضرورة كل جيم يعني ماذا? سلب الكلية سر بالكلية هل يعني سرب الجزئية؟ قد يكون وقد لا يكون نعم ليس كل انسان شاعر بالظرورة قد يكون بعض الناس شعراء ويلزمه بعض جيم اه بعض جيم ليس باء بالامكان العام. نعم يعني شوف الجهة ما هي الضرورة ناقضها الامكان العام نعم اذا اذا نفينا الظرورة بين جيم وباء بنحو الكلية فجيم قد يتصف وقد لا يتصف بالضرورة يعني ما هو قضية تصف باء يعني حيث كان جن. كنبة لا ينفتح عليه نعم قد ينفتح عليه. نعم بعض بعض جيم ليس باء بالامكان العام. نعم لان الامكان تعليم مبدأ السبب الكافي لان الامكان هو رفع الضرورة عن الجانب المخالف له. هذه الجملة اعمل تحتها خط احمر. لان الامكان هو رفع الظرورة عن الجانب المخالف له. هذا هو الذي بينته لكم الف باء لا تركز على باء وعلى ولا على الف ركز على نقيض باء اللا باء. ظروري لالف ضروري لالف يأتي اه الوجوب الضرورة بالوجوب ينتفي كليا ويستحل اليف. يأتي الامتناع اتقوا الله لا ضروري ولا ممتنع يأتي الإمكان نعم هذا هو لان الامكان هو رفع الظرورة عن الجانب المخالف له نعم ولما كان داخلا على السلب نعم داخل على السلب يعني اه الكلية هنا مرتفعة ليس بالضرورة كل جيم ما معنى? يعني كل مصداق تعنون بالجيم يتعنون بباب الظرورة لا قد يتعنون وقد لا يتعنون. هنا ليس رفع الظرورة بنحو الانبساط يعني كل مصاديق جينبا بالضرورة لا السلب يعني يقول لا بعضها? نعم بعضها يكون وبعضها لا يكون نعم لكن المتيقن ما هو? ان بعضها اه لا يكون ولهذا يقول ويلزمه بعض جيم ليس باء بالإمكان العام نعم انت اذا سلبت الكلية ما معناه؟ يعني انت امنت بالجزئية نعم فتقول بعض جيم ليس باب بالامكان له دائرة ظرورية والدائرة ماذا? ليست لها ضرورية لانك انت سلبت الكلية ليس بالظرورة كل جيم باء. والعبارات قلت لكم بربرية وخصوصا في الالفاظ ليست في السبورة سوء بصعوبة بمكان ان الطالب يضبطها في خياله قد يفهمها الا انه يضبطها صعبة عليه خلينا نفكك نطبق منهجية التحليل ليس بالظرورة انساه. كل جيم باء ماذا تفهم منها? بيناه. كل من صدق عليه عنوان جيم من المصابيق يصدق عليه عنوان باء هنا الجهة ظرورية ما معنى? يعني حيث كان الجيم كنبة واضحة الى هنا السبب اسلب هذه الكلية اسلب هذه الكلية يعني اه دائرة من دوائر جيم ظروري لها با ودائرة اخرى ليس ضروريا لها  صحيح ام لا? هذا هو دائرة ضروري لها باء يعني الدائرة من مصاديق ضروري لها باء ودائرة اخرى ليس ظروريا لها يعني قد تكون ضرورية وقد لا تكون ضرورية من يناقض الاولى الدائرة الايجابية تتناغم معه الدائرة السلبية تناقضها نعم وهو الإمكان العام الإمكان العام نعم ولهذا يقول ويلزمه بعض جيم ليس باب بالامكان العام. تقول لي شيخنا لماذا يلزمه المدة عامة وكل جيم باب الضرورة هو يأتي ويضرب هذا المدعى ليس بالضرورة كل جيب</w:t>
      </w:r>
    </w:p>
    <w:p>
      <w:r>
        <w:t>بعضه جيم باب الضرورة يقول يمكن. اذا احرزنا البعضية الموجبة بعضه جيم دال بالظرورة والبعض الاخر لا يقول بعض الجيم دال ليس بالظرورة ليس بالضرورة الامكان العام هذا الامكان العام هو الذي ضرب الكلية هو للناقضة الكلية. ولهذا يقول يلزمه بعض جيم ليس بالامكان العام. ويلزم كذلك بعض الجن بالضرورة نعم لان الامكان هذه هذا هو مبدأ السبب الكافي. لان الامكان هو رفع الضرورة عن الجانب المخالف له. نعم هذا الامكان العام. ولما كان داخلا على السلب داخلا على السلم يعني هذا في السلب. ليس بالضرورة كل داخل يعني ظارب هذه الكلية السالبة ولما كان داخلا على السرب كان معناه رفع ظرورة الايجاب نام منين الدعامة هي كل جيم دال بالضرورة. نعم يضرب هذا ليس كهكذا الأمر ليس هذا هكذا الامر. ما معناه? يعني بعض مصادق جيم دال ليس بالضرورة جيد اذا رفعت الظرورة كجهة ما هو الذي يستقر فيها؟ تقول بعضهم بالامكان العام. وبعضه جيم ليس وبعضه جيم آآ بعضه جيم آآ دال بالظرورة  بعض الجيم ليس بالضرورة اي بالامكان اما هو آآ العبارة هنا بعض الجيم ليس ليس باء بالامكان العام يعني يرفع عنهم بالضرورة واضحة جدا هكذا نعم لان الامكان هو رفع الضرورة عن الجانب المخالف له ولما كان داخلا نعم تحت داخل على السلب داخلا يعني ضاربا بالسلب. يعني يريد يرفع هذه هذا المدعى. مدعى ما هو? نعم آآ ليس بالضرورة كل جيم كان معناه رفع ظرورة الايجاب وبين اثبات ظرورة ظرورة الايجاب نعم مناه وبين اثبات ظرورة الايجاب وسلبها تناقض قطعا يعني الضرورة ورفع الظرورة تناقظ قطعا. نعم قال وكذلك الدائمة مع المطلقة العامة يأتي ان شاء الله بيان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