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قال وكذلك الدائمة مع المطلقة العامة انتم فقط ركزوا معي جيدا. لماذا? لان هذه المطالب تحتاج الى خيال يركز المعنى بالفاظ حسية صعب الإنضباط الا بممارسة والتدريس كذلك ولهذا دائما انا اشجع الطلاب على التدريس ظبطت الامر درسه لان التدريس يعطيك قوة اه عمودية. التحقيق يعطيك قوة اه افقية تزداد المعلومات في التحقيق في التدريس تتعمق المعلومات نعم فهذه الامور صعبة جدا لماذا ممكن العقل يضبطها? الخيال ما يضبطها. فرارة زئبقية فانتم الان ركزوا معي جيدا في البعد الخيالي اكثر قال وكذلك الدائمة مع المطلقة العامة. الدائمة يعني تطال جميع الزمن لا تجد مقطعا لا يكون المحمول للموضوع فيه ديمومة تخيل مثلا عندك هذا المقطع الف باء هنا المتواجد في دار الوجود يبطل كل هذا المقطع. هذه هي الدائمية في مقابل الدائمية لا يتواجد في مقطع خاص يعني هذا هو اه هذا هو الهدية المسافة تقول البصرة بغداد ويتواجد في كربلاء لنفرض مثلا تواجد ربع ساعة تواجد نصف ساعة تواجد ساعة هذا المقطع يعني لا يطال كل المساحة اذا الدائمية تنفي اللادائيمية واللا دائمية تنفي الدائمية طبعا تناقضها قال وكذلك الدائمة يعني باء ثابت للجيم دائما ساكتة على الظرورة على الديمومة فقط اقول اذا قلنا كل جيم باد دائما. لماذا الحل على ما نحل يركز على التطبيقات لان هذه القضايا بالتطبيقات ترسخ نعم في الكلام الفضفاض لا تنسخ اذا قلنا كل جيم باء دائما طبق عليها تحرير القضية يعني كل من صدق عليه عنوان جيم يصدق عليه عنوان باء في كل المساحة نعم فقد حكمنا شرح للعبارة. فقد حكمنا بثبوت الباء لكل جيم. كل جيم يعني اه السريان المصداقي يعبر عن جن. قلنا المسألة المحمول فعلي للجيم اذا كان فعليا جيم يتواجد اين? في المصاديق حتى يتحقق عقد عقد الوضع وعقده الحامل فقد حكمنا بثبوت الباء يعني المحمول لكل مصديق جيم في كل الاوقات يعني المساحة او المسافة نعم طالها الموضوع المحمول فناقضه جعلها مقطعية نعم ليس كل جين باء دائم دائما. يعني بعض جيم لا دائم اذن الدائمية رفعناها بالادائمية ويلزمه بعض جيم ليس باب مطلقا. جيد ويلزم هذه وركز معي نبينها لك بمثال تخيل انسان اتفقت عليه انت اتفقت مع انكم انكم ما تلتقيان في بغداد انت اه تتحرك من الموصل وهو يتحرك من البصرة بعد يتحرك يتحرك يتحرك وانت تنتظر يصل الى بغداد لم يصل لم يصل لماذا? وصل الى كربلاء وكيف بالزيارة وهناك جلس يعني القضية ليست دائمية يعني لم يطال المساحة كاملة هذه لم يطل المساحة كاملا يعني فيه مقطع لم يستغرقه في سفره اليس كذلك? اذا هناك دخل في هذا المقطع ام لم يدخل لم يدخل? هناك الفعلية غير موجودة يعني لا يتواجد في هذا المقطع هذا هو ويلزمه بعض جيم ليس مطلقا يعني لم يدخل في الفعلية في هذا المقطع فعلية في المقطع الأول يعني من البصرة الى كربلاء تواجد في المساحة او في المسافة لكن من كربلاء الى بغداد لم يتواجد في المسافة. يعني لم يتواجد يعني الفعلية لان المطلقة العامة ما هي? الدخول التواجد تواجد في متن الواقعة ويلزمه بعض جيم ليس بباب مطلقا يعني لم يدخلوا الفعلية. اتضح الامر نعم ولهذا يقول وكذلك الدائمة مع المطلقة العامة يعني دائمة ترفع المطلقة العامة والمطلقة العامة في بعض مصادقها اذا قلنا اذا فسرناها مطلق الدخول فتنفي الدائمية نعم فناقيضه ليس كل جيم باء دائما ويلزمه بعض الجيم ليس ذا مطلقا نعم واضحة جدا انت اه تريد تكتب مثلا صفحة كاملة صفحة كاملة تكتبها كتبت مثلا عشر اسطر توقفت الباقي يعني ما فيه كتابة يعني ما فيه فعلية كيف فعلية في الأول وما في فعلية الثانية ولهذا يقول ويلزمه بعضهم ليس مطلقا يعني بعض الاسطر غير موجودة بالفعل نعم لان سلب الدوام هذا هو مبدأ سبب الكافي تحليل. لان سلب دوام الايجاب سلب دوام الايجاب يعني يطال كل المسافة هذا مسلوب يعني لا يطال كل المسافة اطلاق عام سلبي يعني عدم التواجد في بقعة ما انتهى الامر نعم عدم التواجد في بقعة ما انسان ينفق على ابنه نابغة حتى يصير عالما اما عالم في الدين واما عالم في الطب والهندسة في الفلسفة في في في عرفنا العربي العام طب وهندسة فقط نعم فانت قدرت هذا التكوين العلمي من دخوله الى الابتدائية اول ما بدأ يتعلم الكتابة الى التخرج لنفرض مثلا ربعين سنة لنفرض مثلا ربعين سنة صار عالما هنا تحققت الدائمية يعني تواجه تواجد في التكوين العلمي على طول على طول وصل الى الثانوية العامة قبل في الجامعة قبل في الجامعة فتأمل هذا الابن تأمل جيدا في الجامعة والجامعيين يجد هذا الأستاذ الجامعي شهريته لا تكفيه في معيشته المسكين خصوصا في الدول العربية لا يقيمون العلم في غير رأيه الى التجارة يقول انا نضيع مستقبلي هكذا يفكر يغير في التجارة يعني عدم التواجد في ميدان العلم من البداية الى التخرج ربعين سنة اذا بعد الثانوية العامة الذي ترك فيه العلم في التواجد العلمي موجود ام لا? تقول ليس بوجود سلب ليس بموجود سلب اذا هذه الديمومة الذي خطط لها الوالد حتى يصير ابنه عالما تخلبطت رفعت بالنقيض بالنقيض ولك ان تمثل كما تشاء لك ان تمثل كما تشاء. نعم. اقول اذا قلنا كل جيم باد دائما يعني كل مصداق تعنون بعنوان الموضوع يعني يجيب تعاونونا بعنوان المحمول يعني دال في جميع المسافة فقد حكمنا بثبوت المال كل جيم يعني لكل مصداق تعنون بجيم في كل الأوقات تعني المسافة مملوءة فناقيده ضرب هذه المسافة مع نتسر مسألة مقطعية فقط فناقيده ليس كل جيم دائما يعني لا الدائمية ويلزمه بعض جيم ليس مطلقا لان سلب دوام الايجاب اطلاق عام سلبي. اذا الدائبية اه ناقضها المطلقة العامة. المطلقة العامة ناقضها لا نقول المطلق العمى ناقضها لان المطلقة العامة بالنسبة الى الدائمية التاكيت نعم هذه واظحة المسألة بينتها بالامثلة. قال والمشروطة العامة المشروطة العامة اه المشروطة العامة هي ظرورة تبوتي آآ المحمول الموضوع دائما والمشوطة العامة مع الممكنة العامة الوصفية. نعم المشروطة العامة في نقطة ما بينتها تبوت المحمول بالظرورة دائما لمن? للموضوع بالوصف العنواني نعم هذي الظرورة الوصفية مع الممكن العامة الوصفية لان هناك وصف هنا وصف الظرورة خذها قاعدة ناقظها والامكان اذا كانت ضرورة وصفية نقضها الممكنة الواس في اقول قد بينا ان الممكن نقيض الظرورية وبالعكس يعني الظرورية نقيض الممكنة</w:t>
      </w:r>
    </w:p>
    <w:p>
      <w:r>
        <w:t>ولما كانت المشروطة العامة ظرورية مقيدة بالوصف يعني المحمول ظروري للشيب قيد الواصف يعني ببركة الوصف نعم كان القيد مأخوذا في نقيضها. النقيضة هي الممكنة العامة الواص في للمصانقة لان قد بينا في شرائط التناقض وجوب الاتحاد في الشرط. هنا شرط الوصف فالنقيض يكون عنده وصف فكان نقيض المشروط ممكنة عامة وصفية فنقيض قولنا بالضرورة كل جيم ب ما دام جيم مم كل بالضرورة كلو جيم هذا شيء مع الوصف اكتبها شيء مع الوصف. المفروض يقول بالضرورة كل شيء باء ما دام الوصف هنا ادمج نعم في في تسامح في العبارات فقط ولا في ذهنه الشريف. المطلب موجود يعني بالظرورة كل شيء تعنون به سين شين متعاون متعاون متعاونون بالسين يعني الوصف المجموع يسمع جيم نعم  باء ما دام الشيء متصف نعم متصف ناقضه ما هو? يعني انت يجب تأتي بالامكان الذي يناقض الضرورة والوصف كذلك وحدة الشرط ليس ليس بعض جيم باء حين هو جيم بالامكان حين يعني حال الاتصاف يعني ليس بعض الشيء المتصف بسين هو باء حين الاتصال اذا النقيض نقظ ظرورة والامكان والوصف يجب ان يكون لوحدة الشرط. نعم وحدة الشرط تلك ضرورية دائمية ببركة الوصل وهذه اه هذه الضرورة مرفوعة ببركات القواص بوحدة الشرط لان بينا التناقض يحتاج الى اه وحدة الموضوع والمحمول اختلاف في الكيف وحدة الاضافة وحدة المكان ووحدة الزمان منها وحدة الشرط الشرط هنا الوصف نعم الضرورة تكون وصفية النقيض يكون تكون وصفية بالظرورة تناقظها الممكنة العامة الظرورة ظرورة وصفية الممكن ان تكون ممكنة في يعني جيم حيث كان شيء شيء حيث كان الوصل المجموع سماه جيم هو لا بأس الشيء ببركة الوصف اه المحمول يكون ضروريا. باء دائما اريد نضرب هذه الضرورة ما معناه? يعني قد يتصف وقد لا يتصف ببركة الوصف يعني جيم ببركة الوصف لا قد يتصف وقد لا يتصف يعني الضرب للضرورة ودائما قال والعرفية العامة مع المطلقة العامة الوصفية نعم العرفية العامة تعرفون انتم اه التي تستخدم في العلو ديمومة المحمولة للشيء ببركة الوصف. ما في ضرورة فقط الديمومة ساكتة عن الضرورة ضرورة با للشيء ببركة الوصف. سين شيبسي نسميه انت جيم نعم نقول الضرورة لا ديمومة ديمومة المحمول للشيء ببركة الوصف هذه العرفية العامة يعني ديمومة المحمول للموضوع ببركة الوصف ما في ضرورة النقيض ما هو ما هو النقيض هذه هي العرفة العرفية العامة النقيب المطلقة العامة الوصفية تقول كنا في الماضي ما كانت هذه الكاميرات وهذا التسجيل بالكاميرات وما كانت هذه  الهاتف الذكي بكاميرا او تطور كنا نسجل بالأشرطة اه الأستاذ في الدرس يعمل حركات دلالية. هذه الحركات لها دلالة يعني عندها مدخلية في فهم المطلب وكنا نشكل على الاستاذ العزيز هذه الحركات لا تسجل. الذي يسمع الدرس المسجل بالشريط القديم. هذه الحركة لن تسجل. الحمد لله الان عندنا اه هذه الكاميرا اه تساعد يعني هذه الحركات الدلالية. يشوفها الطالب العزيز. انظر الان امثل لك يعني من بداية الف الى باء كل المساحة هذه هي الديمومة ديمومة ظرورية لا ديمومة فقط ديمومة لعيون الموضوع. يعني ذات? لا لعيون الوصف هذه هي العرفية العامة يعني المحمول دائم لذات الموضوع ببركة الوصف عرفيا عامة نقيضها ما هو ضرب هذه الديمومة ضرب هذه الدموع مع وحدة الشرط. يعني يكون هناك ببركة ووصف يعني دخول ذات بالوصف فقط دخول مقطعي يكفي لظرب هذه العرفية العامة نعم انت تريد تخرب اه تخرب اللعبة على التجار كرة القدم تخرب اللعبة مطلقا نأتي الآن الى المثال الحسي كرة القدم يعني المباراة تسعين اه دقيقة هذه لنفرض مثلا المباراة تدوم الى التسعين ببركة الوصف صورة في خيالك وانت متفق مع اللاعب القوي المعتمد عليه تدفع له وتتفق ما تقول انت اخرج في وسط المباراة يخرج كأن المباراة توقفت يعني هذه الديمومة تسعين دقيقة انتفت تسعين دقيقة لاستمرار المباراة تسعين دقيقة هي العرفية العامة ايقافها هادي هي المطلقة العامة دخول مقطعي فقط. دخول مقطعي فقط نعم او يريدون اكرام لاعب كبير نجم نجما كبيرا في كرة القدم العمر الكبر ما يساعد يعملون مباراة في عشرين دقيقة ليس تسعين دقيقة لان القوة لا تتحمل هذا المقطع عشرين دقيقة لاكرام هذا النجم الكبير لنفرض مثلا اه عمره خمسة وستين سنة سبعين سنة يأتي يلعب الكرة ويدخل في المباراة يمارس عشرين دقيقة فقط خذ هذي العشرين دقيقة بالنسبة الى تسعين دقيقة تسعين دقيقة مستمرة هذه العرفية العامة مقطعية ظرف ظربوا للعرفية العامة. المقطع يعني الدخول. الدخول مطلق في المباراة. هذي هي المطلقة العامة المطلقة العامة التواجد فقط العرفية العامة التواجد الدائمي اذا اظرب التواجد الدائمي بماذا تظربه? تظربه بالتواجد المقطعي ساهلة لك ان تطبق بامثلة كما تشاء كما تشاء نعم خليني نمثل لك بأمثلة حتى ترسخ المطالب اه في ذهنك الشريف مخرج سينمائي الفيلم يستغرق ثلث ساعات فين في غاية الروعة انا شفت وانا في الشباب يسمى فيلم امريكي هوليوود  يعني الكارثة يعني يوم القيامة بمعنى يوم القيامة هنا بمعنى الكارثة حرب امريكا في الفيتنام ظاهرا ادغال فيتنام غابة عجيبة فيه ضابط كبير يتمرد يتمرد عنا عن الجيش الامريكي الفيلم فيه تلت ساعات هذا الظابط جاءوا بنجم كبير  تمثيل هذا الدور عشرين دقيقة فقط عشرين دقيقة بالنسبة الى ثلاث ساعات تواجد عشرين دقيقة هذه العرفية آآ هذه هي المطلقة العامة استمرار الممثل الثاني على طول في الساعات هذه العرفية العامة. بالنسبة لذلك النجم لم يستمر في الفيلم ثلاث ساعات فقط عشرين دقيقة لان النجم كبير اعطى نكهة للفيلم لاجل هذا النجم الناس يشوفون هذا الفيلم فين هو في غاية الروعة نقض على الجبروت الامريكي في الحروب  يعني الكارثة افوكاليبس في الادبيات الدينية المسيحية يعني يوم القيامة يعني كارثة نحن نقول في العرف قامت القيامة يعني كارثة الفيل اسمه افوكاريبس ممثل كبير لا احتاج اذكر اسمه مثل عشرين دقيقة بالنسبة نسبة لثلاث ساعات. طبقها منطقيا طبقها منطقي. اذا ركزت على الدخول الوجودي في الفيلم فقط في عشرين دقيقة على الدخول الوجودي يعني التواجد في الفيلم فقط هادي هي المطلقة العامة ركزت على الزمان هذه هي الزمنية نعم وركزت على ثلاث ساعات بالنسبة الى ممثل اخر تواجد في الفيلم الى ثلث ساعات حتى توقف الفيلم هذه هي العرفية العامة. اذا العرفية العامة بما تنقظ تنقذ الدخول فقط تواجد الفعل فقط التواجد الفعلي في الجهات تسمى المطلقة العامة الاستمرار الدائمي تسمى العرفية العامة بالامثلة تفهم جيدا المسألة نعم قال والعرفية العامة يعني هذا الاستمرار استمرار المحمول لذات الموضوع ببركة الوصف ترفعها التواجد الفعلي ببركة الوصف لوحدة الشرط اقول العرفية يأتي البعد الإبيستيمي دائما لا تنسى هذا الامر اما ان تكون في محور محور الدلالي يعني الجمل مرة تكون في المحور</w:t>
      </w:r>
    </w:p>
    <w:p>
      <w:r>
        <w:t>عن المعرفي مرة تكون في المحور الانطلوجي ومرة تكون في المحور الصدقي مرة تكون في المحور النفساني مرة تكون في المحور اليقيني هذه المحاور يجب ان تكون في ذهنك نعم يقول العرفية هي التي حكم فيها هنا المحور المعرفي تعريفه تعريف للعرفية نعم العرفية هي التي حكم فيها بدوام ثبوت المحمول للموضوع اه او بدوام سلبي المحمول للموضوع لكن لا مطلقا بل مادام الوصل العنوان ثابت له يعني ببركة الوصف وقد بينا ان النقيض الدائم هو المطلقة العامة. مطلقة العامة هي التواجد فقط دخول تواجدي فقط فنقيض العرف العامة يعني حينما يدوم اه المحمول لذات الموضوع ببركة الوصف هو المطلقة مع العمل وصفية. يعني التواجد فقط ولماذا الوصفية? لان الاولى وصفية الثانية وصفية لوحدة الشرط في التناقض نعم وهي الحي نية الحي نية اذا فسرتها بالزمان مرة في صراع الزمان مرة في الصراع مطلق التواجد من احسن ما قال وهي الحيمية تقول مطلق تواجد فقط قد يكون هذا التواجد ممتدا زمنيا ممكن ما يهم فنقيض قولنا كل جيم باء ما دام جيم يعني كل شيء تعنون بسه الشيء المتعاونون بالوصف سميه جيم نعم يحمل عليه باء مادام هو بالجميع يعني مادام الشيب الوصف ليس بعض جيم باء حينا هو جيم اه حين هنا حتى يرسخ لك المطلقة العامة والا الحين هنا بالمعنى الزمني لا اجعل الحين هنا مطلقا بالمعنى الزماني والمعنى غير الزمان طبعا في العالم المادي في العالم المادي الحينية هنا يعني التواجد في عالم الزمان زمان عالم الزمنيات والمكانيات والماديات حتما عالم السياد التواجد الفعلي حتما يكون سيانا المسألة لها علاقة بالأنطلوجية وليس لها علاقة المنطق نعم اذا هذا الدوام ببركة ووصف اظربه بعدم الدوام ببركة الوصف عدم الدوام هي المطلقة العامة الوصفية لماذا الوصفية? لان الديمومة كانت ببركة الوصف. ضرب هذه الديمومة الوصفية بتواجد الفعلي الوصفي انتهى الامر نعم انتهى الامر نعم قال والظرورية الوقتية او المنتشرة وقتها يعني الضرورة الزمنية والمنتشرة التي تنتشر ليس لها زمان خاص مع ممكنة عامة مقيدة يأتي ان شاء الله بالتفصيل. 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