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الطاهرين اللهم صلي على محمد وآل محمد. اللهم ارزقنا التوفيق والإخلاص وصلنا معكم الى هذه الفقرة قال والظرورية الوقتية او المنتشرة مع ممكنة عامة مقيدة بذلك الوقت الاولى وبالدوام في الثانية ضرورة الوقتية المحمول ثابت للموضوع بزمان خاص مثل الكسوف والخسوف زمان الحيلولة اذا كنا في الحيلولة الارضية والحيلولة القمرية. ياتي الخسوف والكسوف هناك ظرورة هذه الظاهرة الا انه مؤقتة ثم يأتي الانجيل تنتفي هذه الضرورة الوقتية. مرة لا ظرورية هي الى انها منتشرة ليست محددة بمقطع زمني ما كتنفسي على مرة اتنفس مرة لا اتنفس منتشرة. نعم   في الامنيات اذا كانت هناك معارضة شخصية كبيرة معارضة للنظام وتهدد النظام بالسقوط النظام يراقبه الامن يراقبه تخيل انه حاشره في زاوية ما يتحرك خمسين كيلومتر اقل المهم محصور هنا كيحوطها وانتهى الأمر يعوط هذه المنطقة فقط حتى يبيد هذا المعارض. مرة لا هذا المعارض يتحرك في جميع الوطن ليس في مقطع خاص مرة هنا مرة هناك مرة هناك هذه المنتشرة فالامر ماذا يفعل? حورت كل البلد ضغط كل البلد هذا هو اه التطبيق المثالي لهذه القضية. والظرورة الوقتية ضرورة في وقت محدد كالكسوف والخسوف او المنتشرة ظرورية الى انها ليست محددة في جهامة ما هو النقيض مع ممكنة عامة طبعا الضرورة الوقتية عندنا ظرورة ووقت النقيض الظرورية هي الممكنة نقيب الوقتية واعلم الوقتية انتهى الامر نعم والظرورية الوقتية او المنتشرة مع ممكنة عامة مقيدة بذلك الوقت. هي ممكنة لان الامكان العام هو النقيض الظرورة في بذلك الوقت في الاولى. يعني الضرورة الوقتية وبالدوام في الثانية هذه المنتشرة غير محددة في زاوية ما انت حتى تبيدها ترفعها يجب ان تطال جميع المساحة. هادي هي والمسافة. هادي هي الدائمية تحوط كل الوطن حتى تحيط هذا المعارض الذي ينتشر ويتحرك نعم هذه صحيحة اذا المنتشرة لانها غير محيزة بحيز فما هو الامر الذي يبيدها. اذا انت تحوض جميع الدائرة هذه الدائمية اقول لما كانت الظرورية هنا مقيدة بالوقت المعين كالخسوف والكسوف  في الوقت كان نقيضها رفع الضرورة في ذلك الوقت بعينه. الذي يرفع الضرورة ما هو الامكان العام اعني الممكن العامة الوقت الى من شروط التناقض وحدة الجهات نعم من من وحدة الجهات هي الوقت الزمن تناقيض قولنا تطبيق قضوي تناقض قولنا كل جيم باب الضرر في وقت معين. يعني ذات الموضوع ذات الموضوع تكون يكون المحمول لها ضروريا في وقت ما يعني القمر يجب ان ينخسف وقت ما وقت الحيلولة خارج الحيلولة لا ما فيه انخساف ولا كسوف كل جيم بالضرورة في وقت معين. اذا باء كمحمول يثبت لمصادق جيم لان جيم عنوان عنوان كل عنوان عام يسري في المصاديق حتى يتحقق عقد الوضع سريان جيم كعنوان في المصادق عقد الوضع جملة ناقصة. تقول سين جيم اكمل. جملة ناقصة با فكيف يثبت لمصادق جيم يثبت بالضرورة الا انه مقيد بوقت ما اذن النقيض ما هو? رفع الضرورة يعني الإمكان العام في وقت ما نعم كل جيم بالظرورة في وقت معين ليس بعض جيم باب الامكان العام لذلك الوقت تقول لماذا الإمكان العام? لأن الإمكان العام هو نقيض نقظوا الظرورة. نعم لا ادري في ذهني انا شيء من هذا الأمر لا ادري اشكالي صحيح ام لا وخلط وبينت هذا الامر من قبل خلط الهوية في بعدها المثالي والهوية في بعدها الوجود نعم الإمكان لا يرفع الضرورة ابدا الإمكان ليس في دار الوجود حتى يرفع. الإمكان قوة واستعداد المهم هما عندهم رفع الوجود الإمكان رفع الوجود الفعلي والامكان عنده يعني لم يدخل دخل ناقضهما لا لم يدخل. لم يدخل ما هو ناقض ما هو اسمه الامكان العام لا ادري المسألة هكذا ام لا واما المنتشرة المنتشرة المحمول ظروري للموضوع الا انه ليس في وقت محدد منتشر واما المنتشرة فلما حوكم فيها بالضرورة في وقت معين اه في وقت ما غير معين منتشر هذا مو غير معين غير منتشر كان نقيضها رفع الظرورة دائما. يعني انت يجب تؤمن كل المساحة حتى تقضي على المعارض لاحظت الجهات كيف تتحكم في ممارسات السياسة الاقتصاد التربية الصناعة كل كل ما التجليات الانسان تحكمه الجهاد نعم لان القضايا ليس هي الملاك. القضايا بما هي حاكية والقضايا تحكي عن الواقع الخارجي. اذا الواقع الخارجي هو هناك النسبة المتحققة هناك تكون ضرورية او ممكنة او وجودية او دائمية او لا دائمية وو نعم كان نقيضها يعني نقيض المنتشرة الضرورية رفع الظرورة دائما. اعلن ممكن العامة الدائمية الممكنة العامة للناس في مقابل الضرورة الدائمية لانها في المقابل المنتشرة تناقض قولنا كل جيم باب الضرورة في وقت ما الوقت غير محدد اذا انت تدمر كل الاوقات هذي هي ليس بعض الجن بالامكان العام دائما اه تحوط انت كل الدائرة وترفعها في كل زواياها هذا لا يتأتى الا اذا ادمت الحركة وادمت الابادة سهلة المسألة قال والمطلق الوقتي مع نفسها ولا العلامة الحلي يقول القضية الوحيدة التي تناقض نفسها مع تناقض نفسها ناقض الشيء رفعه. كيف? اقول المطلقة الوقتية نأتي البعد الإبيستيمي يعني بالمحور المعرفي ما هي التي حوكم فيها بثبوت المحمول للموضوع في وقت معين من غير التعرض لقيد اخر. لا بشرط من جميع القيود نعم فناقضها رفع ذلك الحكم في ذلك الوقت. ناقض الشيء رفعه ايضا من غير التعرض قيد اخر وهو مطلقة وقتية فناقضها قولنا كل جيم في هذا الوقت ناقدهما هو ليس بعض الجيم في هذا الوقت نعم هذا هو وليس في القضايا ما يناقض في نوعه سوى هذه القضية فقط القضية الوحيدة التي ترفع نفسها هذه في الجهات البسيطة. في الجهات المركبة التي تقيد دائما لا دائما لا دائما هذه المركبة. يعني عندنا قظي يتان قضية تتلبس بالجهة قضية تنفي اه الجهة اه تنفي ديمومة الجهة ولهذا يقيد باللا دائي قال وتصدق ضرورة الطرفين على سبيل سبيل منع الخلو منع الخلو يعني آآ احدهما مؤمن ضروري الوجود فتوى في الاثنين? نعم يمكن المهم يكون واحد الاثنان معا يمكن هذي هي من يعطي الخلق من يعطي الجمع لا واحد فقط. اثنين لا يرتفعان? نعم يجب ان تكون عندك ملكة في هذه الامور اذن يقول وتصدق ظرورة الطرفين على سبيل منع الخلو يعني قد يكون النقيض واحد قد يكون النقيض اثنين فقط في نقيظي الممكنة الخاصة الممكنة الخاصة قلنا الف متساو النسبة الى المحمول ونقيض المحمول اذا اخذنا كرمز المحمول باء فتكون الف متساوية النسبة الى باء ولا باء. هذه هي الممكنة الخاصة اذا جعلت ما هو الوجود ولا ما هو العدم؟ هاذي هي الإمكان المهوي</w:t>
      </w:r>
    </w:p>
    <w:p>
      <w:r>
        <w:t>سرب ظالم في الوجود والعذاب. اما الممكن الخاصة بنحو مطلق هي تساوي النسبة للموضوع الى المحمول ونقيض ال محمول. اقول لما فرغ من نقائض القضايا البسيطة. القضايا البسيطة التي لا تقيد به لا دائما يعني هذه الجهات المركبة شرع في بيان نقائض المركبات   هي في ظاهره قضية واحدة الا انها في باطنها قضيتان فتحتاج الى تحليل. التحليل ما معناه? فصل القضية الاولى فصل القضية الثانية فالممكنة الخاصة هي التي حوكم فيها خليني ابين لك مسألة اذا نزعت التعريف من البعد المعرفي. فقط الاستدلال تركت الاستدلال فتعريفه للمعاني في المتن في كل متن هذا ينتمي الى المحور السيمنتيك الدلالي اذا ادخلت التعريف في البعد الابيستيمي يعني يفيدك معرفة تصورية فانت الان في محور المعرفي حسب الرؤية اذا فالممكنة الخاصة ما هي اذا اذا اخذنا هذا التعريف في المحور الدلالي فنحن الان في آآ فضاء الدلال اذا ادخلنا التعريف في البعد المعرفي لانه يفيدنا معرفة للمعاني فنحن في محور يعني في المحور المعرفي فالممكن الخاصة هي التي حكم فيها برفع ضروراتي الايجاب والسلب يعني لا الف ظروري لباء ولا لا الف ظروري ل باء. متساوي النسبتين. ولهذا يسمى الامكان الخاص سلب الظرورتين سلب الظرورتين انا الانسان بالنسبة الى العلم لا العلم ضروري يمكن ان لا اتعلم طول حياتي طوال الحياة لا تحل تعلم. وممكن اتعلم نعم اذن لا العلم ضروري لي ولا اللعب فالممكنة الخاصة هي التي حوكم فيها برفع ضروريتي الايجاب والسلب لا الايجاب ظروري العيب ضروري ولا العلم مسلوب عني ضروري فنقيضها نقيض هذه القضية الممكنة الخاصة هو ثبوت احدى الظرورتين معناه يعني الدخول في دار الوجود اما الدخول في دار الوجود وهذا الوجوب الوجوب الوجودي واما الرفع مطلقا لا يمكن ان يدخل وهذا هو الظروري. يعني الابتلاء. الابتلاع السلب الضروري والدخول الضروري يمكن مع مع معا نعم يمكن معا المهم الممكنة الخاصة تنقذ بواحدة فقط. يعني الهوية اذا تلبست بالعلم خلاص  هنا جاء النقف تلبست بلا علم جاء النقيض نعم الاثنان معا? نعم يمكن فنقيضها هو ثبوت احدى الضرورتين فضرورة الايجاب الايجاب العلمي وضرورة السلب السلب العلمي بالنسبة للإنسان تصدقان في نقيض الممكنة الخاصة على سبيل منع الخلو فقط لا على سبيل منع الجمع لجواز جواز هذا مبدأ السبب الكافي لي هو توازي اه جمعهما لماذا قال لجوازي في الوجود والعدم? لا الوجود في العدم لا يعني اذا دخل الانسان بالعلم بموجباته لا يمكن ان يسرب عنه العلم اذا هنا النقيض هو هذا الوجود الوجود الواجب يعني ضرورة العلم تنفي اه جيت الإمكان العام مرة لا لا يتعلم يعني العلم مسلوب عنه مطلقا نعم نقيض اما الاثنان يلزم اه اجتماعا الناقضين اه لجواز جمعه. ولهذا قال لجواز. يعني السين بعض الموارد لا يجوز فان اذا قلنا كل جيم بالامكان الخاص كل باب الإمكان الخاص يعني كل من تعنون بعنوان جي من المصاديق فيتحقق عقد الوضع بكيف يعني العلم قد يعلمه قد لا يتعلق. هذا هو الامكان الخاص. بالامكان الخاص نعم  تاجر عندو ثروة مالية جالس معاه صديقه تاجر اخر عندو ثروة طائلة عنده ذكر واحد يعني ولد ذكر واحد فقط هذا ما رزقه الله تعالى وهذا الولد مريض مسكين مريض مبتلى بمرض وهو يريد هذه الثروة تبقى وتستمر وهذا يستدعي ان يكون الولد قويا حتى يكون قيم على هذا فهو يأمل ان يصح الابن ويتقوى الا انه ماذا منهزم يائس من صحة ابنه هذا الصديق يقول له يمكن لماذا يمكن ان يصح يمكن الا يصح ويمكن الا يصح. خليه اثن يمكن الذي يصح اذا جاءت الموجبات بدعاء بطبيب بعشبة اي موجب وصار صحيحا سليما في بنيته واخذ مشاريع الوالد الوالد الذي بدأ يمسه الكبر هنا بإمكان هذا نقض بالفعلية الوجوبية الوجوب نعم وتتعجب في التطبيقات هي هذه هي كل تجليات الوجود هي جهاد نعم يا جياد اذا كل جين بالامكان الخاص يعني هذا الطفل الذي هذا الولد اللي هو مريض الذي يتعنون بعنوان الانسان بالصحة بالإمكان ان كان خاص نعم كان ناقضه ليس كل باب الامكان الخاص يعني صديقه يقول اه قال ليس ليس كل جين بالامكان الخاص اليس كل ولد لا يصح ممكن يصح ويولي قوي هذاك لسان الصديق نعم هذه في حياتنا العرفية واضحة جدا واضحة جدا واضح نعم صديق مبتلي مبتلي بمغالطة لا اقدر انا ضعيف انا هزيل اه الظروف لا تساعدني هذا انسان ميت. ميت اه عمودي الأفقي في المقبرة هذا بيت عمودي وصديقه يريد ان يقويه يضيق ان ان يقويه يقول له يمكن صدقني يمكن ان تتغير يمكن ان تتغيروا يمكن ان تتطور باي لسان هذا الامكان هذا الامكان الخاص الامكان الخاص يعني الفشل والانهزام لماذا هو يترجح مادام تساوي النسبة قد يترجح ماذا? القوة والنجاح والتفوق والتطور يمكن ام لا? مع لسان الامكان الخاص كان نقيضه ليس كل باب الامكان الخاص. نعم ويلزمه صدق احدى الضرورتين ليس كل جيم باب الإمكان الخاص نعم هذا ناقضه كل جين بالامكان الخاص كان ناقضه ليس كل جيم بالامكان الخاص لأن وحدة الشرط ضرورية وهو الخاص الإمكان الخاص ويلزمه الصدق اه صدق احدى الضرورتين اعني بعض جيم بالظرورة نعم او بعض جيم ليس بالضرورة هنا بعضه جيم بالضرورة او بعضه جيم ليس بالضرورة خليني نبينها لك في هذا المثال هذا الصديق منهزم في خياله. لا انجح لا لا لا اغامر. اخاف هكذا نوعية موجودة صديقه متفائل لا يمكن يمكن ان تنجح يمكن ان آآ تتفوق تتطور اين المانح هذا مازلنا في الإمكان الخاص يعني هو يقول لي ليس بإمكاني النجاح يقولو لها بإمكانك النجاح هنا هذا هو النقيض جيد من حق هذا المنهزم يسأل صديقه باي الية انا انجح بموجبات النجاح بموجبات النجاح يعني اذا تمت الموجبات ما هي ما هي الجهة؟ يعني الضرورة وهذا يلزمه الضرورة كلشي مرتب ترتيبا اه رائعا وهذه هي العناية الالهية في خلق هذا الانسان في دائرة هذه القوانين الصرمانية. نعم. انظر يقول فاذا فان اذا قلنا كل جيم بالامكان الخاص يعني كل جيم منهزم بالامكان الخاص. عقيدة المنهزم. صديقه ماذا يقول ها اه يقول كان نقيضه ليس كل جن بالامكان الخاص. ليس كل فرد منهزم بالامكان الخاص يعني الامكان الخاص قد الانهزام قد يكون وقد لا يكون ثم صديقه يتشجع يقول له والموجبات ما هي? يقول الموجبات ان تأخذ بالاسباب نعم ويلزمه هذا هو الاخذ بالاسم ويلزمه صدق احدى الضرورتين. اعني بعض الجيم بالظرورة بعض الجن بالظرورة يعني اذا اردت النجاح لها اه له موجبات له اسباب اذا لم تحقق هذه الاسباب مستحيل تصل الى النصر والتفوق التقدم بعض الجيم ليس بالضرورة. اذا لم يأخذ بالاسباب تضيقه سافر مدة سنة وراجع لم يجدوا وجدوه منهزما لم ينجح</w:t>
      </w:r>
    </w:p>
    <w:p>
      <w:r>
        <w:t>يقول له الم اقل لك تاخذ بالاسباب? يقول له اخذ كل كل الاسباب ما هي هذه الاسباب الف باء جيم دال اساسي في الأسباب لم يأت يأخذ به لم يستخدمه يقولون نسيت باء حبيبي الدال. دال اساسي في هذا سياق فيأخذ بدال مع الأسباب الأخرى ينجح نعم ويجوز صدقهما معا كما في قولنا هادي الآن بيناها ويجوز صدقه معا كما في قولنا في الأول لا اما تأخذ بالأسباب واما لا تأخذ واحدة فقط هذا هو حققنا مانعتل منعت الخلو ومنعت الجمع كذلك نعم اما منعت الخلوق بدون مانعة الجمع مانعة الخلو يعني اه الف الف وباء يجتمعان ويجوز صدقه معا كما في قولنا يعني منعت الخلق منعت الخلق ماذا تقول تقول الطرفان واحد ضروري الاثنان? نعم يمكن ويجوز صدقهما اشارة الى مناعة الخلو بشقيها الأولى كانت مناعة الخوب بشق مناعة الخلو بشق واحد ويجوز الصدق هما معا منعة الخلو بشقه كما في قولنا كل حيوان انسان بالامكان الخاص كل كل حيوان انسان بالامكان الخاص فانه كاذب كل حيوان انسان بالامكان الخاص يعني اه من مصادق الحيوان هو الاسد الأسد كمصداق يصدق عليه الحيوان? نعم. تشكل عقد الوضع فيأتي عقد الحد يعني الاسد يصير انسان الى ابد كريما نعم ويجوز صدقها مع صدقهما معا كما في قولنا كل حيوان انسان بالإمكان الخاص فإنه كاذب مع صدق بعض الحيوان الإنسان بالضرورة بعض الحيوان من الهوى المصداق الانساني وبعضه ليس باي انسان بالضرورة بعضه ليس بانسان بالضرورة يعني باقي الحيوانات الاسد انظر اذا بعض الحيوان الانسان بالظرر وهو صادق وبعض اه وبعض الحيوان ليس بإنسان بالضرورة صدق اتبع هذه مانعة الخلود ضربت الامكان الخاص والاصل فيه. والاصل فيه هو مبدأ سبب كافي مبدأ السبيل بالكافر ان يتجلى لك. في عبارة والاصل يعني الملاك والاصل فيه  ان الممكنة الخاصة. يعني الف التي لا المحمول ضروري لها ولا النقيض المحمول ضروري له مركبة من ممكنتين عامتين اذا رحت الى الطرف المحمول هنا امكان عام آآ ثبوتي اذا رحت الى الى النقيض المحمول لا باء هنا الإمكان العام السلبي احداهما موجبة والاخرى سالبة وقد بينا ان النقيض الممكنة العامة هي الضرورة المخالفة ولما كان ارتفاع المركب تارة برفع بعض اجزائه نعم وتارة برفع الجزء الاخر وتارة بارتفاع المجموع كان الجواب في نقيض ممكنة الخاصة احدى الضرورتين على سبيل منع الخلو دون الجمع. ما معنى هذا السبيل? على سبيل منع الخلو يعني. انت اذا قلت الف متساو النسبة الى باء ولا باء يعني ممكن يروح في اتجاه اليف ويتصف بالوصف وممكن يروح في اتجاه لا باء ولا يتصل بالوصف اليس كذلك? نعم فانت تنقذ بواحدة فقط تنقص في واحدة اذا ذهب في اتجاه الوجود وجود المحمول انتفت الممكنة دخل الى الوجود بموجباته باسبابه اذا انتفى انتفى الإمكان او لا تدخل في السلب يعني الموجبات ترفع موجبة واحدة مثل هذا الصديق اوصاه ان يأخذ بالموجبات اخذ بالموجب الف باء جيم نسي الدال لا ينجح ابدا فيرفع على الوجود اما تنقض بالأولى او بالثانية  ومرة لا تلقوا بالاثنين كما في المثال كل حيوان انسان بالامكان الخاص فانه كاذب مع صدق بعض الحيوان الانسان بالضرورة وبعضه ليس ممكن تنقض بالاثنين حسب الموارد على ما الحين يبين هذا الأصل هذا هو الملاك مبدأ السبب الكافي نعم والاصل فيه ان الممكن الخاصة مركبة من ممكنتان عامتين. يعني انت اذا رحت في اتجاه المحمول الايجابي هادي هي الإمكان الخاص الإيجابي. اذا رحت في الإتجاه السلبي الإمكان العام السلبي. احداهما موجبة والأخرى سلبة. وقد بينا ان النقيض الممكن العامة هي الضرورية المخالفة ولما كان ارتفاع المركب تارة برفع بعض اجزاء يعني تنقذ بواحدة فقط. وتارة برفع الجزء الاخر الطرف المقابل. وترى بارتفاع المجموع. يعني توظف المجموع كان الواجب في نقيض ممكنا خاصة احدى الضرورتين على سبيل منع الخلو يعني اذا قلنا احدى الضرورتين يعني الضرورة الثانية لا تنفع لا يمكن الاثنين تنقض به. ولهذا يقول على سبيل منع الخلو يعني الناقض الاول حاضر ضروري ان يحضر او النقيض الاخر ضروري ان يحضر الاثنان نعم هذا هو معنى الخلو دون الجمع دون الجمع يعني واحد فقط تنقص بواحد فقط اما من يعطي الخلولة يمكن ان تنقظ ان ممكن الخاصة بالامرين بالاثنين نعم  قال ودواه دوامهما كذلك في نقيض الوجوديات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