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قال ودوامهما كذلك في نقيض الوجودية الوجودية ما هي؟ الدخول الفعلي يعني النسبة متواجدة في دار الوجود من غير دوام النقض وما هو رفع هذا التواجد بالدواء واضحة جدا نعم  عندك ابن متحرك طاقة قوية صغير خمس سنوات اربع سنوات عنده طاقة عجيبة يتحرك ما معنى يتحرك? يعني كل الغرف في الدار في البيت ويتحرك فيها. طبعا بعض الغرف فيها امور ممكن ان تتكسر ممكن ان تدمر فانت تحوطو في مكان فقط يتحرك فيه يفرغ هذه الطاقة في هذا المكان اه المحدد له نعم هذه وجودية. اذا انت يجب ان تغلق كل المجال حتى لا يتحرك نعم  تحصره في تحشره في مكان اذا اذا كان هناك دخول وجودي غير دائمي نفيه ما هو ان الدخول الدائمي الدخول الدائم نعم قال ودوامهما لانها مركبة كم قضية قا في المركبة في نقيض الوجودية نعم اقول الوجودية مركبة من مطلقتين عامتين تكرار هذه المسائل ترسخ في الذهن المطلقة العامة ما هي? هي الدخول الدخول ولا بشرط قد يكون هذا الدخول مؤقتا منتشرا تواجدا فقط ظروريا لا ظروريا دائميا لا دائمين عن الله بشرط يعني الإنفتاح تتحمل كل هذه الجهاد هذه هي المطلقة العامة اذا دخل او دخلت النسبة ثبوت المحمول للموضوع دخل فقط بدون دوام اذا عندنا دخول وعندنا عدم دخول دخول فعلية عدم دخولهم فعلية نعم فعلية كي عليا فالسلب نعم الوجودية بينا لوجودها مركبة من مطلقة عامة. المطلقة العامة قلنا الدخول الساكت الوجودية دخول مقطعي. فيه قايد مقطعي مقطع مقطع خاص من التواجد لا نذكر الزمن. مقطع خاص من التواجد الدائمية لا ما في مقطع تطال جميع المساحة والمسافة من مطلقة عمتي هي بتحضر لك بينتها ويتضح لك وقد تقدم ان النقيض المطلق هو الدائمية نعم  النقيض المطلق هو الدائنية وفي تصوري النقيض النقيض كيف اننا مطلقة تنسجم مع الدوام لان هي مطلق الدخول ساكتة على الدوام. قد تكون الدائمة يعني الله تعالى لا يحده حد يطال الوجود وهو الوجود يصدق عليه انه فعلي لانه قيمة الوجود ويصدق عليها انه الدائمي ما في تناقض بين الامرين لا ادري انا هذا ما يظهر لي في وجودي نعم نقيض وتقدم ان النقيض المطلق نقيض المطلق هو عدم الدخول يعني المفروظ هو الممكنة الممكنة اه العامة المهم اذا المطلقة هنا يجب ان نقيدها بماذا? بعدم الدواب. يعني الوجودية فنقيض الوجودية احدى الدائمتين احدى الدائمتين اما الدائمية السلبية او الدائمية الاجاء ولما جاز ارتفاع الوجودية بارتفاع جزئيها جاز صدق الدائمتين معا فوجب في نقيض الوجود على الصدق احدى الدائمتين على سبيل منع الخلود دون الجمع نعم منع القلوب تواجد الناقضين فناقضوا قولنا كل جيم باء لا دائما خليني اطبق عليه الية القضية يعني كل مصداق تعنون بعنوان جيم الذي يحقق عقد الوضع يعني سين جيم جملة ناقصة با يصدق عليه العنوان الموضوعي بدون دوام. يعني هذا الدخول المقطعي هذه هي الوجودية نعم ناقضهم ما هو ليس كل جيم كذلك اذا لا دائما يعني اه ناقضها هو رفعها لا دائما ما هو رفعها? الدائم يعني تصير هكذا ليس كل جيم باء اه ليس كل جيم دائما اللي هنا يقول لا دائما اذا لنفرض مثلا لا دائما يبقى ليس كل جيم ب لا دائما نعم هذا هو الصحيح اذا هنا لماذا يقول على من حل وقد تقدم ان النقيض المطلق هو الدائمية ان هذه لم تدخل لي في البال. لماذا? لان الفعلية المطلقة العامة تشير الى الفعلية يعني التواجد انتهى الامر قد يكون هذا التواجد مقطعيا زمنيا منتشرا ضروريا ليس ضروريا اه اه داعمين ليس دائمين هادي منفتحة لا بشرط اذا هذه كلها لا تناقضها وها هي القاعدة الذهبية عندنا الا بشرط ينسجم مع الف شرط اذا قلت الانسان من حيث الصدق على مصادقه الا بشرط يعني يمكن ان يسري في جميع المصادق ما في مصداقية يتنفر منه ابدا هاديا لا بشرط ده بشرط المقسمي ينسجم مع الف شرط الف شرط هنا فقط للكثرة مليار شرط اذا المطلقة العامة التي هي التواجد تنسجم مع كل الجهات ما عدا عدم الدخول عدم الدخول نعم اذا لا الضرورة تنفيها ولا الدائمية فيها ولا الوجودية فيها ولا ولا ولا الدائمية فيها نعم الدخول المقطعي نعم دخول مقطعي ينفي الدخول الدائمي هذا معقول معقول معقول خلينا نشوف التطبيق فناقضوا قولنا كل جينبالات دائما يعني التواجد المقطعي يعني الأستاذ يذهب الى الجامعة يدرس اربع ساعات في الجامعة عنده حصة كان القصة الأولى ساعة ونص الحصة الساعة الثانية حصة ساعة ونصف ساعة يشرب قهوة اه يشرب عصيرا يشرب اه ما يشاء تواجده اربع ساعات بالجامعة هذا التواجد اذا قاربناه بالجهاد ثم الوجودية نعم الوجوبية فنقظ قولنا كل جيم لا دائما وليس كل جيم باء اه لا دائما ليس كل جين باء لا دائما يعني رفع الموضوع والمحمول ماذا يلزمه? يلزمه الديمومة نعم يلزموا الديمومة  انت تتصل بالادارة ادارة الجامعة الأستاذ الفلاني موجود يقول نعم موجود الى الساعة تاني عشر لانه عنده حصتان حصة من الثامنة الى التاسعة والنصف وحصة من العاشرة للحادي عشر و نص او من آآ العشرة الحادية عشر ويروح ممكن يطالع شوية يدردش شوية ويروح هذه هي وجودية وهو يحتاج بعد الظهر الساعة مثلا الثانية يقول جيد الأستاذ بعد لم يزره يتصل مرة ثانية قولو لها الأستاذ مشغول الآن الى نهاية الدوام مثلا نهاية الدوام الساعة السادسة الساعة ثامنا الساعة الخامسة لا يهم اذن نقض تلك الوجودية بالدائمين اذا رفع هذه الوجودية نعم رفع الوجودية. او المتصل كان يتوهم ان الاستاذ يدرس اربع ساعات ويرجع حتى يتفق معه على موعد كان يتوهم هكذا نعم ثم اتصل بالادارة الادارة اجابته لا الاستاذ اليوم يوم الاربعاء مثلا مشغول من الثامنة الى السادسة اذا هذا هذه الوجودية في توهم المتصل رفعت اذا اذا قلنا الأستاذ في الجامعة لا دائما كيف ننقذها? ليس الاستاذ في الجامعة لا دائما ماذا يلزمها? يلزمها الإنبساط الإنبساط الدائمين من الثامنة الى السادسة فناقضوا قولنا كل جيم يعني تواجد الاستاذ في الجامعة لا دائما فقط اربع ساعات ليس كل جينبا كذلك ليس تواجد الاستاذ في الجامعة لا دائما. لا من قال انه يبقى في اربع ساعات فقط ويلزمه ماذا يرتب على ذلك انه متواجد على طول من الساعة الثامنة الى الساعة السادسة ويلزمه احد الامرين اما بعض جيم ليس باء دائما</w:t>
      </w:r>
    </w:p>
    <w:p>
      <w:r>
        <w:t>بعض الجيم ليس با دائما او بعض جيم باء دائما نعم يلزمه يعني يترتب عليه في مثالنا كيف اذا رفعت الوجودية  ماذا يلزم المفروض الدائمية او عدم التواجد في الجامعة مطلقا هذا توهم انه يبقى في اربع ساعات. لا تبين انه دائمي من الثامنة الى السادسة او اصل ما جا مريض ما جاء مريض ماذا يترتب على هذا الامر? يقول ويلزمه احد الامرين اما بعض جيم ليس باء دائما لماذا البعضية لماذا البعض? لان النقيض نقيض ناقض الكلية هو البعضية اليس كذلك نعم ليس يعني بعض مصديق جيم لا يتلبس بباء دائما يعني يتلبس في بعض الموارد او بعض الجيم دائما لاحظت نعم او بعض جيم باء دائما هذا هو النقيض بعضه جيم باء دائما يعني النقيض الديمومة للاستاذ هو هذا هو بعض دائما بعضهم يعني بعضه جيم باء دائما تنفي السالبة وبعض جيم ليس باء دائما تنفي الايجاب. لان الاستاذ اذا تخلى عن المقطعية من الثامنة الى الى الثاني عشر. حصتان فقط المتصلين التوهم انه عنده عنده هذا الدرس كيف ننقذ هذا هذا هذه الوجودية الا يكون في اربعة هذا هو الناقص هنا ماذا يلزم انو يلزمن ان يكون اما من من الثامنة الى السادسة طول دوام الجامعة واما صليت يا بلال الى الجامعة نعم الى الجامعة يعني تقول الاستاذ على طول موجود في الجامعة او على طول ليس موجود في في الجامعة نعم. اذا صدقت الموجبة الكلية قانون التداخل ماذا يقول? تصدق الموجبة الجزئية اذا صدقت سالب الكلية. قانون التداخل ماذا يقول المتداخلتان صدقت سالبة الجوز اياه. ويقول لهم ولهذا يقول يلزمه من هذا النقيض ويلزمه احد الامرين اما بعض الجيم ليس دائما الاف السالبة او بعض جيم باء دائما في الموجبة ويجوز صدقهما كما في نقيض قولنا كل حيوان انسان لا دائما كل انسان حيوان له دائما هذه اه تعرفون انه كاذبة هي كذبة اصلا زيف كل حيوان انسان لا دائمة طبق لي عقد الوضع الاسد كمصداق يتعنون بعنوان الموضوع وهو الحيوان تقول الاسد الحيوان يتلبس بعقد الحمل بالمحمول عقد الحمل الانسان. الاسد يكون انسان. كلمة نعم كل انسان حيوان لا دائما انت انقضها قل بعظ ليس بعض الحيوان انسان دائما. نعم الاسد ليس اه اه ليس بإنسان الزرافة ليس بإنسان الحمار ليس بإنسان وهكذا اذا في المركبات يجب ان استخرج القضيتين بالفعل لان هذه اللا دائمة يعني استمرار النسبة الى نقطة بعد النقطة النسبة غير موجودة الى النقطة نقطة الارتفاع قضية بعد النقطة مساحة الإرتفاع قبل النقطة مساحة التواجد قضية بعد النقطة مساحة عدم التواجد قضية قظيل وكلاهما بالفعل القضية الاولى فعلية بالتواجد والقضية الثانية الفعلية بعدم التواجد يعني سلبية تفهم التناقض عم تفهم انت موقف اذا الوجودية هي التواجد ناقضها رفع هذا التواجد ماذا يلزمه الإستمرار يعني الاستمرار الايجابي اه الدائمية الموجبة او الدائمية السلبية الدائمية الموجبة بنحو الكلية الجزئية تصدق السالبية من السالبة الدائمة بنحو السلبية يعني السلب الدائمي السلب الجزئي يصدق لقانون التداخل لقانون التداخل. قانون التداخل اذكركم به في مربع ابيلي. المنسوب الى ارسطو مربع التناقض اذا صدقت الكلية كل الف باء تصدق الجزئية بعض الف باء. لماذا? لنفي كان فيها في داخلها اذا صدقت السالبة الكلية لا شيء من الف باء بالضرورة بعضه الف ليس باء المتداخلة من احكام هذا المربع مربع التناقض قال والظرورية الموافقة مع الدائمية المخالفة كذلك في نقيض المطلقة الخاصة المطلقة الخاصة قلنا المطلقة الخاصة هي الفعلية الفعلية المؤقتة يعني الفعلية في مقطعين نعم من الذي ينقضها? انا في تصوري والامكان من الفعلية في مقابل القوة هم لا راحوا الى الوجود وبحثوا عن التناقض التواجد يعني الدخول الى الفعلية في مقابله وبالقوة يعني كل فعلية دخلت بنحو الوجودية بنحو المؤقتة بنحو المنتشرة بنحو الظرورة بنحو عدم الظرورة بنحو الدائمية بنحو عدم الدائمية ما دامت التواجد داخلي في دار الوجود الذي يقابله هو القوة بإمكان بامكانه يرفع كل ما في دار الوجود هم راحوا يبحثون عن التناقض في دار الوجود مع الاسف الشديد. اذا الفعلية يعني مطلقة العامة والمطلقة الخاصة هذا هو الإمكان هو الذي يعني عدم الدخول هو الذي يرفع نعم اقول المطلقة الخاصة نذهب الى المحور الدلالي او المحور المعرفي هي التي حوكم فيها بثبوت المحمول للموضوع. يعني النسبة موجودة او سلبه عنه لا بالظرورة اذن تواجد غير ضروري انتهى الامر تواجد غير ضروري نعم هم يقولون رفع هذا التواجد الغير الضروري هو الضرورة هو الضرورة انا لا ادري اه كيف الضرورة وهل هناك تواجد غير ضروري اذا نظرنا الى الاسباب والمسببات. هذه كلها نقط يجب ان تثار المهم المطلقة الخاصة التواجد غير الضروري. يعني المحمول ثبت لما صادق الموضوع ليس بالضرورة في دار الوجود انتهى الامر نعم اقول المطلقة الخاصة هي التي محور الدلالي او المحور المعرفي حسب الاعتبار التي حوكم فيها بثبوت المحمول للموضوع. يعني النسبة لأن الجهة هي كيفية النسبة كيفية كيفية نسبة المحمول للموضوع فما جيدا هذه او سلبوا عنه لا بالضرورة نعم  وعندنا القضية اما الثبوتية او سلبية اذا المطلقة الخاصة هو رفع الضرورة في دائرة دائرة التواجد انتهى الامر وتسمى الوجودية اللا ضرورية الوجودية لا ضروري وهي مركبة من مطلقة عامة موافقة وممكنة عامة مخالفة جيد هذا الكلام جميل جدا وجودي ما معناه? يعني دخلت دار الوجود اذا مطلقة عم ام لا? مطلقة عامة متقعمة تشير الى الفعلية مطلق الفعلية. وهذه حققت الفعلية لا ضرورية حققت كذلك الممكنة العامة لان عندهم المنكرة العامة تقع في المقابل الضرورة وقال تسمى الوجودية اللا ضرورية بالوجودية امنا المطلقة العامة يعني الفعلية يعني الدخول في دار الوجود الا ضرورية امنا الإمكان العام ولهذا يقول وهي مركبة من مطلقة عامة نعم اه من مطلقة عامة موافقة في الكيف لان مطلق التواجد وممكنة عامة مخالفة ممكنة عامة مخالفة مخالفة لماذا مخالفة في الكيف اذا لا ظرورة فناقضها ناقدها هو رفع التواجد رفع التواجد بالامكان بالامكان فناقضها نقيضهما يعني نقيض للتواجد نقيض آآ الممكنة قال الوجودية اللا ضرورية الوجودية هي الدخول تواجد ولا ضرورية هو الإمكان نعم ما معنى الامكان? يعني ليس المحمول بضروري وقد يتصف بي ونعم وهي مركبة مطلقة عما بيناها موافقة موافقة. لانها اذا لم تكن موافقة التواجد لا يكون وممكنة عم مخالفة يعني ما معناه؟ يعني قد يدخل وقد لا يدخل فناقضهما نقيضهما يعني الوجودية ترفع باللا وجودية نعم اعني الدائمية قلنا الوجودية المقطعية ترفعها بالديمومة تمسح على كل الارضية فناقضها ناقضهما اعني الدائمية المخالفة الدائمية تضرب الوجودية اذا كانت وجودية ايجابية دائما تكون سلبية والظرورية الموافقة على سبيل منع الخلو ايضا دون الجم تقول قد تجتمع  تجتمع الدائمية المخالفة والضرورية الموافقة? يقول نعم. الخلو ننقض بهما</w:t>
      </w:r>
    </w:p>
    <w:p>
      <w:r>
        <w:t>نعم فناقيد قولنا كل جيم لا بالضرورة طبق معيار القظوي معناه كل مصداق تعنون بعنوان الموضوع جيم الذي يحقق اه عقد الوضع جملة ناقصة يتلبس بالعنوان المحمولي عقد الحمل الا ان هذا التلبس قد يرفع ليس بالضرورة يعني قد يرفع هذا هو ليس بالضرورة يعني قد يرفع لا بالضرورة. قد يرفع امن الإمكان وامنا ماذا اه الدائمية. الدائمية ترفع المقطعية ترفع المقطعية نعم الاستاذ يتحدث مع مدير الجامعة تدن يمنى اعتذر ما نقدر ندرس ندرس اربع اتواجد في المؤسسة اه اتواجد في المؤسسة الى نهاية الدوام من الثامنة مؤسسة للجامعة من الثامنة الى السادسة المدير يقول لماذا؟ يقول انا نأخذ ابني الى الطبيب. لا قدر الله المدير يقول له تفضل اذا هنا الوجودية المقطعية نفت الدائمية لاحظت مرة ثانية من المدير يقول له اعفيني اليوم اه ما نقدر الدوام من الثامنة للسادسة قولوا لماذا؟ يقولو انا عندي شغل اساسي في البنك تقول له لا يمكن اليوم. لماذا? لان الوزير يأتي تواجدك في المؤسسة ضروري من الثامنة الى  لا السادسة هذا بالنسبة الى الأستاذ اذا هذه المقطعية اربع ساعات انتفت بالدائمية. اذا التواجد المقطعي ينفى دائما بالدائن نعم اذا لم يكن ظروريا يرفع بالظرورة. المدير ماذا يقول? ظروري دواؤك ضروري لا امك جيد هذا الاستاذ يقول جيد انا نزيد لك ساعة الى الواحدة الى الثانية. ممكن ممكن الوزير يأتي في هذه الساعة مدير الجماعة يجيبه يقول آآ حضور الوزير حضور انتشاري منتشرة ما نعرف متى يأتي ممكن العاشرة ممكن الواحدة ممكن السادسة ممكن ما نعرف متى يأتي تواجده بنحو المنتشرة لاحظت كيف لو الوزير اتصل وقال انا احضر الساعة الثانية الثانية الى السادسة وجوديا اذا لم يعين الواقع منتشرا وجود يمون منتشر يجب ان تفهم هذه المسائل بدقة لانها حياة. حياة البشر تبنى عليها فنقيض قولنا كل جيم بالضرورة يعني كل مصداق تعنون بجيب ثم يتعانون بباء ليس بالضرورة يعني قد يرفع عنه بأ ما هو ناقضه? ليس بعض دائما نعم كل جيم باء لا ظرورة ليس بعض الجيم باء دائما نعم دائما يعني هادي كيسميها هنا المطلقة العامة العلامة او بعض جيم باء بالضرورة هذا هو النقيض ويجوز صدقهما كل لا بالضرورة يعني ممكن ان لا يدوم المحمول يرفع يرفع يعني لا يدوم جيد حتى ندمر هذا اللا دوام ناتي بالدائنية. ليس بعض الجيم دائما او بعض جيم باء بالظرورة ننقذ ننقذ الاظرورة ويجوز صدقهما يعني الدائمية موجودة والضرورية موجودة. كيف? لهذا قال منعت الخلق كما في نقيض قولنا كل حيوان انسان لا بالضرورة. القضية كاذبة كل انسان حيوان اه حيوان انسان لا بالضرورة تأتي بالدائمية تقول اه ليس بعض الحيوان انسان دائمة نعم مثل الاسد او تقول بعض الحيوان انسان اه بعض الحيوان انسان هنا كل حيوان بعض الحيوان ان تقول لا ليس بعض الحيوان اه نعم الاسد ليس حيوان بالظرورة القضية كاذبة نعم قال والدائمة الموافقة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