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قال والدائم الموافقة مع المطلقة العامة الوصفية المخالفة في نقيض العرفية الخاصة يحتاج الى الطلاب منطقي حتى تفهم هذه اللغة البربرية اللغة المعقدة نعم والدائمية الدائمية يعني العرفية العامة المشروطة في البرهان تبوت المحمول للشيء ببركة الوصف دائما ما في ضرورة في استمرار المحمول الى النهاية اذا قلنا دائمية الى النهاية حيث لا نهاية ببركة الوصف يعني في شيء يتصل بشيء هذه هي العرف هي العامة والدائمية الموافقة مع المطلقة العامة الوصفية مطلق العمل وصفية اه الثبوت المحمول للموضوع مطلقا ليست ناظرة آآ الدوام عدو عدم عدم الدوام ببركة الوصف في ناقين العرفية الخاصة اقول العرفية الخاصة عرفها الخاصة هي اه ثبوت المحمول ببركة الوصف لا دائما العرفية العامة التي تشترط في العلوم التي بينتها العرفية الخاصة لا مقطعية يعني ثبوت المحمول لذات الموضوع ببركة الوصف في مقطع ما مركبة من العرفية العامة من من العرفي العامة نعم لان في بوتن المحمول للموضوع ببركة الوصف. يعني عندها من العرفية العامة الموافقة طبعا الموافقة اه في الكيف والمطلقة العامة المخالفة مطلقة العامة يعني العرفية المخالفة. ما معناه يعني المحمول يثبت للموضوع مقطعين فقط لعيون الموضوع ام لعيون الوصف? لعيون الوصف يعني الموضوع يصير شيئا مع وصف هذه هي العرفي الخاصة يعني استمرار المحمول للموضوع ببركة ووصف مقطع خاص في دار الوجود نعم اقول عرفي الخاصة مركبة من العرفية العامة بين العرفية العامة. استمرار المحمول للموضوع ببركة الوصف اه العرفي العامة الموافقة الموافقة في الايجاب او السلب والمطلقة العامة المطلقة العامة يعني الدخول الفعلي التواجد المخالفة في السرب اذا اذا استمر المحمول للموضوع ببركة الوصف الى مقطع خاص بعد المقطع ما هو؟ نعم ما فيه هناك نسبة يأتي السلب نعم سلب الفعلية ورفع التواجد يعني السلب الفعلية. ولهذا يقول والمطلقة العامة المخالفة مطلقة العامة يعني الدخول المرفوع معانيه خروج الدخول المرفوع يعني سلب الدخول سلب التواجد فنقيضهما نقيض العرفية العامة الموافقة والمطلقة العامة المخالفة فنقيضهما المفهوم المردد بين نقيظي مفرديهما اعني المطلقة العامة الوصفية ان مطلق العصر العامة الوصفية هذه ضرب للعرفية العامة التي هي نقيض العرفية العامة والدائمة الموافقة التي هي النقيض المطلقة العامة المخالفة معاني هذا الرفع التواجدي لا يكون ياتي الدوام ها هو النقيض اذا اذا اردت ان تنقظ ننقض ماذا تريد تنقظ الثبوت المحمود للموضوع ببركة الوصف في مقطع خاص. ماذا تأتي تأتي بثبوت آآ ثبوت المحمول للموضوع دائما نعم دائما وهذا الرفع الوجودي ما يكون. هذا هو يعني مركبة نعم فناقضوا قولنا بالمثال يتضح لك الامر لان هذه الامور لا يضبطها الخيال فضفاضة زئبقية تحتاج الى سبورة فناقضوا قولنا نعم بالمثال يتضح لك الامر جيدا كل جيم ما دام جيم لا دائما طبق المعيار القضوي كل مصداق تعنون بجيب يعني جيم العنوان الموضوعي هنا بالوصف كان باء ما دام الوصف لا دائما يعني ما دام الوصف اللي هي موجودة الى انها ليست دائمية اه مقطعي يعني يمكن الوصف ده يرفع ما هو النقيض بعض جيم ليس باء ثبوت النسبة ناقضها رفع النسبة تبقى مادام جملة دائما حين هو جيم بعضه جيم ليس باء حين هو جيم نعم يعني المحمول يرفع حين الوصف ليس في غياب الوصف لان الشرط يجب ان يبقى في التناقض الاولى وصفية ثاني تبقى وصفية رفع النسبة يقول بعض الجيم ليس باء رفع الكل ببعض رفع النسبة بين بعض جملة يساوي حين وجيم اين هو جيم نعم سالبة حين الوصف او بعض جيمبا دائما هي قالب لا دائما ناقضها ماذا بعض جيم دائما يعني انت تضرب اما الديمومة او تضرب النسبة هذا هو الذي قال اه فناقضها المفهوم المردد بين ناقضي مفرديها مفرديها ما هي يعني آآ العرفي العرفي العامة الموافقة والمطلقة العامة المخالفة نعم قال ومع ممكنة مثلها في نقيض المشروطة الخاصة وقس عليها سائرها. اقول المشروطة الخاصة المشروطة الخاصة هنا آآ ثبوت المحمول اللي الموضوع ظرورة ببركة الوصف هذه المشروطة الخاصة في مقطع خاص يعني الدخول الفعلي وضروري ببركة الوصف دخول فعلي وضروري ببركة الوصف مقطعيا مقطعيا هادي هي المشروطة الخاصة اذا قلنا دخول ضروري النقيض ما هو؟ الإمكان اذا قلنا اه الدخول المؤقت نقيضه والديمومة واضحة جدا. اقول المشروطة الخاصة مركبة هنا المحور الدلالي مركبة من المشروطة العامة المشروطة العامة آآ يعني ثبوت المحمول للموضوع اه ظرورة بنحو الديمومة نعم الموافقة في الكيف والمطلقة العامة المطلقة العامة يعني الدخول الفعلي فقط المخالفة يعني الخروج الفعلي من دار الوجود فنقيضها المفهوم المردد بقينا ناقضي جزئية. اعني الممكنة العامة الوصفية هي انها تضرب الضرورة نعم التي هي نقيض المشروعة العامة والدائمة التي تضرب عدم الديمومة اذا دخول ضروري لا دائمي كيف تظربه? تظرب الظرورة بالامكان وتظرب اللا دائمي بالدوام. نعم. ولهذا يقول اه اعني الممكنة العامة الوصفية المخالفة هادي نضرب بها الضرورة التي هي النقيض المشروطة العامة والدائمة الموافقة التي هي نقيض المطلقة العامة فناقض قولنا دقق في المثال كل جيم بالظرورة ما دام جيم لا دائما اذا ثبوت جيم لمصاديق آآ ثبوت باع لمصاديق جيم دخول فعلي يعني دخلوا دار الوجود يعني الأفراد تلبست بالعنوان المحمول الذي هو باء دار الوجود وبالظرورة هنا نسأل ديمومة او مقطعية لا مقطعية كل جيم بالظرورة بالظرورة ما دام جيم لا دائما يعني كل مصداق تعنون بجيم يتعنون بباء يعني يدخل دار الوجود بالظرورة يعني لا ينفك المحمول عن الموضوع. لكن لا ليست دائما في الموضوع في مقطع خاص اذا تجاوزنا النهاية تجاوزنا الحد هناك المحمول لا يصير ضروريا لا يصير فريق ولا ضروري. ولا يصير مقطعيا قد يدوم نعم كل جيم باب بالضرورة ما دام لا دائما. اذا النقيظ نضرب الظرورة ونظرب اللادائيمية نضرب الظرورة الإمكان العام ونضرب اللدائم اللادائية بالدائمية. نعم. اما بعض الجيم ليس باء بالإمكان حين هو جيم لان الشرط الوصي يجب ان يكون. اذا ظربنا الظرورة بماذا? بالامكان  ضرورة بالامكان انهم عندهم رفع الضرورة بالامكان بالإمكان العام او بعض جيم باء دائما نعم ادخلي لماذا بعض؟ لان البعض في مقابل الكل في مربع التناقض النقيض دائما كل في مقابل بعض وبعض في مقابل الكل يعني يحرزها مربع ارسطو الضرورة ما هو ناقضها الإمكان لا دائمية ما هو ناقدها? الدائمية نعم فنقيض قولنا كل جيم باب الضرورة ما دام جيم لا دائما غادي بينتها بالتحليل اما بعض جيم ليس بالابداع بالامكان حين واجب ضربنا الضرورة بالامكان</w:t>
      </w:r>
    </w:p>
    <w:p>
      <w:r>
        <w:t>او بعض بعض الجيم بدأ ايمان نعم كان ذلك على سبيل منع الخلو دون منع الجمع. يعني يمكن ان ننقض بالاثنين نعم لما عرفت ان عدم المجموع قد يكون بعدم احد اجزائه وقد يكون بعدم المجموع وبعدم المجموع يثبت الجمع. الجمع بين النقيضين  الناقيض الأول والناقض الثاني بمعنى يمكن ان ننقذ بالناقض الأول ويمكن ان ننقذ بالنقيض الثني يمكن ان ننقذ بالنقيض معين. هذا هو اه معناك حديثه وبعدم المجموع يثبت الجمع. الجمع بين الناقدين يعني يمكن ان ننقذ بالاثنين نعم يقول ما قائد القضايا الشرطية? الشرطية المتصلة او الشرطية المنفصلة. قال واما في الشرطيات فيعتبر بعد الاختلاف كيما كيفا وكما يعني الكلية والايجاب والسلب الاولى تكون كلية ثانية تكون بعضية. يعني النقيض يكون اه جزئيا لو لم تكن موجبة السارية تكون سالبة. الاولى تكون جزئية سالبة فلا تكون كل يوم وجبة. وهكذا ان تكون السالبة في اللجومية سالبة اللزوم لزوم يعني الضرورة اما اهلية ومع الولية واما تظايف وفي الاتفاقية سالبة الاتفاق. لماذا? للقاعدة رفع ناقض الشيء رفعه ناقض اللزوم رفع اللزوم نقيض الاتفاق رفع الاتفاق وفي العنادية هادي في الإتصالية. وفي العنادية يعني اه الشيء اما الف واما باء وفي العنادية الحقيقية السالبة. الحقيقة يعني الطرفان واما الف وباء لا يجتمعان ولا يرتفعان السالبة يعني تسلب النسبة التي يصدق معها امكان الجمع والخلو هذا هو الحقيقية حقيقية يعني تجتمع فيها مانعة الجمعة الخروج بمعنى لا يجتمعان والعيار مرتفعة بالامكان العام على سبيل منع الخلود دون الجامع بالامكان العام يعني الاتفاق اقول له السنة الماضية اتفاقا اتفاقا يعني مصادفة التقيت مع صديق عزيز لم ارى عشرين سنة بين الحرمين بين الحرمين يعني بين مقام الامام الحسين عليه السلام وبين مقام ابن فضل العباس اللي ما يعرف المقهى عشرين سنة اتفاقا التقيت به بين الحرمين اتفاقية ما معنى اتفاقية? يعني الاسباب التي دفعت بالصديقة الأول الى تواجد في بين الحرمين والأسباب التي دفعت صديق الثاني الى التواجد بين الحرمين كل في دائرته كل في دائرته. هذه الاسباب الاولى توصله الى ما بين الحرمين بالقصر واليقين والأسباب الثانية توصل الصديق الى ما بين الحرمين بالقصر واليقين. لكن هذا الاجتماع بين الاثنين هذا اتفاقي الاجتماع اما الحضور الفردي هذا قضاء للعلية مع هو يحكي لصديقه بعد الرجوع من الزيارة من الزيارة زيارة الامام حسين عليه السلام في الاربعين تحدث مع اه صديقي يقول يعني انا عشرين سنة ما شفته السنة القادمة عندي نية الزيارة. يحتمل ان اراه مرة ثانية يحتمل يحتمل او لا يحتمل هادي اتفاقية نعم غيوبك يمكن بالامكان العام يعني ليس بموس ولهذا يقول بالامكان العام على سبيل منع الخلو دون الجمع. يعني ما معناه? يمكن ان تلتقي به ويمكن ان لا تلتقي به نعم وثمانعة الجمع ومانعة الخلو البسطتين غير المركبتين اعني الشاملتين للحقيقة امكانها العام فقط نعم بالامكان العام على سبيل منع الخلو دون الجمع نعم هنا يقول بالامكان العام فقط من الامكان العام يصدق على مانعة الجمع وعلى مانعة الخلو تقول يجتمعان معا. نعم ليس بالمستحيل يرتفعان معا ليس بمستحيل وفي المركبتين اعني اللتين لا يشمل لا يشملها لا يشملانها اما ذلك الإمكان واما منع الاخر على سبيل منع الخلود دون الجمع معني عندنا ناقضان يمكن ان آآ هذا ننقذ بالاولى وننقذ بالثانية اقول لما فرغ من الكلام في نقائض الحمليات شرع في بيان ان قائد الشرطيات واعلم انه يشترط فيها الاختلاف كيفا هذا ظروري لأن النقيض هو رفع النسبة نعم اذا كانت النسبة ايجابية النقيض يكون سالما اذا كانت النسبة سالما قد يكون موجبا. هذه من البديهيات والا لم يحصل التناقض بيان لهذا الامر وكمم اذا كانت الكلية الثانية تكون جزئيا. لجواز صدق الجزئيتين وكذب الكليتين نعم جميل جدا لجواز صدق الجزئية كي اه الانسان الذي ليس بحسود قلبه طاهر تقول انت عالم ما شاء الله عالم مجتهد ما شاء الله فلان مجتهد يفرح لماذا? لانه هذا الاجتهاد يجزئه يمكن الاجتماع انا مجتهد وهو مجتهد باراكا نور على نور هذا الحسود  هو مجتهد والثاني مجتهد ما يتحمله ما يتحملها لاحظت كيف اذا ايه الجزئيتان يصدقان الكليتين بينهما تنافر كالحسود مع طرف مقابل لا يقبله وهذان الشرطان لابد منهما في جميع القضايا المحصورة من الشرطيات وغيرها. اذا عرفت هذا فنقول يشترط في كل واحد من المتصلات اذا كان الف كنبة والمنفصلات الف اما با واما جيم باصنافها الثلاثة يعني مانعة حقيقية ومانعة الجن ومانعة الخلو شرط زائد على ما قدمناه ما هو الشرط اما المتصلة اللزومية فيشترط في نقيضها ان تكون المتصلة سليمة نعم تكون سالبة اللزوم ورفع للزوم لان اللزوم يعني حيتمية العلاقة بين المقدم والتالي انقظ تظرب هذي الحجمية رفع اللزوم واضحة جدا هذه لا لازمة السلب لا لا لازمة السلب التركيز ليس على السلب تركيز على اللزوم رفع اللزوم رفع اللزوم فان بينهما فرقا كثيرا لا لازمة السلب نعم يعني النقيض لا يقول السلب ضروري. يقول اللزوم غير ضروري فانه يجوز اجتماع الموجبة اللزومية مع لازمة السلب على الكذب. نعم هذه اه موجهات انتهت ندخل في بحث جاد لا مازال انا فكرت انتهت ندخل في كلام في العكس المنطقة الارستي لم يركز كثير على دراسة الشرطيات في القياس الاستثنائي القياس الاستثنائي ما في دائرة المتصلة او المشروطة ولم يركز على الجمل ركز على القظايا فقط يعني القضايا من من نوع الف باء يعني كل الف باء بعضه الف باء ما اركز على الجمل المنطق الحديس لا. المنطق الحديسة تخلى عنا القضايا الحملية راحلة القضايا الحوارية في القضايا الحوارية انت تتحدث بجوان متعددة وهذه من تفطن اليها المذهب الرواقي يعني المدرسة بوقية بمنطق رواقي احيي في القرن العشرين وتأسس هذا المنطق الجديد المنطق السوراني من الصورة فورنا منطقة اه كثير من هذه التعقيدات اللي هي اه سببها اللغة اللغات تعجز كثيرا في ايصال المعاني الواقعية  فنزعوا اللغة من المنطق. عملها رموز الآن هذه الأمثلة كلها اذا بينتها انا بالفورماليز بالصورنة المنطق الحديث تتضح لك بطريقة خارقة ويتضح لك الخطأ العيوب التي فيها وهي مملوءة بالعيوب والتسامح نعم اذا الان عندنا اللزوم اما في الاتصال واما في الانفصال النقيض ما هو النقيض هو رفع اللزوم لا تركز على السالبة رفع اللزوم نعم ورفع اللزوم سلب اللزوم نعم ليس لزوم السلب لزوم السلب يعني الإنفكاك الانفكاك قد يكون هذا الانفكاك بالظرورة وقد يكون بالامكان اذا سلب اللزوم السلب غير سلب اللزوم سلب اللزوم يعني ما في ضرورة بين المقدم والتالي مطلقا مطلقا اما لزوم السلك يعني الانفكاك الانفكاك له دائرة قد يكون للانفكاك الضروري وقد يكون انفكاك الامكان ما في مانع ما في مانع اذا المقصود في النقيض رفع اللزوم</w:t>
      </w:r>
    </w:p>
    <w:p>
      <w:r>
        <w:t>لا لزوم السلب رفع اللزوم يعني تلك العلاقة بين المقدم والتالي مرفوعة مطلقا مرفوعة مطلقا هذا هو النقيض. ولهذا يقول اذا عرفت هذا فنقول يشترط في كل واحد من المتصلات من هذا النوع كل الف باء يعني كل اه اه كلما كان الف باء او اذا الف باء هذا الاختصار الان في الرمز الف اه سهم سهلة جدا اذا الف باء هادي هي المتصلة المنفصلة رمز اخر رائع جدا نحن نقول الف اما باء واما  باصنافها الثلاثة نعم انا شرحتها مم حقيقية ومناعة الجمع ومناعة الخلو اه هذا غير صحيح اه بيضار هو المصيب نتحدث عن المتصلات والمنفصلات ما عندها علاقة بمانعة الخلو مانعة الجمع وكذا. مانعة الخلو مانعة الجمع والحقيقية في المتصلة فقط هنا الاتصال موجود اذا باصنافها الثلاثة ما هي? هي اللجومية والاتفاقية والعنادية قال له سمي يعني الربط الضروري بين المقدم والتالي والاتفاقية رابطة اتفاق تصادفي والعنادي يعني عدم الاجتماع بين اطراف المهم فاصلة تقول العدد اما زوج واما فرض. ما في شق ثالث عناد اذا كان العدد مستقر في الفرضية يدفع الزوجية هذا هو العناد اذا كان مستقرا في الزوجية يدفع الفرضية وهذا هو العناد اذا باصنافها الثلاثة اشرحها هكذا. انا اشتبهت اللزومية يعني فيه ربط تكويني بين المقدم والتالي واتفاقية ما فيها ربط تكويني بين المقدم والتالي وفي عناد بين اطراف الشرطية المنفصلة اما المتصلة اللزومية من باب اذا كان الف كندا فيشترط في ناقضها ان يكون ان تكون المتصلة سالبة سلب اللزوم سلب اللزوم ليس لزوم السلب سالبة اللزوم. يعني تضرب هذا الربط التكويني اذا رابطت هذا الربط التكويني يعني اما تكون ممكنة واما تكون اتفاق قيم نعم ولهذا يقول لا لازمة السلب نعم ليس لزوم السلب لا لا لا قضية ليست في السرب قضية في الربط التكويني وعدم الربط التكويني فان بينهما فرءا كثيرا لزوم السلب يعني لزوم الانفكاك. قد يكون هذا الانفكاك ضروريا يعني لا يجتمعان ابدا موضوع المحمول قد يكون بالامكان. نعم فرق كثير فانه يجوز يبين هذا الفرق فانه يجوز اجتماع الموجبة اللزومية مع لازمة السلب على الكذب. نعم انه يجوز اجتماع الموجب اللزومية موجب اللزومية ما معناه? يعني المحمول ثابت الموضوع تكوينيا يعني لا ينفك عنه. المحمول لا ينفك عن وبالايجاب تجتمع مع ذا? مع لازمة السلب على الكذب لازمة السلب ما معناه على يعني قد تكون هي تكوينية الضرورية علاقة تكوينية وتجتمع معه لازمة السلب على الكذب يعني القضية التي يسرد عنها الربط لا سلب الربط وتكون قضية كاذبة نعم يمكن هذا يمكن الى كاذبة يعني زيف نعم ما معنى الزيف? يعني لا تكن. اذا من يستقر في دار الواقع? هذه الرابطة الرابطة التكوينية الرابطة التكوينية. نعم اذا اردت ان تمثل بمثال تطبيقي تقول واجب الوجود سميه سين في التعبير القضائي وجود بالظرورة او هنا هنا حملية ما تصدق على ما تصدق على الله تعالى. خلينا نطبقها بمثال لا بأس اذا كان سين واجب الوجود كانا اه حيا. يعني يتصف بالحياة هنا مثال فقط هنا ربط تكويني بين الحياة وبين واجب الوجود. موجب ام لا? موجبة نعم اذا كان سين معلول لالف كانت الف علة لي اه متقدمة كانت الف متقدمة على المعلول. سين علي قطع والظروري تخيل انت النار عللي احتراق الخشب من المتقدم في العقل فراق الخشب ام وجود الناطق والوجود النار نعم تقول اذا كان سين وجود النار في الخشب فهو متقدم على احتراق الخشب تقدم رطب نوعا ليس التقدم الزمني ما عندنا تقدم زمني تقدم رتبي هذا لزوم تكويني يعني لا تجد الاحتراق ينفك عنها وجود النار في الخشب نعم هذي تنسجم مع الكذبة كلمة ما هي؟ تقول اه تقول اذا كان السين اه اذا كان سين اه نارا متواجدة في الخشب لا يكون الاحتراق هادي كذبة ينسجما الكاذبة يعني ليست في دار الوجود. اذا من يتعين في دار الوجود يتعين وجود النار في الخشب المحرقة لأن الثانية كاذبة هذا هو اجتماع اه اه اللزومية الموجبة مع لازمة السلب على كليب جيد. واما المتصلة الاتفاقية متصلة باتفاقية ما معناه? يعني المقدم مع التالي بالتلفظ يعني في محور آآ بتوقف الى انه ليس توقفا تكوينيا مجرد اتفاق فقط يأتي ان شاء الله بيانه بالتفصيل.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