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واما المتصلة الاتفاقية متصلة اذا الف باء نعم من جماليات المنطق الحديس المنطق السوري الحديس الذي تأسس في بداية القرن العشرين كانت له خلفيات قبل القرن العشرين الا انه تعين في القرن العشرين كل هذه المشكلات اللغوية حذفت بعد مع تفهم المسألة بسهولة تامة وبدقة كذلك فائقة الاتفاقية ما معناها? الاتفاقية هو تواجد امرين كل في دائرتي موجباته واسبابه فقط هذا التواجد ليس خاضعا لاسباب مسببات الف له موجباته في حضوره في هذا المناخ وباله موجباته الا ان الاجتماع لا ليس اه خاضعا للعلية والمعنوية نعم هكذا جاء هادي هي الاتفاقية واما المتصلة الاتفاقية. قال اذا قلت اذا كان الف كان باء متصلة فيشترط فيها في هذه المتصلة الاتفاقية سلب الاتفاق حسب القانون ناقض الشيء رفعه عندك اتفاق ارفع الاتفاق بمعنى ان الظاهر او الشي مخطط له تكوينيا نعم يعني في ضرورة هناك لا اتفاق السلب لا ما عندها علاقة بالسلب. عندها علاقة بالنسبة رفع الاتفاق ما عندها علاقة بالسلب والايجاب والا يعني اذا بنينا على اه اتفاق السلب لكانت القظيتان موجبتين نعم وفي التناقض عندنا الايجاب يرفع السلب والسلب يرفع يرفعه الايجاب بشروط التناقض خلاف الكيف واحدة موجبة الثانية سالبة وقد شرطنا واوحى لي وقد شرطنا في التناقض الاختلاف كيفا يجب ان تكون الاولى موجبة والثانية سالبة. يعني آآ احدهما يرفع الثاني فنقيض قولنا كلما كان اتصال اتصالية يعني شي مقدم وفيه تالي كلما كان باس جدا لزوميا او اتفاقيا يعني اما اننا في دائرتي العلية والمعلولية اولى قد لا يكون قد بعضي في مقابل كل ما كان كلما كان تشمل جميع الأحوال قد لا يكون بعض الاحوال لأن الشرطية ما عندنا لا الصدق المصداقي ما عندنا سريان الصدقي لا هذا معنى ذلك في الحملية قد لا يكون قد لا يكون قد بعض الاحوال لا سلبة قد لا يكون اذا كان الفا فجدا هذا هو النقيض ورفع سين رفع الشيء وليس هو هذا اتفاق السلب قد يكون اذا كان الف باء لم يكن جمدا خطأ على ان يكون السلب لازما او موافقا لا ما عندها علاقة بالسلب عندها علاقة برفع النسبة نعم اذا الاتفاقية بيناها ناقضها وما هو رفع الاتفاق. ما معنى رفع الاتفاق يعني في نظام سببي ومسببي هو الذي ادى الى الاجتماع نعم واما المنفصلة الحقيقية الشرطية المنفصلة كما في قولنا العدد اما زوج واما فرض لا يجتمعان ولا يرتفعان فان مفهومها هذا المحور الدلالي او المحور المعرفي عبر كما يحلو لك اذا اخرجت التعريف من وحاصل في فقط في الإستدلال تعريف تضحي في محور الدلالي. اذا خليت التعريف تقول محور معرفي فان مفهومها يعرف المنفصلة الحقيقية مركبة من امرين احدهما منع الجمع بين الجزئين والثاني منع الخلو عنهما. يعني لا يجتمعان ولا ير دافعا فالعدد اما زوج وفرد ما عنده شق ثالث ينوجد في العدد فاذا قلنا اما ان يكون الف باء او جيم دال شق ثالث ما فيه على معنى انه يمنع الجمع بينهما او يمنع الجمع بينهما ويمتنع الخلو عنهما نعم اما ان يكون يعني هذا الشيء الفاعل يكون شيء يدور بها مضار الف باء او مضار جيم دال لا يجتمعان ويمتثعن حقيقيا اذا قلنا اما ان يكون الف باء او جيم دال فناقظه ليس  يعني في جميع الأحوال هكذا في في الأولى تجد انت حالة من الحالات ليس كذا هذا هو النقيض ليس اما ان يكون الف باء او جيم دال نعم هذا هو الرفع ناقض الشرف عندك هناك جميع الاحوال هنا لا بعض الاحوال لا ليس هكذا تنقص ويترتب عليه قهرا ويعني ويلزمه امكان الجمع بينهما او ان كان الخلو عنهما او امكانهما معا اذا اذا كانت القضية الحقيقية تمنع الجمع وتمنع الخلو وهذه حقيقتها هذه هي هويتها تنقضها ما معنى بتنقضها? يعني تبين انه يمكن للجمع وهذه يمني الخلو او تبين يمكن ارتفاع كلاهما اذ بخر وهذه هي مناعة الجمع صحيح ويلزمه امكان الجمع بينهما او امكان الخلوع عنهما او كانوا هما معا. نعم  فهذه السالبة يصدق معها لقولنا ليس اما ان يكون الف او جيم يصدق معها امكان الجمع او امكان الخلوء. اذا آآ يجب تنقذ بالارتفاع او بالاجتماع. اذا كنت في قضية حقيقية تنقضها بماذا? اما بامكان الجمع او بامكان الخلق على سبيل منع الخلو عنهما. انظر كم معقدة العبارات على سبيل منع الخلو عنهما آآ الكلمات هذه الخلو لها معنى غير ما مر علينا يعني تقول هكذا فهذه السالبة يصدق معها ان كان الجمع وان كان الخلو على سبيل منع الخلوع عنهما. هنا ذكر مرتين الخلو كل بمعنيين. ما معنى على سبيل منع الخلو عنهما لا الجمع يمكن ان تنقظ او بمليعة الخلو يعني كلاهما يصلح للنقض انت عندك قضية حقيقية شيء واما الف او باء لا يجتمعان ولا يرتفعان اذا انت بينت انهما يرتفعان يعني مناعة الجمع فاخرس الحقيقية انتفت او اذا بينت انهم يمكن ان يجتمعان الحقيقية انتفت وهذه من حيث الخروج كلاهما يسرح هذا هو على سبيل منع الخلو عنهما اكتب كلاهما يصلح لنقض الحقيقية نعم الشرطية المنفصلة الحقيقية نعم على سبيل منع الخلو لا الجمع. نعم اللي هي الجمع يعني مم تقول هكذا تنقض بواحدة لا فقط بواحدة اما او بمانعة الخلق لا لا لا الى هنا يصلح للنقص. نعم وقد تقدم مثله في نقائض الحملات المركبة نعم واما مانعة الجمع مانعة الجمع قضية شرطية عنادية فيه شق ثالث يمكن ان يرتفع فيه الشيء تقول الشيء واما الف وباء لا فيه جيم يتواجد فيه يرتفع الف وباء هذه هي منيعة الجمع نعم ويكون واحد فقط اذا كان يكون واحد اما الف او باء كلاهما لا شيء اما الف وباء اذا كان الف لا يكون باء اذا كان باء لا يكون الف جيد في شق ثالث جيب نعم فيه شق مانعة الجن معنى ما معناه? يعني الوجود يتسع لجهة واحدة لشق واحد الف لا اثنين ويمكن الارتفاع الشي يتواجد في جيم لا في الف ولا في باء. هذي هي مناعة الجمع نعم واما مانعة الجمع فاذا اخذت بالمعنى العام البسيط الشامل للمعنى الخاص منها والحقيقية نعم  اعني التي حوكم فيها بامتناع اجتماع جزئي على الصدق من غير التعرض لشيء اخر يعني ساكتة على الارتفاع فان نقفها هو سلب ذلك الاعتناع. نعم</w:t>
      </w:r>
    </w:p>
    <w:p>
      <w:r>
        <w:t>منعت الجمعة ذي تقول الشيء اما الف وباء نسأل يمكن ان تتلبس بالف نعم. يمكن للشيء ان يكون الف حين ها لا يكون باء ومين ممكن ان يكون باء حينها لا يكون الف هنا السكوت على السكوت عن الإرتفاع عليا منعت الجمع نعم النقيض ما هو اه فان نقيضها هو سلب ذلك الامتناع. تقول اه امتناع الجمع الارتفاع نتا ساكت عليه اظرب ذلك امتناع الجمع يصير يمكن للجماعة يمكن الجمع اعني ان كانوا اجتماعي جزئي على الصدق نعم فهنا تتماهى في ماذا? في مانعة الخلو نعم اذن النقيض مانعة الجمع بالمعنى العام الساكتة على الارتفاع هي مانعة الخروج واما المانعة الخلوق مانعة الخلق ما هي شيء واما الف وباء بالظرورة يتلبس باحدهما اما الف وباء تقول يتلبس بنا الاثنين نعم يمكن. يمكن ان يتلبس بالاثنين تمنع الخلو اما الجمع يبكي اذا اخذت بالمعنى العام الشامل لها بالمعنى الخاص وللحقيقية اعني التي حوكم فيها بامتناع اجتماع جزئيها عن الكذب نعم يعني استحالة في الإرتفاع فان نقيضها وسالب ذلك الامتناع. نعم مانعة الخلو نقول الشيء اما الف وباء شيء يجب ان يتلبس باحدهما. اما الف وباء يتلبس بالاثنين ذيوبك يستحيل الإرتفاع يستحيل الإرتفاع اذن النقيض بين الإرتفاع وانتهى الأمر ناقض الشيء رفعوه يستحيل الارتفاع انا ابين لك ان شيء يخلو من الطرفين مطلقا خلاص تم النقيض صحيح نعم فان نقيضها وسلب ذلك الامتناع ويلزمه ان كان اجتماع جزئي على الكذب. فتقع في ماذا تقع في مانعة الجام واما مانعة الجمع المركبة اعني التي حوكم فيها بامتناع اجتماع جزئيها على الصدق وجواز اجتماعهما على الكذب يعني يمكن ان يرتفعان فان مفهومها انظر المفهوم المحور الدلالي او المعرفي في الحقيقة مركب من هذين الحكمين فنقيضها وسلب ذلك المركب وهو يكون بكذب احد الجزئين. نعم. لان مانعة الجمع ما معناه? مانعة الجمع يعني تتلبس باحدهما الثمينا اذا تلبست بالف لا تتلبس بباء يتلبس ببا لا تتلبس بألف الشيء واما الف وباء نعم الارتفاع لا يمكن ان تخلو من الف وباء الى جيم نعم بهذا يقول وهو يكون بكذب كذب احد الجزئين  شيء يتسع اما لألف او باء الاثنين لا منعت الجمع ان تبين انه تجتمع انه تجتمع مع بعض هذا هو مستحيل ان تتلبس بالطرفين اذا تلبست بالف لا تتلبس بالف انت قلت تتلبس بالف هذا هو النقي فنقيضها هو ما يتردد بين امكان اجتماع جزئيها على الصدق نعم يعني تتلبس الف لا تلبس به لأنها تلبست تتلبس به نعم بات تتلبس به لانها تلبست بألف تتلبس به هذا هو هذا هو التردد فناقضها هو ما يتردد بين امكان اجتماع جزئيها على الصدق وامتناع اجتماعهم على الكذب. نعم بمانعة اه مانعة الجمع استحالة الارتفاع. ثم بين انه اه منعت الجمع يمكن ان يرتفع ولا يستحيل ان نافعة وامتناع اجتماعهما على الكذب يعني شيء يخلو من الف وباء قل لا يستحيل ان يخلو بين احدهما نعم على سبيل منع الخلود هنا الجامع نعم. منع الخلود يعني يمكن ان تتلبس بالف وباء ومنعت الجمع لا يمكن ان تتلبس بالاثنين هنا نبين انها تتلبس بالاثنين مانعة الجمع يمكن ان يرتفع قل لا يمكن ان يرتفع. هذا هو النقيض واما مانعة الخلول المركبة مانعة الخلول المركبة اعني التي حوكم فيها بامتناع اجتماع جزئيها على الكذب وان كان صدقهما هذه هي مانعة الخلق منيعة الخلو لا يخلو الشيء لا يخلو آآ الطرفان من التلبس يعني اما ان يتلبس بالف او يتلبس بباء. الارتفاع مستحيل يمكن ان يتلبس بالامرين? نعم اذا انت كيف تنقضها نعم فانها مركبة اذا اظن فنقيضها سلب ذلك المجموع قل لا يجتمعان لا يجتمعان لان من يأتي الخلو تجيز الاجتماع وتمنع الإرتفاع تقول ويجوز الإرتفاع نعم الصادق لكل واحد من سلب احد الجزئين وسلب المجموع. فناقضها المفهوم المتردد بين ان كان اجتماع جزئيها على الكذب يعني انت تثبت الارتفاع وامتناع صدقهما على سبيل منع الخلو وتقول لا يمكن ان اه يتلبس الشبه بالامرين يتلبس واحد فقط وهذه هي مناعة الجن دون الجيم فقد مضى مثل ذلك على غير مرة اذا انت الان في الشرطية المنفصلة الحقيقية الشيء واما الف وباء ما معناه لا يجتمعان ولا ارتفاعا اركز على اذا قلت لا يجتمعان ركز على الاجتماع تنتفي الحقيقة ركز على الارتفاع تنتفي الحقل كنت في منعة الجمع. ما معنى مانعة الجمع؟ يعني لا يجتمعان شيء اما الف فقط واما با فقط الاثنان لا ويمكن ان يخلو منهما. انت ماذا تثبت؟ تبت الاجتماع وتبت انه لا يمكن الخلو من احدهما. هذا هو. اذا جيت الى مانعة الخلق مانعة الخلو يجتمعان ولا يمكن ان انت تثبت انه لا يمكن ان يجتمع ويرتفع حتى تتلاعب بهذه اه الحالات الثلاثة منعت الحقيقية منعت الجمع عند القلوب. واضحة جدا. وفي حياتنا الاجتماعية فيها تطبيقات كثيرة جدا نعم انا اتصور ان هذه اول ما كنت في الجامعة ادرس الفيزياء  اه هذه كل هذه الاجهزة الالكترونية والجوال كل هذيا مأخوذة من من الرمل الرمل الرمل يشبه الزجاج فاشتغلوا عليه الفيزيائيون وآآ آآ اكتشفوا هذه اجهزة فحدثت ثورة تكنولوجيا عجيبة وصلنا الى الانترنت هذه القضايا الثلاثة منعت مانعات الحقيقية ومانعة الخلد ومانعة الجمع هناك شاخصة تراها لماذا? لان التيار الكهربائي كيف ينقسم من راه ينقسم فقط في هذا الاتجاه اذا انقسم الى هذا الاتجاه لا ينقسم الى هذا الاتجاه هنا من يعطي الجمع نعم فيه شق ثالث الكهرباء تروح وتترك الشقي. نعم. هذه مانعة الجمعة. مانعة الخلو تنقسم الى اثنين يجب ان تنقسم في اتجاه. تنقسم الى سنين ممكن لا تنقسم مطلقا تروح الى اتجاه ثالث لا الحقيقية لا الحقيقية اذا راحت الى هذا الاتجاه لا تروح الى هذا الاتجاه. اذا راحت الى هذا الاتجاه لا تروح الى هذا الاتجاه ويمكن ان لا تخلو من الاتجاهين لا لماذا تسأل لماذا? لان الله تعالى صنع هذا العقل البشري يفهم بمعايير سرمدية وفق ما هو في الواقع الخارجي اذا هذه القضايا التي اه اكتشفها ما معنى اكتشف? يعني الظياء موجود. بالفكر والتأمل وصل الى هذا الضياء ثم قرنه في هذه القوانين اللغة لأنه ضعيف الآن الرموز صارت اقوى تعكس في الواقع الخارجي تعكس الواقع الخارجي الواقع الخارجي هكذا نعم اذا انت عثرت على العدد هنا العدد الظياء ما هو من يعتل من يعدل وقضية حقيقية يعني اذا تحرك العدد في اتجاه الزوجية لا يتحرك في اتجاهه اه العدد عناد تام. اذا تحرك نحو الفردية العدد تحرك في الزوجية في مقابل فردية اذا تحرك في مقابل فردية مستحيل ان يتحرك نحو الزوجية وما في شق ثالث حقيقية هذه هي قيل نعم واحد تسد لو الطريق تعملو هاد الطريق وهادا الطريق</w:t>
      </w:r>
    </w:p>
    <w:p>
      <w:r>
        <w:t>قولوا تحرك تحرك فوجد هذا الطريق مسدودا ب اجهزة لا يمكن خرق هذه الاجهزة هنا امام القضية الحقيقية اما هذا واما هذا هذا مستحيل فهذا لي تعين فيه طريق ثالث لا هنا قضية حقيقية قضية حقيقية انت تريد ان تصل الى هدف عندك هذا الطريق وهذا الطريق نعم. تستخدم هذا الطريق اه يوصلك الى الغاية. هذا الطريق يوصلك الى الغاية هذا ماني عقل الخلو نعم مرت عندك هذا الطريق مسدود مستحيل خرقه وهذا مفتوح تروح من هذا تصل الى هدفك. ما تروح من هذا تختار طريق ثالث تصل الى هدفك لمن يحتاج قضية هذه القضايا هندست في في العناية الالهية وفقا للواقع الخارجي وفقا للوجود حتى نكشف الوجود كما هو نعم لماذا الانسان لا يتطور لأن لو يفكر الغرب الغرب الامريكي والاوروبي لماذا تطور يعامل اقتصادي ساعد على التطور. لأن البحوث العلمية تحتاج الى الى مال الى مال تخيل انت الآن عبقري في الحوزة في علم الأصول الغرب ماذا يفعل معه يوفر لك كل اسباب المعيشة وحتى الاكل وهذه الامور موفر فهو فقط يجلس في المكتبة ويفكر يبدع يبدع اما اذا كان مسكين عندو مشاكل اولادو ومشاكل الدار ومشاكل ومشاكل النقل وو ومشاكل الاقامة وو الذهن مشتت مشتت طاقته مشتتة. يبتكر لا يبتكر. الغرب لما استعمر البلدان الغنية البلدان الغنية مثلا فرنسا استعمرو في الجزائر دولة غنية جدا هذه برج ايفل برج ايفل في باريس  حديدها من الحجار من آآ من آآ معدن هناك حديدي عندنا اه هناك الحديد الجودة الرائعة. فرنسا اخذته من الجزائر وبنت هذه ان هذا البرج خيرات عجيبة في الجزائر. هذه واحدة في المالي في السينغال في الكونجو الزائر القديمة. بوركينا فاسو كثير من الدول في غنية جدا من حيث الثروات فكدسوا ميزانية ظخمة بريطانيا كذلك واستراليا وكندا وبلدان افريقية. كد صفوة ما يتصورها عقلك ولما استعمروا امريكا اللاتينية كذلك البرتغال واسبانيا جاؤوا جاؤوا بالذهب ما يتصوره عقلك بواخر مملوءة بالذهب جاءت الى اوروبا فتكدست الثورة الثروة تتقوت هذه البلدان اقتصاديا فانفقت على الاسلحة انفقت على العلم انفقت على كثير من المؤسسات حتما تتقدم ليس التقدم فقط للذكاء لا لا ابدا يكذبون عليهم. يكذبون علينا. نحن الجنس المتفوق لا لا ابدا لا ابدا لا ابدا ما عندها المسألة بالعرقية عقول كبيرة من افريقيا من العرب من غير العرب في امريكا وصلوا الى درجة كبيرة جدا من التفوق العلمي. علماء كبار اذن المسألة ليست عرقية المسألة لها ظروف اقتصادية وظروف سياسية تخيل انت تعيش اه اكثر من قرن تحت الاستعمار فتفكر فقط في معيشتك حتى تبقى لا تموت واذا فكرت في العمل السياسي يستغرق وقت حتى تستقل بلادك نعم انتهى بحثنا في الموجهات ندخل في الكلام في ليس في المواجهات في التناقض وندخل في العكس ياتي ان شاء الله.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