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قال الكلام في العكس. عكس المستوي وعكس النقيض عكس القضية قضية اقيم فيها كل من جزئي الاولى التي هي الاصل مقام الاخر او مقابل كل منهما بالسلب والايجاب مقام اخر بشرط بقاء الكيفية بشرط بقاء الكيفية والصدق وان كان فرضا بحالهما هذا اللي متنه مع لغته البربرية يشير الى عكس المستوي وعكس النقيب. نعم قضية اصل تستخرج منها العكس اذا صدق الاصل صدق العكس. انتهى الامر نعم ليس من القياس الحملي يحتاج الى مقدمة صورة كبرى لا مقدمة تسمى الاصل نصل الى العكس القوة الاصل السابق فري صادق مرة تكون بهذا الشكل الف باء صادقة ماذا افعل نقول باجب نغير المرتبة التواجدية الف باء الف موضوع باء محمود بالعكس المستوى ماذا نفعل? نأتي بباب نضعه في مكان المحمول. باء الف. الف في مكان ما كان الموضوع اذا صدق الاصل صدقة العكس نعم الملاك ما هو مبدأ التناقض اذا لم يصدق العكس نقع في التناقض اذا من هنا تكتشف ان مبدأ التناقض ليس قضية كما يعتقد الجمهور وانما هي معيار قبلي فوق القظايا. يراقب القظايا ضياء يضيء يقول هنا مسموح هنا ممنوع نعم عكس القضية قضية. اذا عندنا قضيتان عكس قضية ومن اين جاء وهو الاصل قضية اقيم فيها في هذه القضية التي هي العكس كل من جزئي الاولى التي هي الاصل التي هي الاصنع مقام الاخر. يعني الف باء تصير ماذا بالعكس في العكس باء الف او مقابل كل منهما بالسلب والايجاب مقام اخر. هذا اه عكس النقيض الموافق الف باء جيد اسلب الموضوع المحمول تقول لا الف لا باء ثم اعكسها لا باء لا الف فتصير الف باء لا بلى الف نعم لماذا اذا صدق الاصل يصدق العكس لما بتتناقض نعم اقول العكس يطلق ويفهم منه العكس المستوي وقد يفهم منه عكس النقيض ايضا اذا كم عكس عندنا عكس المستوي وعكس النقيض الأول ما هو يروح الى المحور الدلالي. عبارة عن تبديل كل واحد من طرفه القضية طرف القضية ما هو? الموضوع المحمول بالاخرى يعني الموضوع يصير محمولا والمحمول يصير موظوعا عبارة عن تبديل كل واحد من طرفي القضية بالاخر مع الموافقة في الكيف والصدق الكيف اذا كانت موجبة تحكم موجبة الاصل موجب العكس موجب الاصل الصادق العكس صادق مثلا اذا قلنا كل جيم باء يعني كل مصداق تعنون بعنوان جيم يتعنون بعنوان باء فعكسهما هو بعض باجم يعني هذه الكلية تروح بعد يعني عندنا دائرة من المصاديق وليس كل المصاديق اذا تعنونت بما تتعنون بجي فالجيم في الاصل موظوع وفي العكس محمول نعم والباء في الاصل محمول وفي العكس موظوع فقولنا بعض باجيم قضية اقيم فيها كل من جزئي الاولى يعني الموضوع المحمول اعني كل مقام اخر نعم اذا قلت كل انسان حيوان تقول بعض الحيوان انسان والثاني عكس النقيض عكس النقيض دقق معي جيدا الف باء ضع اللام قبل الف لا الف ضع لام قبل باء عندك اللا الف لا باء ثم عكاس لا باء لا الف اذن الف باء ماذا تصير? لا باء لا الف هذا هو عكس النقيض عبارة محور الدلالي عن تبديل كل واحد من طرفي القضية بنقيض اخر يعني يشبه عكس المستوى الى انه عنصر النفي موجود مع الموافقة في الكيف والصدق اذا كان الأصل صادقا بل عكس يكون صادقا اذا كان الاصل موجبا العكس يكون موجب مثلا اذا قلنا كل جيم باء فعكس نقيضه كل ما ليس بباء ليس بجيم. انظر هو نفسه عكس المستوى لكن طعمناه بأداة السلب نعم فموظوع العكس ما ليس باء الذي هو نقيض محمول الاصنام ومحمول العكس لا ينسى جيم الذي هو نقيض موضوع الاصل فهو قضية اقيم فيها مقابل كل كل من جزئي الاول بالسلب والايجاب مقام اخر. الف باء لا باء لا الف سهلة جدا وانما يشترط يأتي الى الاشتراط لماذا الاصل موجب يكون العكس موجبا اذا كان الاصل سالبا العكس يكون سالبا اذا كان الاصل صادقا العكس يكون صادقا وانما يشترط يشترط بقاء الكيف بالاصطلاح واما بقاء الصدق فواجب واجب يعني ضروري   من حيث ان العكس لازم للقصر ومبدأ التناقض عندنا الاصل يلازمه ما معناه لا ينفك عنه فلا معنى اني يصدق الملزوم ويكذب الناس اجتماع النقيضين هنا يقول يعني من ذاتيات الشيء ان يتعين تعيننا ما  من ذاتيات الشعر يتعين بتعيننا ثم تقول هذا التعين غير موجود. اه. تعيين ولا تعين مبنى التناقض ولهذا يقول واما بقاء بقاء الصدق فواجب من حيث ان العكس لازم للاصل والصدق المرزوم يستلزم صدق اللازم مبدأ التناقض مبدأ التناقض ولا يشترط وجود الصدق بالفعل بل كونه بحيث متى صدق الاصل صدق العكس نعم واليه اشار بقوله وان كان فرضا في المثن وان كان فرضا يعني اذا بنينا على ان الاصل صادقون حتما يكون العكس صادقا. نعم اذا بنينا لو عبر بالمشروط احسن وانما يشترط نعم مشروطة ليس شرطية نعم فرق بين المشروطة والشرطية واضحة جدا اذا عندنا قضية هي الاصل ليس من القياس حملي الذي يحتاج الى صورة كبرى له مباشرة نصل الى النتيجة الف باء اجعل باء مكان الف والف مكان اه مكان بقى تخرج النتيجة مباشرة. هذه النتيجة تسمى العكس اذا بنينا على صدق الاصل العكس يكون صادقا بالضرورة نعم قال ولا يشترط فيه بقاء الكمية والجهة والكذب في الكذب لا يعني اذا كذب الاصل ليس بالضرورة ان يكون العكس اه كاذبا لماذا? لان في قوانين الاصلية المنطقية الحق لا يولد الباطل. اما الباطل فقد يولد الحق كيف فلسفة خاصة نعم فلسفة خاصة نعم  تقول اذا انقسم الفرد الى متساويين اذا انقسم ننقل العدد اذا انقسم العدد الفرض الى متساويان هذه كذبة ام لا فهو آآ عدد آآ فردي نعم كاذبة واعطت اعطت الصدق هذه في المنطق موجودة. الصدق لا يولد الكذب. مبدأ التناقض يرفض اما الكذب قد يولد الصدق نعم اه فلسفة خاصة ولا يشترط فيه يعني في هذا العكس عكس المستوي وعكس النقيض بقاء الكمية يعني الكل يصير ماذا اه بعظي ولا الجهة الجهة تختلف ولاء الكذب. اقول لا يشترط في العكس بنوعيه يعني العكس المستوي وعكس النقيض بقاء الكمية لا يشترط يعني اذا كانت عندنا كلية قد تكون جزئية وقد لا تكون جزئية هذه معلومة اما في عكس المستوي يأتي ويفرح واما في العكس المستوي فلان  يقول لا يشترط في العكس بنوعيه بقاء الكمية اما في العكس المستوي هذا يسمى اللف والنشر المرتب</w:t>
      </w:r>
    </w:p>
    <w:p>
      <w:r>
        <w:t>فلان الموجب الكلي لا تنعكس كليا لا تنعكس كليا لماذا? لجواز كون المحمول عام لجواز يمكن ان يكون المحمول اعم الف باء ما معنى اعم? يعني دائرة السريان الصدقي اشمن من دائرة سرير الصدقي لألف اذن لا يساوي اشمل منه اعكسها تقول باء الف وتقول كله بألف يعني يدخل الظيق يدخل ضيق آآ الاوسع يدخل الاوسع داخل دائرة الضيق ولا اجتماعا نعم يعني الضيق ليس بضيق والاوسع ليس باوسع مثاله تقول كل انسان الحيوان بالامثلة تتضح الامور جيد سلام الصدق ما الاشمل تقول حيوان حيوان يسري صدقا على الانسان على الزرافة على الاسد على الفيل جميل اذا اشمل سلام الصدق للانسان تقول شيخ ما فيه فقط في افراد الانسان. لا يسري لا في البزولة بزونة على الخط ولا في الزرافة ولا الاسد ولا الفيل ولا النمر اعكسها الان كل حيوان انسان يعني كل هذه المصاديق من فرس واسد وحمار وفيل و تدخل تحتها الإنسان معقول غير معقول اذن لعمومية المحمول في العكس تكون بعظية هذا هو السر ولهذا يقول لجواز كون المحمول في القضية اعم ومتناع صدق الخاص على كل افراد العام واضحة جدا نعم لجواز خلينا نكسر لجواز كون اللي محمول اعم اعما يا خبر كون المصدر لجواز كون المحمول اعم ولجواز امتناع. وامتناع صدق الخاص هنا لجوازي لا يكون وامتناعي ولظرورة والامتناع هنا وعاطفة وليس وحتى عاطفة نتورط لجوازي ويعني الجواز بالمعنى الأعم الذي يشمل حتى الإستحالة لجواز كون المحمول اعم هادي فهمناه لا يمكن للعام ان يندرج تحت الخاص كل انسان حيوان ما تقول كل حيوان انسان اذا قلت كل حيوان انسان يعني كل افراد الحيوان يا اي انسان مستحيل ومتناع صدق الخاص على كفل كل افراد العامة لا يمكن ان يسري الانسان صدقا على افراد الحيوان او انواع الحيوان. الاسد والفيل والنبت. مستحيل كما يصدق كل انسان حيوان صحيح معاني الانسان من مصادق الحيوان ويكذب كل حيوان انسان نعم وانما تنعكس الجزئية. كل انسان حيوان هذا هو الاصل. انعكاس بعض الحيوان انسان ساشير الى ان نكتة مهمة جدا عندها علاقة بالمعايير اه العقلية بعدما نكمل هذا المقطع نعم واما في العكس النقيض عكس النقيض ما هو? الف باء هذا الاصل العكس ما هو لا ب لا الف نعم واما في العكس النقيض فان السالب الكلي لا شيء من الف باء لا شيء من الف باء نعم الان كيف يعبرون في اللغة المنطقية الحديثة في المنطق السوري الحديث احد المحققين بالحوزة الايرانية لا ادري هو السلك الديني او لا لم احقق هذه المسألة وانا اطالع له مقالاته المنطقية متمكن في المنطق الحديث ومتمكن في المنطقة القديم. يعني حوثوي من المنطقة القديم يدرس في الحوزة يقول الفارق بين المنطق القديم والحديث مع انه اه القديم صوري والحديث صوري يقول كالجراح الذي يجرح المخ باجهزة وزيرية رقمية في غاية التطور هذا المنطق الحديث المنطق القديم الذي ندرسه نحن هذا الجراح يجرح بالحجر يجرح المخ بالحجر يخرب المخ نعم لماذا? لنري التعقيقات التعقيدات اللغوية كلها هناك موجودة فيقول كل سنين يعني كل صدق يعني كل مصداق نعم كل سين يقول الف لبأ واول لا الف لا باء سهلة جدا يعطيك سهلة جدا و مرنة مرنة اما هكذا الالفاظ تقول كل انسان حيوان وبعض الحيوان انسان فيه عايبان العيب الأول انت تتعامل مع لغة واللغة لها عبقريتها اللسانية في الرموز هذه التعقيدات اللغوية كلها تختفي هذا اولا ثانيا المنطق لا يكون مصورا صورانية المنطق فورماليز تضرب بمعنى انا اذا قلت كل انسان حيوان ذهنك لا يركز على الصورة الصورة المنطقية يركز على المعنى معنى الحيوان ومعنى الايه الانسان المنطق ما عنده علاقة بالمعاني ما عنده علاقة بالمادة المعرفية. المنطق مادة صورية مادة قبلية صورية فارغة كينصب على المادة خرج المادة ناحية نتا المادة هادي حيوان وإنسان. تعلم المنطق في صورانته ثم طبقه على كل العبارات بثورنته تتضح الامور بطريقة في غاية الجمال نعم واما في العكس النقيض فان السالب الكلي لا شيء من الف بقى. يعني في بينونة مطلقة بين الموضوع المحمود لا تنعكس كليا تنعكس جزئيا يعني نعم  بعض الف ليس باء اه او تنعكس بعض باء ليس الف لماذا لجواز التعليل? لجواز كوني نقيض المحمول اعم من عين الموضوع من وجه وامتناع ايجابي الخاص على كل افراد العامة. نفس الملاك السابق نسوا كما انه يصدق لا شيء من الانسان بحجر طبق عليها عنوان القضية نعم لا شيء من انسان بحجر يعني كل مصداق تعنون بحوار الانسان ينتفع عنه الحجر  نعم اذا عقد عقد الوضع محرز طه انسان عقد الحمل منتفي يعني الحجرية تنتفي عن طه هذا الاصل قضية صادقة اذن العكس يكون صادقة يكون كليا ام جزئين هنا يقول يكون اه جزئيا لا شيء من الانسان بحجر ولا يصدقوا لا شيء مما ليس بحجر ليس بإنسان الى ضربوني مبدأ الهوية وضرب لمبنى التناقض اقول لي كيف شيخنا العزيز? طبق لك المعايير المعايير العقلية والمسألة سهلة. اذا انت الفت هذه التطبيقات سير مالك لا شيء من الانسان لا شيء مما ليس بحجر لا شيء لا شيء مما ليس بحجر يعني كل مصداق ليس بحجر تستطيع تقول ليس بإنسان لا لماذا? من مصاديق التي هي ليس بحجر انسان فتقول انسان ليس بإنسان هنا ظرب النية مبدأ الهوية مبدأ الهوية مضروب يعني الذات ليست بذات مبدأ التناقض هنا يأتي يقول يعني الهوية ترفع هذا في غاية الاستحالة نعم اعيد التطبيق المثالي. لا شيء مما ليس بحجر يعني انت اذهب الى المصاديق التي ليس بحجر  الشجر الملك الإنسان فالانسان ليس بإنسان الانسان ليس بانسان مبنى تناقض يعني الهوية ليست هي الهوية نعم هذا مستحيل لان بعض ما ليس بحجر لان بعض ما ليس بحجر ليس بانسان. وهذا تناقض ولا يشترط ايضا بقاء الجهة كيفية النسبة لماذا? فانا بعض الموجهات لا تنعكس وبعضها تنعكس الى ما يخالف اصل القضية على ما يأتي فسيأتي ان شاء الله بيانه واما الكذب يعني الاصل اذا كان كاذبا هل يولد عكسا صادقا يمكن واذا كان العكس كاذبا لا يمكن. اذا صادق الاصل لا يمكن للعكس ان يكون كاذبا لان مبدأ التناقض واما الكذب فقد اشترطه قوم وهو خطأ فان العكس لازم للاصل يعني اذا صدق الاصل بالضرورة يصدق العاكس اما اذا كذب الاصل لا ليس بالضرورة ان يصدق العكس ولا يكذب ولا يجب متابعة اللازم لملزم في الكذب. ما معنى قد يكون الاصل كذبا والعكس يكون صادقا لا يتابعه في الكذب نعم لي ولجواز كونه الاعم هذه هي هذا هو المنهج العمومية نعم كما انه يكذب كل حيوان انسان كذب ام لا كاذبة طبق انت عليها قانون القضية. يعني كل مصداق صدق عليه انه حيوان مثل الاسد. وانسان لا كذبا</w:t>
      </w:r>
    </w:p>
    <w:p>
      <w:r>
        <w:t>عكسها الان اعكسها الان بالعكس المستوي طبعا بعض الانسان حيوان. نعم. بعض الانسان حيوان صادقة يعني كل من صدق عليه عنوان انسان هو حيوان. لماذا? لان الانسان حيوان ناطق جيد قبل الدخول في المتن الاتي اريد ابين هذه المسألة العكس المستوي اه في عكس النقيض لم اتأمل فيها عكس المستوى ركزت عليه كثير كل الف باء اعكسها تقول شيخنا بعض باء الف لجواز ان يكون آآ آآ بقعة بين لها هذه المسألة خلينا نطبق بالمثال كل انسان حيوان صديقة امراة صادقة نذهب الى العكس بعض الحيوان انسان بعض الحيوان انسان انا الذي وصلت اليه بعد التأمل البعضية ما نحتاج في دائرة مبدأ الهوية ثم اقارب المسألة خارج مبدأ الهوية كل انسان حيوان سورة الكلية ما نحتاجش الى الحيوانية نحن هنا في مبدأ الهوية خليها كل انسان حيوان بعض الحيوان انسان. من هذا البعض من هذا البعض الذي هو يستهل المحمول هو الانسان. تقول لي شيخنا هو الانسان فقط لا الحمار ولا الأسد ولا الفيل ولا الفقر ورق. اه هو الانسان اذا هذا انسان انسان اذن عكس النقيض مشروعيته المعرفية له مشروعية معرفية يعني له توجيه معرفي بمبدأ الهوية مبدأ الهوية هو الذي اعطى عكس عكس المستوى لولا مبدأ له يعكس المستوى لا قيمة له وبالتالي لا يفيد معرفة فقط يفيد شيئا مهما هو? الهوية باقية ثبات الهوية يعني اذا كان العكس عكس المستوي ليس صادقا الهوية تنتفي وهذا بينه الهوية تنتفي. لماذا؟ لأن عكس المستوي هو اثبات للهوية اثبات ليس بالمعنى الدليل يعني تعين الهوية هذا في داخل مكونات المعنى لنخرج خارج المعنى نعم كل انسان مؤمن بالفطرة او ظاحك بالقوة اعكسها تقول بعض مؤمن بالفطرة انسان هذا البعض المؤمن بالفطرة الملك لا تقول شيخنا الانسان اذا انسان انسان اذا مشروعية عكس المستوى لأن هو مبدأ الهوية اذا هذه البعضية لا قيمة لها لانك انت في دائرة ماذا في دائرة الانسان. ما خرجت عن الهوية لست في مبدأ الجوهرية هذا في في العكس على مستوى الهوية وخارج الهوية خلينا نبالغ شوية كل انسان عالم  نبالغ لان في افراد من الانسان ليس بعالم كل انسان عالم اعكسها تقول شيخنا بعض العالم انسان من هذا البعض بعض العالم اذا هذا البعض هو الله والملك او الجن اذا كانوا في الجن علماء لا تقول شيخنا هو الانسان. اذا انت كانك قلت الانسان انسان اذا عكس المستوى تحصيل حاصل ولهذا يقولون ظروري الصدق اذا لم يكن ظروري الصدق يعني ليس بتحصيل حاصل التناقض هذه المعلومات سجلها جيدا ببركة المعايير العقلية تتضح لك تتضح لك نعم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