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يا الله والحمد 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وصلنا معكم الى هذه الفقرة قال الاول هو العكس المستوي والثاني هو عكس النقيض وضع المصطلحات فقط واذا اطلق اريد به الاول اذا قلنا العكس يعني عكس المستوى وكل قضية استلزمت اخرى بهذه الصفة فهي منعكسة بهذه الصفة يعني التي ذكرها اقول الاول وهو قولنا قضية اقيم فيها كل من جزئي الاولى التي هي الاصل مقام الاخر هو العكس المستوي. بيناها الف باء باء الف والثاني هو قولنا قضية اقيم فيها مقابل كل جزء من الجزء الاول. يعني سلب بالسلب والايجاب مقام الاخر وهو عكس النقيض نقول الف باء لا بلى الف نعم لا بل الف وقد بينا انه اذا اطلق العكس اريد به الاول. يعني ايه عكس المستوى تقول هنا عكس مطلق ما تقيد فهذا عكس المستوى لانه المتبادر الى الدين. وكل قضية استلزمت قضية اخرى بهذه الصفة التي بيناها اي اقيم فيها كل واحد من جزء الى مقام اخر او مقابله مقام اخر هذا عكس المستوي او مقابل عكس النقيض فهي منعكسة والا فلا. اذا لم يتحقق هذا القانون فلا تنعكس. نعم. وصلنا الى بحث عكس النقيض عكس النقيض الف باء لا بلا الف نعم خلينا نبين المسألة في دائرة مبدأ الهوية ونبين المسألة في دائرتنا الدالة الجوهرية في مبدأ الهوية الف باء يعني ما زلنا في الهوية   مثاله تقول انسان انسان ناطق انسان حيوان حيوان ناطق ما زلنا في الهوية فاذا كان الف باء يعني نحن في مبدأ الهوية   ارفع البائية يعني الباء ليس في دائرة الهوية الف هاوية الف لا تكون هوية باء واضحة جدا نعم يعني الف بقى في مبنى الهوية بعد ما تروح الى مبنى الجوهرية يعني لا زلنا في الذات قبل التعينات الف هو الهوية باء هو الهوية هوية هوية مبدأ الهوية  ارفع الهوية البائية لا باء يعني لست في الهوية الف حتما ماذا يعطيك? يعطيك المحمول ولا لا الف واضحة المسألة انسان انسان ارفع اللا انسان حتما لا انسان اذا ارتفعت الهوية لا انسان لا تكن هي نعم واضحة جدا المسألة باي معنى اذا قلنا الانسان انسان العكس المستوى عكس النقيض ما هو؟ الا انسان ولا انسان بطبيعة الحال لا انسان لا انسان يعني لسنا في دائرة الهوية واضحة جدا الا انسان حجر الحجر هو الحجر الماء هو الماء واضحة جدا الان نذهب الى مبدأ الجوهرية. مبدأ الجوهرية المحمول ليس هو الذات. الانسان عالم اتقوا الله عالم لا انسان لا عالم هو لا انسان بشرط بشرط ان يكون المحمول من لوازم الموضوع ما معنى من لوازم الموضوع? اكتب فائدة ذهبية يعني هو عين الموضوع متعين الموضوع بنحو اللي موظوع بنحو فلا يمكن ان تنفي النحو الذي لا هوية له وجود ربطي بالفلسفة بالاستراحة الفلسفي والموضوع يبقى غير معقول لان التعين لا قيمة له بدون موظوع. الموظوع هو المتعين نعم وبينك المسألة بمثال نازل نعم الشيخ جالس بمقابل الكاميرا الان الشيخ جالسون الجلوس له كيان? ما هو انا بنحو لا تقول شيخنا انت بنحوي ارفع الجلوس ارفع الجلوس في حالتي انا يعني الذات ليست جالسة يعني الذات غير موجودة نعم. اذا اذا كان المحمول من لوازم الموضوع. يعني الموضوع بنحو فحتما اذا ارتفع اللازم يعني الذات غير موجودة انتفاء اللازم وبتنفع الذات لازم هنا بمعنى لا ينفك اللزوم المنطقي ليس اللزوم العلي وهل معلولي لانها قضية حملية لزومه بقى لعدم الايم فيكاك اذا انفك يعني الذات غير حاضرة واضحة جدا وكذلك يعود الى مبدأ هوية الانسان عالم. لنفرض ان العلم لازم لا ينفك عن الذات ارفع اللازم لا لازم يعني الذات غير موجودة  اذا انتفى التعين حتما الذات غير موجودة لان التعين هو الذات بنحوين  مشروعية عكس النقيض كذلك هو مبدأ الهوية. تضرب في هذه المشروعية تقع في مبدأ التناقض يعني اذا قلت الف با الانسان عالم ولا تقول لا عالم لا انسان تقع في التناقض تقول اللا عالم والانسان العالم هو الانسان يعني ما معناه? الانسان متعين لا انسان انا اقول اذا كل هذه الاستدلالات والذي ستأتي استدلالات الحملية قياس الاقتران والقياس الحملي كلها مبنية على مبدأ الهوية ومبنى تناقض ومبنى السبب الكافي واذا شئت لاختزال اكثر كما يقول مبدأ الهوية ومبدأ السبب الكافي نعم مبدأ التناغم اه مبدأ التناقض يثيره اه مبدأ السبب الكافي للحفاظ على مبدأ الهوية اذن محور الفكر هو مبدأ الهوية نعم    العكس المستوي نعم عكس الموجبة المطلقة قضية مطلقة. يدخل في الجهاد بعدما بين البعد التصوري في اطار المفاهيم ما معنى عكس المستويم وما معنى عكس الحمل اذا صدق الاول صدق الثاني بالظرورة لانه اذا صدق الاصل وكذب العكس نقع في التناقظ مبدأ التناقظ مبدأ التناقض يعني رفع الهوية. يأتي الى الجهاد اذا كنا في دائرة الجهاد كيف يتم هذا العكس عكس المستوي يبدأ بالعكس المستوي اه نعم ثم اه ممكن يعرج على العكس عكس النقيض. المهم نبدأ بعكس المستوى عكس المستوى قلنا الف باء باء الف. سهلة ثم تناور على آآ على الكم والكيف قال ولنبدأ بالمستوي عكس المستوي فنقول الموجب كلية كانت او جزئية تنعكس فعلية ان كانت فعليا بالفعل يعني التواجد في دار وجود فالاصل فعلي يعني تقول انت كل الف باء بعض الف باء لماذا لانك انت دخلت دار الوجود وهذا الاصل صادق يعني الدخول صادق ليس كذبي الان انت تأتي بالعكس الذي يكون صادقا بالضرورة اذا لم يكن دخولا فعليا يعني يلزم التناقض اذا اذا ركزنا على الدخول المطلق ما يسمى بالفعلية يعني خرجنا من حكومة الإمكان ولهذا قلت لكم الإمكان يناقض الفعلية لا يناقض الضرورة هم جعلوا الامكان يناقض الضرورة. معلش. لان الامكان عدم الدخول والفعلية هو الدخول ناقض الشيء رفعه الدخول نقيض لعدم الدخول ان كان عندو قابلية لم يدخل بعد ممكن ان يدخل دخول الفعل يعني الانسان صار متلبسا بالعلم حقيقة في دار الوجود القضية الفعلية يمكن ان يتعلم هادي امكانية. يعني بعد لم يدخل اذا دخل بالفعل وكانا صادقا العكس يجب ان يكون كذلك العكس يكون صادقا ويكون داخلا لا يكون ممكنا مستحيل ان يكون ممكنا والا نقع في الدخول وعدم الدخول ولنبدأ نبدأ بالمستوى على عكس المستوى فنقول الموجبة الف باء كلية كانت اوجوزية تقول كل الف باء او بعض  تنعكس فعليا ان كانت فعلية يعني ان كانت كان الاصل فعليا تعليم ما بدا السبب الكافي لان كل شيء يقال عليه الموضوع اذا اتصف بالمحمول</w:t>
      </w:r>
    </w:p>
    <w:p>
      <w:r>
        <w:t>كان هو بعينه المقول عليه المحمول متصفا بالموضوع هو هو هذا هو الفعلي يعني اذا دخل الانسان بالعلم والعلم يطال جميع المصادق كليا او يطال بعض المصادق بعض الإنسان عنه فحتما انت اذا عكست العكس يكون بالفعلية تكون بالفعل واضح جدا مبدأ الهوية يبدأ الهوية تقول كل انسان عالم في الفعلية يعني دخول فعلي ليس بالقوة بالامكان اعكس كل انسان عالم بعض العالم انسان. من هذا البعض هو الإنسان وهل الانسان ينفك عن الانسان? لا نعم اذا اصلا العكس يؤكد يؤكد الهوية يؤكدون هوية شرائع جدا. يعني العكس اشد يقينا من من الاصل لان الاصل في مبدأ جوهرية كل انسان عالم نحتاج الى دليل فيقنيته حركية حركة فكرية اما العكس لا العكس بعض العالم انسان. من هذا البعض الحمار لا الجن لا الله لا الانسان بقى انسانه انسانه في مبدأ الهوية ها اليست يشد يقين من غيرها  لان كل شيء يقال عليه الموضوع اذا اتصف بالمحمول يعني كل مصداق اتصف بالانسان يتصف بالعلم كان هو بعينه وهو المعقول عليه المحمول متصفا بالموضوع اعكسها بعض العالم انسان يعني بعض من يصدق عليه العلم من الإنسان واو وقعت في اه مبلغ الهوية. الانسان اذا لم تكن فعلية يعني الانسان ليس بانسان. ضحكت كيف نعم فالهوية تخرب فالهوية نخرج واضحة جدا المسألة  في تجربتي التدريسية اذا درست للطلاب المعايير العقلية المتون تتضح لهم بطريقة رائعة. اتذكر انا كنت في درس في مدرسة الامام خويه التابعة لجامعة المصطفى هناك درس مدة طويلة كتب درس للطلاب فنصل الى المتن في التطبيق وانا اقول لهم اسألهم. في اي معيار نحن يقولون مبنى الجوهرية مبدأ التناقض مبدأ الهوية. هم لوحدهم وصلوا الى هذا التطبيق الجميل نعم اقول بدأ المصنف يعني المحقق الطوسي رحمه الله بعكس الموجبات والعادة البدء بالسوالب العادة ليست ليست حتمية فالموجب سواء كانت كلية او جزئية يعني الف باء سواء كان السور كليا او جزئيا لا يهم اذا كانت فعلية انعكست فعلية الفعلي يعني الدخول الخروج من هيمنة الإمكان فان فان اذا قلنا كل جيم باء او بعض جيم باي يعني اختلاف في كمية الكمية الصدقية بالاطلاق الاطلاق نواة الفعلية يعني الدخول في دار الوجود انعكست الى قولنا طبعا هنا الاطلاق اكتبوا الاطلاق العام ليس الاطلاق نفي الجهة ان الاطلاق هنا الاطلاق له استخدامان لاطلاق اللي هو نفي الجهة وهي جهة تسامحية لن نفي الجهة والاطلاق العام الذي هو جهة الذي يفيد الدخول الفعلي في دار الوجود نعم فانا اذا قلنا كل جيم باء يعني كل ما صدق عليه عنوان جيم يصدق عليه عنوان باء في الدخول الفعلي او بعض الجيم باء. يعني بعض المصاديق تعنونت بجيم تتعنون بباء. ليس كل المصادر بالاطلاق لو قال بالاطلاق العام كان افضل انعكس الى قولنا بعض باج بالاطلاق يعني بالفعلية والا سقطنا في رفع الهوية انسان ليس بإنسان يعني الف ليس بالف لانه لا بد في الاصل من موظوع يقال عليه جيم وباء نعم من موضوع لو قال ذات الموضوع افضل مصاديق الموظوع افظل حتى يصدق قولنا كل او بعض الجيم بقى نعم يعني في مصاديق دخلت بالفعل فلذلك الشيء الذي يقال عليه جيب يعني كل من صدق عليه جن في دار الوجود اذا اتصف بالمحمول عن با كان هو بعينه المقول عليه باء متصفا بالموضوع نعم يعني باء جيم هذا هو العكس اعني الجيم واذا كان الذات واحدة وصدق عليه وصف جيم وباء صدق ان ما صدق عليه باء اعني ذلك اعني تلك الذات يصدق عليه دين فبعضه بات جيم وهو المطلوب هذه العبارة اذا كان الذات واحدة اعمل تحتها خط احمر الى نهاية المطلب يعني هكذا واذا كان الذات واحدة ذات واحدة كلام جدا جميل يعني مبدأ الهوية مبدأ الهوية اذا ما فرعت عليه العكس الصادق مبنى الهوية ينتهي يعني في ذهنهم الشريف في اذهانهم الشريفة هذه المعايير العقلية السارية لا يمكن ان آآ يتمردون عليها واذا كانت ذات واحدة يعني انت تحافظ على مبدأ الهوية وصدق عليه وصفا وصفة جيم وباء صدق انما صدق عليهما اعني تلك الذات يصدق عليه جيم فبعض الجيم وهو المطلوب فباء فبعض باجم وهو هذا الذي بينته لك بالتفصيل كل الف با بعض الف باء ما معنى بعض اليمة? يعني كانك قلت الف الف ها هو طبقها بميتين مثال. ما يهم نعم كل مثلث متساوي طبعا مع هذا القيد المسطح لان الان مثلث في المكعب في المقعر والمحدب والمقعر بالمحدب المثلث اكثر من مية وثمانين درجة في المقعر اقل من ثمانين درجة. اذا نعمل القيد المثلث في المستوى واحد. في المستوى يعني ليس في التقاعد تحدب عليه ساعة كده في حقيقة مستوية كل مثلث زواياه مية وثمانين درجة اذا ماذا تقول من كانت زواياه مئة وثمانين درجة مثلث. هذا من زواياهم مية وثمانين درجة هو المثلث كانك قلت كانك قلت المثلث مثلث اذن عكس المستوى هو مبدأ هوية اذا اذا لم تقل سابقون فضربت الهوية وضربت الهوية رفعت الهوية وقل الهوية لا ترفع واضحة جدا اذن الدخول الفعلي مع الصدق عكسه دخول فعلي مع الصدق كذلك سهلة المسألة نعم عكس الموجب الممكن ممكن عن مجوز اي ولا عدم الدخول عدم الدخول قال وممكنة يعني وتنعكس ممكنة اذا كانت ممكنة يعني اذا كان الاصل ممكنا كان العكس ممكن لان ذلك الشيء اذا امكن اتصافه بالمحمول امكن فعلية غير موجودة يعني كل من امكن من المصاديق ان يتصل يتصل بي ننقل يتصف يتصف يتصف يتعنون صحيح كل مصداق قاد يتلبس بالعنوان الموضوعي يتلبس بالعنوان المحمول بالامكان كذلك هذا مفاد القضية الممكنة في السلب يقول الامكان كذلك فقط الجزئية راعي الجزئية في الكم وممكنة يعني تنعكس ممكنة اذا كانت ممكنة يعني اذا كان الاصل عنده جهة الامكان لان ذلك تعليم يعني مبدأ السبب الكافي لان ذلك الشيء لان ذلك الشيء اذا امكن اتصاف يعني ليس فعليا بالمحمول يكون شيئا مما يمكن ان يقال عليه المحمول وقد اتصف بالموضوع بالفعل اعكسها انت نعم اعكسها اقول كل الف با بالإمكان يعني المصاديق المنبسطة اذا امكن يعني ما معنى امكن يعني لا يستحيل الاتصاف وليس ضروري الاتصاف قد تتصف وقد لا تتصف اذا امكن الاتصاف المحمول يمكن كذلك اعكسها الان  اذا كان الاتصال بالمحمود يمكن ان يتصل بي  بالموضوع واضحة جدا لماذا الجزئية? اللي ممكن عمومية المحمول. عمومية المحمول وممكنة يعني القضية العكسية. العكس تكون موجهة بالامكان ان كانت ممكنة يعني اذا كان الاصل ممكنة يعني جهته ممكنة لان ذلك الشيء اذا امكن اتصافه بالمحمود يكون شيئا مما يمكن ان يقال عليه المحمول هذا مدلول القضية الموجهة بالامكان. يعني كل مصداق امكن ان يتعنوي بالعنوان. امكن ان يتعاون تعنون بالمحمول. عكسها. فكل مصداق امكن او كلا</w:t>
      </w:r>
    </w:p>
    <w:p>
      <w:r>
        <w:t>خلينا من الكل فالمصداق الذي امكن ان يتعلموا بالمحمول يتعلمون بالموضوع ما فيه بأس لماذا الجزئية? لان المحمول قد يكون اعم كما بينا فيما سبق نعم وقد اتصف بالموضوع بالفعل نعم واذ لا يمتنع ان يصير ذلك عليه المحمول بالفعل فلا يمتنع ان يكون شيء مما يكون المحمول مقول عليه بالفعل متصف بالموضوع لماذا بالفعل يعني احتمال ان يتصف. يمكن ان يتصف بالفعل نعم يمكن هذا يمكن دائما تعملها نعم في العنوان بدار قال عكس الموجبة الممكنة ممكنة عامة جزئية لماذا جزئية بعظية تنعكس بالبعض? لان المحمول قد يكون اشمل مصاديق في المصاديق اقول الموجبة الممكنة سواء كانت عامة او خاصة كلية جزئية لا يهم تنعكس ممكنة عامة جزئيا ممكنة عامة بالامكان فان اذا قلنا كل جيم باء او بعض جيم باء بالامكان العام او الخاص بينا لكم الإمكان العام والإمكان الخاص الإمكان العام ينفي نقيب محمول يعني ليس متورطا بنقيض محمول. فينفتح عن المحمول الإمكان الخاص له متساوي الطرفين يمكن ان يعلم ممكن الا يعلم ممكن ان يقوم ممكن الا يقوم فاذا قلنا كل جيم باء بالامكان العام او من كان الخاص او بعض جيمبا بالامكان العام او الامكان الخاص فالذات التي صدق عليها جيم الذات يعني المصداق بالفعل اذا امكن اتصافها بباء يكون يكون تلك الذات شيئا مما يمكن ان يقال عليه المحمول؟ نعم لكن جزئية لماذا? قد يكون المحمول اعم جيد خلينا نطبق نطبق القضية بمثال هو سيأتي بالمثال كل انسان عالم بالامكان العام ما معناه يعني الجهل ليس ضروري له. لا علم ليس له ضروري. لا يتورط به تورط دائما وذاتي اذا لم يتورد بالجهل يمكن ان ينفتح على العلم هذا هو الامكان العام طبق عليها مجرور القضية. يعني كل مصداق تعنون بجيم بالفعل لان تعنون المصداق بيجيب يجب ان يكون فعليا محمول كيف يقول بالإمكان بالامكان يعني ليس مستحيل عليه يمكن ان ينفتح عليه الا هو معنى هذه العبارة فالذات يعني المصداق الذي صادق عليه الجيم يعني السريان الصدقي جيم يسري في المصاديق بالفعل طبعا دائما عقد الوضع بيكونوا بالفعل اذا امكن يعني لا يستحيل امكن اتصافها بباء يعني بالعلم في مثالنا يكون تلك الذات يعني هذا المصداق شيئا مما يمكن ان يقال عليه المحمول بالفعل فقد اتصف بالموضوع بالفعل لماذا بالفعل انت تقول تنعكس ممكنة وحيث لا يمتنع ان يصير ذلك الشيء مقول عليه المحمول بالفعل فلا يمتنع ان يكون شيء مما يقال عليه المحمول بالفعل عن تلك الذات متصل بالموضوع وعدم الامتناع امكان عام فصدقت الممكنة العامة في العكس شوي في عبارة على منح اللي فيها غموض وفيها نوع من الاضطراب وبين بالمثال احسن كل انسان عالم اقاربها بالامكان العام كل انسان على ما معناه. كل مصداق مصداق يعني فعليه ام لا? فعلي تعنون بالانسان ينفتح عليه يعني ليس في حقه العلم مستحيل عاكسها الان هو نفسه الذات تعنون بالعلم قال فعلي بالعلم نعم  يحمل عليه وهو الانسان لماذا? لان مبدأ الهوية ذاك المصداق الذي تعنون بالعلم حتى يحمل عليه الانسان اه مبذول الهوية. الانسان ليس الحمار</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