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والله اكبر اعوذ بالله من بسم الله الرحمن  جيت على  والصلاة والسلام على محمد وآله الطيبين الطاهرين اللهم صل على محمد وال محمد اللهم ارزقنا التوفيق والاخلاص وصلنا معكم الى هذه الفقرة قال ووصفية اذا كانت وصفية يعني اذا كان الاصل موجه بركة الوصف فالعكس الحقيقة العكس هو مشروعية الاصل تكون وصفية. لماذا? لان اتصافه بالمحمول اتصاف ذات الموضوع بالمحمول اذا كان مقارنا لاتصافه صفة الموظوع فالمحمول يثبت للوضوء موظوع ببركة وصف اما دائميا واما ضروريا لا يهمه لاتصافه بصفة علم اتصافه بصفة الموضوع عند اتصافه بالمحمول ولا يعلم في غير تلك الحالة فانت اذا كانت عندك قضية صادقة هي الاصل والمحمول ثبت للموضوع ببركة الوصف دائميا ظروريا لا يهم فالعكس كذلك يجب ان يحفظ فيه هذا القيد يعني الموضوع الذي صار محمولا والمحمول الذي صار موضوعا كذلك الموظوع الذي صار محمولا اذا قلنا كل الف باء بقضية سير باء الف الف يصير موضوعا كذلك يثبت لباب بركة الوصف هذا هو العكس اقول قضية موجبة اذا كانت وصفية كالعرفية والحينية يعني ببركة الوصف العرفية العامة يقصد والحينية التي هي ليست دائمية كان العكس ايضا وصفيا فاذا قلنا كل ما دام جيم قلت لكم هنا في نوع ايهام جيم يعني سين مع ميم هو الوصف. مجموع جيم فتكون القضية هكذا اه كل سلم موصوف بميم اللي هو جيم يحمل عليه المحمول باء ما دام هذا الوصف او حين هذا الوصف نعم كل جيم مادام جيم. يعني ما دام الوصف عكسها انت بعض بجيم. البعض هي واضحة لان المحمول قد يكون اهم من الموظوع بعض جيم حين هو باء اذا الوصف يتبع اباء لان الاصل دل على اتصاف الذات بالمحمول انصاف الذات بالمحمول يعني عندنا سين سين متصفة ميم واسمع جيب لان الاصل دل على اتصاف الذات ذات الموضوع بالمحمول ليس لذات الموضوع للعنوان الموضوعي لا لوصف حالة اتصافهما بالموضوع فاذا فرض اتصافها بالمحمول علم اتصافها بالموضوع ايضا في ذلك الحال. نعم اذا عكست  الموضوع يصير محمولا والمحمول يصير موضوع بالبعضية طبعا كذلك ببركة الوصف. واما في غير تلك الحالة الا يعلم هل هي متصفة بصفة الموضوع ام لا فهي البقاء على حال الاحتمال الاحتمال مدفوع نعم هنا بيضار في الحاشية اعطى مثال غير رمزي يقول كل متحرك الاصابع ما دام كاتبا كل متحرك الاصابع كل كاتب كل كاتب متحرك الاصابع مادام كاتبا يعني تبوت حركة الاصابع للكاتب بوصف الكتابة وليس بوصف الشخص الانساني تقول كل انسان متحرك الاصابع اه ما دام متحركا لا الكاتب يعني هنا ذات متصلة بالكتابة هذا هو الموضوع اذا اتصفت بالكتابة بالفعل طبعا الكتابة بالفعل هنا ليس بالقوة حتما الاصابع تتحرك نعم او حين هو كاتب عرفي او حين يا زمني اذا صادقت هذه القضية فعكسها يصدق ما هو تقول بعض متحرك الاصابع كاتبون بعض المتحرك الاصابع كاتب حينه متحرك الاصابع هذا الشيخ بيدار اتى بها لماذا قال البعض? لان الكتاب متحرك الاصابع عمل الكتابة قد تتحرك اصابعه بالفضاء بدون كتابة. فتحرك الاصابع عام. فتكون بعضية بعض متحرك الاصابع كاتب نعم اذا اذا قلنا كل جيم ما دام هذه قرأناه اذن الوصفية الصادقة تولد وصفية صادقة الكمية في العكس المستوي. قال وهذا العكس لا يحفظ الكمية بحسب المادة. نعم لان قلنا المحمول قد يكون اعم اذا قلت كل انسان حيوان ما تعكس انت كل حيوان انسان لان الحيوان اعم يشمل حتى الاسد. يشمل الفيل لا يشمل القطة البزولة فتبعضها بعض الحيوان نعم فالكمية ليست بالظرورة تحفظ لاحتمال هذا مبدأ السبب الكافي تعلنه لاحتمال ان يكون كل من الجزئين اعم من الاخر كما في قولنا كل انسان حيوان بعض الحيوان انسان فينعكس الكلي في هذه المادة جزئيا وبالعكس نعم اذا قلت آآ بعض الحيوان انسان تعكسه كل انسان حيوان واما بحسب الصورة فالجزئي يعني ما تنظر الى مضمون القضية. الصورة فقط هيئة القضية واما بحسب الصورة فالجزئي يحفظه لانه صادق في الحالتين قطعا دون الكلي نعم سوريا الكل مشكوك الجزئي قطعي اذن الجزئي اه محفوظ بالظرورة اه العقلية. اقول قد بينا فيما سلف ان الكمية لا يجب متابعة العكس الاصل فيه متابعة العكس الاصل فيها او تقول لا يجب ان يتبع العكس الاصل فيها فان الموجب الكلي تنعكس جزئيا. كما قلنا كل انسان حيوان بعض الانسان حيوان والملاك ما هو? اذا تتذكر مبدأ الهوية نعم كما اذا كان المحمول اعم من الموضوع والجزئي يصدق عكسها كليا. تقول بعض الحيوان انسان عكسها كل انسان حيوان كما اذا كان الموضوع عام فان قولنا كل انسان حيوان لا ينعكس لا ينعكس الى قولنا كل حيوان انسان لماذا لان الهوية الاخرى لا تساوي الانسان? الانسان انسان فقط وقولنا بعض الحيوان انسان يصدق في عكسه كل انسان حيوان هذا بحسب المادة المادة عين مضمون المضمون المعرفي في القضية عن الانسان والحيوان اما اذا اخذت الهيئة فقط صورة صورنة المسألة واما بحسب الصورة فان الكلية لا تحفظ الكمية واما الجزئية فانها تحفظها. الجزئية يقينية لانها اذا صدقت كلية صدقت جزئية وكذا ان صدقت جزئية فصدق آآ صدقة الجزئية فصدق الجزئية ثابت قطعا في الحالتين دون الكمية يعني شبه شبه الدليل هو قضية تحليلية وليست اذا الكلي غير مضمون وغير مؤمن الجزئي مضمون ومؤمن فالجزئي يحفظ في السور نعم الجهة لا تن حافظ في العكس. قال والجهة كيفية النسبة ضرورة الامتناع العرفية العامة الإمكان الوجودية الضرورية الدائمية الفعلية قال ولا ولا ولا الجهة لماذا? لاحتمال ان يكون شيء ضروري لما هو ممكن له كالإنسان للكاتب الكتابة بالنسبة الى الانسان بالإمكان العام ليست مستحيلة فتقول الانسان كاتب بالامكان العام بالإمكان الخاص قد يكتب وقد لا يكتب. تقول الإنسان ممكن بالإمكان الخاص فينعكس الضرور في مثله ممكنا وبالعكس فينعكس الضروري في مثله ممكنا اذا كان الاصل ممكنا كيف يكون العكس اه ضروري لا ادري انا كل انسان عالم بالامكان اعكسها بعض العالم بعض العالم تقول اه انسان بالإمكان الى بعض الانسان وهو الانسان مبدأ الهوية. الانسان انسان هذه ضرورة ذاتية ضرورة ذاتية يعني كل ممكن يعني كل جهة ممكنة في اي قضية تنعكس ضرورية نعم ممكن العبارة قال ولا الجهة يعني الجهة لا تحفظ لاحتمال ان يكون شيء ضروري لما هو ممكن له وممكن له كالانسان للكاتب يعني الكتابة ممكنة للانسان سينعكس الضروري في مثله ممكنا وبالعكس يعني تقول انت بعض العالم انسان هذه حتى بعضية لا معنى لها بعض الانسان عالم خليني ابين النقطة مهمة جدا بعض الانسان بعض نقول آآ الإنسان عالم وخلينا من آآ الصور لأن هنا نتحدث عن الجهة الانسان عالم بالامكان الخاص بالامكان العام</w:t>
      </w:r>
    </w:p>
    <w:p>
      <w:r>
        <w:t>ركز على الامكان العام الإمكان الخاص يعني قد قد يعلم وقد لا يعلم عكسها العالم وين? طبعا بعض العالم انسان هذا بعض العالم هو انسان بحيثية العين ام بهويته لأن العلم حيثية هل الشيء بحيثيته يساوي الشيء? لا ابدا لأن الشيء في هويته مبدأ الهوية انت تقول بعض العالم انسان خلينا من بعضنا العالم ما معناه يعني ذات محيفة بالعلم الحيثية لا تدخل في الموهوب في المحمول انزع الحيثية هذا الشيء ما هو الإنسان الانسان انسان الضرورة الذاتية الضرورة الذاتية نعم الا اذا قلت آآ هكذا بعض العالم انسان عكسها تقول بعض الإنسان عالم بالإمكان يمكن يعني من جهة تأتي بالضرورة ومن جهة تأتي الإمكان  وكذلك في الوصف واعتبر الكاتب والتحرك اه يدي فحاصر من ذلك ان عكوس الموجبات اه كلها جزئية اما مطلقة يعني الفعلية وان ممكن ممكن عامة يعني ممكنة ام مطلقة عامة يعني الفعلية والممكنة العامة عامة وصف المطلقة والممكنة اما ذاتيين او وصفيين يعني اما اه المحمول يثبت للموضوع ببركة الذات او ببركة الواص  انا انا في تصوري ان العكس هو اثبات مبدأ الهوية يعني الاصل لما هو لماذا هو صادق في المنطق يقول الصدق يعني الاصل الصادق يولد العكس الصادق. يعني العكس يكتسب الصدقية من الاصل انت اذا دققت جيدا لا الاصل يكتسب الصدقية من العكس. لماذا? لان العكس هو مبدأ الهوية يعني اذا اعطتنا قضية صادقة عكسا صادقا يعني هي لها المشروعية اما لان هذا العكس الصادق هو مبدأ الهوية يعني القضية التي هي الاصل تتناغم مع مبدأ الهوية. وبالتالي لا تكون متناقضة لأن ما بدا التناقض يأتي ويحافظ على مبدأ الهوية وبين لك المسألة بالمثال. حتى تتعمق المسائل فقط تقول كل انسان حيوان صادقة ام لا? صادقة بعض الحيوان انسان لأن الحيوان اعم نقول بعض. بعض الحيوان اعم جيد بعض الحيوان من هذا بعض الحيوان? هو الإنسان الإنسان والإنسان اذا الأصل تناغم مع مبدأ الهوية واذا تناغم مع ابن الهوية يعني هو متناغم مع مبدأ التناقض هذا هو ملاك صدقه هذا هو ملاك صدقه اذا العكس في الباطن هو ملاك صدق الاصل والاصل معرفيا معرفيا يعني نستخرجه معرفيا نصل اليه معرفيا من الاصل ان في الواقع ونفس الأمر اه العكس هو ملاك صدقية الاصل. اقول الجهة ايضا لا يجب انخفاضها في العكس يعني في العكس ممكن الجهة تختلف عن جهة الاصل فان الشيء قد يكون ضروريا لشيء وذلك الشيء ممكن له وبين الضرورة والإمكان تناف ثلاثا التناقض كما انه يصدق قولنا. دقق جيدا في المثال بالظرورة كل كاتب انسى اهو هذا هو حديثنا انا اسألك دعك منا الكل هذا الكاتب تسميه سين بحيثية الكتابة انسان تقول لا يا شيخنا حيثية الكتابة لا تدخل في هوية الانسان اذا بهويته فقط ليس بالكتابة ما هي هوية? الانسان الانسان انسان ضرورة ذاتية ضرورة ذاتية اذن العكس هو ملاك مشروعية الأصل ثبوتا بقول الحوزاويين يعني واقعا معرفيا نصل اليه من خلال الاصل لا بأس من هذه الناحية. بالضرورة كل كاتب انسان اي ظرورة تقول الانسان انسان بالظرورة هذي ظرورة ذاتية بمقابل الضرورة الازلية المختصة بالله تعالى ولا يصدق قولنا بالظرورة كل انسان كاتب لا ابدا الانسان قد لا يكتب بل بالامكان الإمكان العام الإمكان الخاص لها فالظروري ها هنا انعكس ممكنا والممكن انعكس ذروريان اين المغالطة? هذه من عندي انا من عندي انا ليس في الكتاب ولا في تاريخ المنطق اين المغالطة? المغالطة هنا ارجع الى المثال المثال ما يقول ماذا يقول? يقول كل كاتب انسان بالضرورة او بالضرورة كل كاتب انسان لا فرق لان عادة عادة في اللغة المنطقية الجهة تأتي بعد  بعد النسبة تقول هكذا كل كاتب انسان بالضرورة عكسها عكس عكس ما هي اه كل انسان كاتب بالإمكان ليس بالضرورة لأنه قد يكتب وقد لا يكتب خلينا في في في الاصل كل كاتب انسان بالضرورة هنا قلنا ارجعناها الى الانسان والانسان. يعني اه مبدأ الهوية مبدأ الهوية هو الذي هو الذي اعطى المشروعية لاصل هذا آآ الاصل بالظرورة كل كاتب انسان لماذا لان هذه القضية تعطي الانسان انسان ضرورة ذا في ضرورة ذاتية وانا اسأل طالب هنا اه الامر الذي اريد ان ابينه الانسان انسان مبدأ الجوهرية انت تجيب ايها الطالب وظف المعايير العقلية. الانسان انسان مبدأ الجوهرية يعني قضية علمية ام نحن فقط في الهوية نحن في الهوية اذا الاصل اذا ولد العكس ولماذا اذا كان صادقا يولد عكسا صادقا لان العكس هو مبدأ الهوية معنى ان الأصل متناغم مع المعايير العقلية لانه متناغم مع مبدأ الهوية وبالتالي يتناغم مع ماذا? مع مبنى التناقض ومبدأ السبب الكافي اذا هذه العبارة كل انسان كاتب اعكسها وهي بالإمكان قد يكتب ولا يكتب عكسها تقول كل كاتب انسان بالضرورة معناها الانسان انسان هذه ليست قضايا هذا مبدأ الهوية بعد لم يتعين باي تعين والعجيب ان العلامة الحلي فيما سبق التصور ذكر هذا الأمر لذكائه نعم يقول كل كاتب انسان بالضرورة من اين جاءت هذه الضرورة ركز على الموضوع. الموضوع هو الكاتب والمحمول ما هو الايه? الانسان انا اسألك سؤال طبق طبق قانون القضية كل مصداق كطهر كليلة كل مصداق طه كعنون بالكتابة يتعنون بالانسانية. يتعين بالانسانية ببركة الكتابة او ببركة ذاته ببركة ذاته يعني ببركته هويته ما هي هوية الانسان? كانك قلت انسان هذه ليست قضية هذه ليست في دائرة مبدأ الجوهرية اذا الاصول الصادقة تولد مبدأ الهوية. لماذا? تولد مشروعيتها يعني لماذا الاصل هو صادق لن يتناغم مع ما بذله اياه. وكل تعين تناغم مع مبدأ الهوية يعني مبدأ التناقض يقبله يعني هذا الأصل صادقون صادقوا هادي هي فلسفة العكوس خليني اعيد التطبيق الجهة ايضا لا يجب ان حفاظها في العكس يعني بقاء هو في العكس فان الشيء قد يكون ظروريا لشيء وذلك الشيء ممكن له وبين الضرورة والإمكان تنافي نعم كما انه يصدق قولنا بالضرورة كل كاتب انسان الصياغة المنطقية الطبيعية تقول كلك كاتب انسان بالضرورة ولا يصدق قولنا بالضرورة كل انسان كاذب. كل انسان كاتب بالضرورة لا. قد يكتب وقاد لا يكتب. يعني بالامكان. بل بالامكان. فالضروري ها هنا انعكس ممكنا. والممكن انعكس ضروريا. تقول كل لو انسان كاتب بالإمكان عكسها تقول كل كاتب الإنسان بالضرورة لأنها ضرورة ذاتية انسان وانسان هذا في الممكن والضروري الذاتيين وكذا في الظروري الوصفي كما انه الضروري الوصف يعني ضرورة ثبوت المحمول للموضوع ببركة الوصل كما انه يصدق قولنا بالظرورة كل كاتب متحرك اليد ما دام كاتبا يعني مادام الوصف مستقرا ذات الموضوع يعني الكاتب تتحرك يده بالظرورة يعني ضرورة وصفية هنا ولا يصدق في عكس الظرورة. نعم تقول هكذا اه بعض المتحرك بعض المتحركة كاتب</w:t>
      </w:r>
    </w:p>
    <w:p>
      <w:r>
        <w:t>نعم ما دام اه بعض المتحرك كاتب ما دام متحركا لا قد يتحرك ولا يكتب. قد تتحرك الاصابع في النجارة في غيرها. ولا يكون كاتبا يكون بالامكان فحصل مما اه يعني ببركة الوصف الوصف يبقى لكن ليس بالضرورة بالامكان فحصل مما تقدم ان عكوس الموجبات اه كلها جزئية اما مطلقة او ممكنة عامتين يعني مطلقة عامة الفعلية او الممكنة العامة اما ذاتيين او وصفيتين. لان القضية اما ان يصدق تصدق مطلقة او ممكنة ذاتيين او وصفيتين. وقد ثبت انعكاس المطلقة الذاتية مطلقة ذاتية والوصفية المطلقة وصفية وكذا في طرف الإمكان الممكنة تنعكس ممكنة نعم انا اشير الى بعض الدقائق لانها مهمة جدا قال وعكس الضروري والدائم يصدقان وصفيين الضروري والدائم يصدقان وصفين لان وصف الموضوع الموضوع في عكس ما في عكسهما يلزم ذاته. نعم هذه واضحة جدا. يعني انت اذا حرصت الوصف فقد احرزت الموصوف هذا السل موصوف اذا انعكس انعكست القضية والوصف محرز لي آآ لان الوصفية تنعكس وصفية كما بينا فاذا احرصت الوصف تحرز الوصف اولا والموصوف نعم اقول الظرورية والدائمة آآ حكمنا فيهما بملازمة المحمول لذات موظوع الملازمة هنا بمعنى المصاحبة نعم الا اذا كانت دائمية ضرورية هنا الملازمة بعد الملازمة المنطقية عدم الفكك فاذا عكسناهما كانت الذات متصفة بالموضوع حين اتصافها بالمحمول نعم لانها وصفية لان اتصافها بالمحمول دائم كما تقول كل انسان حيوان دائما نعم كل انسان حيوان دائما نعم وهذي الديمومة ديمومة ضرورية. الدوام ضروري لان الانسان يندرج تحت الحيوان. فالحيوان يشمل الانسان اذا انتفى عنه يأتي عدم مبدأ عدم التناقض وعكسه بعض الحيوان انسان حين هو حيوان بعض الحيوان انسان حين هو حيوان حتى هذا حين هو حيوان اه ما يحتاج لان بعض الحيوان انسان اه ما يحتاج الى الحينية ابدا نعم مطلق حيوان بعض الحيوان لماذا? لان مبدأ الهوية  انظر كل انسان حيوان دائما اجعل الموضوع محمولا تقول بعض الحيوان انسان. من هذا البعض? انسان. فالانسان انسان ابدى الهوية اذن حين هو حيوان هذا هو الرغور ان فيما بدا الهوية ما عندنا نسبة لتعين مما حتى يكون اه يكون حينية وغير حينية. هذه من الاشتباهات ولا يجب الدوام لجواز ان يكون وسط الموضوع فالاصل مفارقا يعني ليس ملازما قد ينفك وان وجب الدوام للمحمول كما في قولنا كل كاتب انسان دائما قال يكتب نعم دائما لكن انت تقول اه بعد اه كل انسان كاتب دائما هذا صعب جدا عكس العرفية والمشروطة يأتي ان شاء الله. اللهم صلي على محمد وآل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