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عكس العرفية والمشروطة. قال والعرفية والمشروطة اذا تقيدتا بلا دواب بقي القيد في العكس قبل الدخول في تحرير هذا النص نعود الى النص السابق لاني انا احسست انه لم اؤدي حق التطبيق في المتن ماذا يقول? في النص وعكس الضروري والدائم يعني عندنا اصلا القضية الاولى الاصل الاول الجهة ضرورية والاصل الثاني الدائمية يصدقان وصفيين لانه وصف الموضوع بعكسهما يلزم او يلزم ذاته. يعني اذا انعكس الوصف لا ينعكس لوحده يعني الوصي ينعكس مع الموصوف. هذه واضحة اقول الضرورية والدائمية حكمنا فيهما بملازمة المحمول لذات الموضوع الملازمة هنا اذا فسرناها التفسير المنطقي يعني عدم الانفكاك عدم انفكاك المحمول على الموضوع في الوصفية والدائمة فاذا عكسناهما كانت الذات متصفة بالموضوع حين اتصافها المحمول نعم الذات يعني ذات الموضوع لان اتصاف هذه الذات بالمحمول دائم كما نقول كل انسان حيوان دائما هذا الاصل كل انسان حيوان دائما من صحح الديمومة لان الحيوان مكون من مكونات الانسان او الانسان يندرج تحتها مطلق الحيوان فلا ينفك عنه اذا انفك عنه يعني خرج من دائرة الحيوان فيصير له مكونات الحيوان وليس له مكونات الحيوان. تناقض فاينما يكون الانسان حيوان يكون هذا الديمومة واضحة جدا وعكسه بعض البعض هي واضحة جدا لان الحيوان اعم بعض الحيوان انسان حين هو حيوان انا هنا توقفت حين هو حيوان هذه الجهة ضرورية يعني لازمة معقولة لماذا? لأن بعض الحيوان من هو? الإنسان هذا هذا الموضوع ليس بحيثية الحيوانية بل بحيثية الانسانية. فكانك قلت الانسان انسان هل يصح الانسان انسان مبدأ الهوية? حين هو حيوان? لا الإنسان وإنسان انتهى الأمر الا اذا قلت شيخنا يمكن ان تصح هذه الجهة كيف تقول الانسان هو انسان مادام المكونات مكونات الحيوان في داخله هنا نعم معقول او تقول الانسان انسان مادام الناطقية في داخله لان مكونات اذا بقيت المكونات تبقى الذات. اذا انتفت المكونات تنتفي الذات كلامي ليس في هذا هذا صحيح كلامي هل مبدأ الهوية في جهة هل تتصور الجهة في مبدأ الهوية الجهة هي كيفية النسبة ولا نسبة بين الذات والذات لا نسبة بين الذات والذات من اين جاءت هذه الأخطاء لان المنطق القديم يعني المنطق الارستي في حركته الغربية وفي حركته الاسلامية يركز على المعاني لا يركز على الصورنة لا يركز على الصوم نعم تقول اه كل الف باء بعد تقول بعض باء الف منطقيا هنا منطقيا من حيث الصورنة يمكن ان تستخرج هذا من الاصل كل الف باء بعض باء الف ما تخرجها روح الى المعنى كل انسان حيوان لان هنا المعنى لان الانسان في داخل ذات الحيوان تقول بعض اه الحيوان انسان هنا ذهبت الى المعنى اما الصورة ما تعطيك اذا هذا بحث ليس منطقيا هذا بحث في المعنى وهنا اشكل المنطقة السور الحديث على منطقة ريسطو ولا يجب الدوام ولا يجب الدوام في الملازمة الدوام لان انتفاء الدواب يعني التناقض لازم وليس بلازم ولا يجب الدوام لجواز ان يكون وصف الموضوع في الاصل مفارقا. مفارقا يعني يأتي ويذهب كالكتابة وان وان وجب الدوام للمحمول كمثل قولنا كل كاتب انسان دائما كل كاتب انسان دائما طبق عليه قانون القضية. كل مصداق كطه تعنون بالكتابة فهو انسان. انا نسألك سؤال طه يكتسب انسانيته بتعنونه بالكتابة لا طه بإي انسانيته انسان حتى بشخوصاته ليس بإنسان انسان وانسان نعم اذا كل كاتب انسان دائما الديمومة هنا ليس كيفية نسبة يعني ليست هي كيفية النسبة الديمومة هنا جاءت من المعنى نعم المهم عكسها الآن تقول اه كل انسان كاتب دائما لا قد يكتب وقد لا يكتب لان الكتاب تفارقه ولهذا يقول لا يجب دوام دوام لجواز ان يكون وصف الموضوع في الاصل مفارقا وهي الكتابة. قد تأتي وقد لا تأتي ما تستطيع تقول كل انسان كاتب نعم عكس العرفية والمشروطة. قال والعرفية العرفية العامة يعني الدوام المحمول لذات الموضوع ببركة الوصف والمشروطة ضرورة المحمول للموضوع ببركة الوصف اذا تقيدت بالا دوام بقي القيد في العكس. يبقى القيد في العكس. اذا قيدت باللا دوام يعني مركبة في الجهة المركبة. لان صفة الموضوع هناك لا يدوم لذاته وانما يدوم للوصف والا لادام المحمول الدائم بدوامهما لها وهي في الاصل والعكس واحدة اذا العرفية هي دوام المحمول للموضوع ليس لذات الموضوع وانما لوصفه المشروطة ضرورة المحمول لذات الموضوع ببركة الوصف الانعكاس كيف يكون اقول العرفية والمشروطة خاصة لماذا العرفية والمشروطة خاصة? لان هو قيدهما باللا دوام العرفية العامة هي دائمية قيدها بلا دواب يعني الدخول ادارة الوجود ببركة الوصف يعني المحمول يتلبس به ذات الموضوع ببركة الوصف الا انها في مقطع واحد فقط بمقطع واحد ليس الدوام. مقطع خاص المشروطة الخاصة المحمول ضروري لذات الموضوع ببركة الوصف في مقطع خاص اعكسها انت الان وهما اللتان قيدتا باللا دواء هذا هو معنى المقطع الخاص كقولنا كل جيم ب ما دام جيم يعني كل ذات موضوع كل ذات الموضوع اتصف بي وصف ذات الموضوع مع الوصف لا بأس يحمل عليه المحمول باء ما دامت جيم يعني ما دام الوصف الا انه في مقطع خاص. هذا المقطع الخاص يعبر عنه لا دائما لا دائما نعم وهما اللتان قيدتا باللا دواب. كقولنا كل جيم مادام جيم على طول لا في مقطع خاص لا دائما اما مع الضرورة او لا مع اما اه عرفية خاصة او مشروطة خاصة تنعكسان الى الموجبة الجزئية الحينية اللا دائمية وهو قولنا بعض باجم هذا والعكس يعني العكس المحمول يأخذ مكان الموضوع والموضوع يكون يأخذ مكان المحمول. بعض جيم بعضه حين هو باء لا دائما نعم لماذا? لان قد يكون اه المحمول اعم. نعم. بعض جيم قايل هو بال دائما بالوصف الوصف ينتقل الى المحمول حين العكس نعم لان المحمول لا يتصل بالوصف ذات الموضوع يتصل بالبوصلة ثم يجر المحمول ببركة الوصف اذا انعكست صار بهو الموضوع وتجيب هو المحمول الوصف يذهب بلا باء. بطبيعة الحال لان الوصف في الموضوع نعم بعض باجيم حين وباء هذا هو الوصف يعني بما هو ذات لها وصف الميم هذي الذات مع وصف الميم يسمى باء لا دائما طبعا يجب تكون منقطعة اذا كان الاصل منقطعا فكيف يكون العكس  اه دائميا اما انعكاسهما الى الحينية المطلقة فلما تقدم الحينية يعني في مقطع خاص مقطع زماني انا اقول له يقول الدخول المطلق الدخول في الوجود المطلق واما قيد اللا دوام فلان صفة جيم لا يدوم في الاصل ذات جيم نعم</w:t>
      </w:r>
    </w:p>
    <w:p>
      <w:r>
        <w:t>لانها لو دامت لها لدام المحمول بدوامها. لكن قلنا ان المحمول ليس بدائم للموضوع. قلنا لا دائما قيدناها باللا دائما. واذا كانت صفة جيم حال كونها وصفا للموضوع في الاصل غير دائم في العكس في العكس حال كونها محمولة غير دائمة. لانها في العكس والاصل واحدة نعم المسألة سهلة جدا. تقول شيخنا هذه في العلوم اين اه نجد قيمتها هذه الآن التطبيقات التكنولوجية والجيوش والحروب وكثير من الأمور تنفع كثيرا في هذا الأمر نعم تخيل انت الان جيش من آآ لنقول من بغداد من بغداد الى البصرة او العمارة هناك الدبابة هي الاصل انطلقت الدبابة من العمارة الى الموصل اذا جيت الاكراد بعد اذا وصلت الى محوطة الأكراد الدبابة لا تنفع الى الجبال لاحظت اذا مشروعية الدبابة حينية لا دائمية تغير استراتيجية نعم هناك دبابات ما تنفع. الطائرة المروحية هي التي تنفع هي اللي تظرب من الجبال او مثلا الجنود مساء اه الدبابات انا عندي كتاب باللغة الفرنسية الفصل الأول المنطق القديم والفصل الثاني المنطق الصوري الحديث ويبين اه كيف يستخدم المنطق بشقيه القديم والجديد في الحروب لان هذه الدروس كانت لسكن في كندا ثكنة عسكرية تقول شيخنا ما دخل المنطق في اه في السكنة لا لان هذه الحركات في الكون كلها جهات موضوع محمول جهة معنى جهة نحن لم نألف هذا الأمر نحن في الحوزة وحتى في الجامعة ناخذ معلومات وننقل هذه المعلومات من خرجها الى الخارج مع الأسف الشديد لا نسعى الى اخراجها للخارج. وبالتالي لا نتطور نعم لان الخارج هو الذي يعطيك يعطيك الاشكالات وتجد العواقب وتجد الحواجز ثم تفكر كيف تتجاوزها فتبتكر شيئا جديدا نعم عكوس السوالب هنا في السوالب الخيال يتعب كثيرا. لماذا? لانه لا يضبط لن الاصل ولا العكس السالبة الكلية الضرورية تنعكس كنفسها سلب الكلية الضرورية فقل لا شيء من الف باء بالضرورة يعني انفكاك مطلق بين الموضوع والمحمول بمعنى كل مصداق تعنون بالموضوع ينتفي عنه الموضوع مطلقا ضروريا ما فيه تناغم بين الموضوع المحمول فلا تجد في العكس محمولا يتناغم مع الموظوع ابدا لأن الأصل تباين المطلق ولهذا يقول تنعكس كنفسها يعني ضرورية نعم سهلة هذه قال واما السالبة الكلية من اي صنخ تقول لا شيء من الف باء في المنطق السوراني الحديث رائع جدا هذه التعقيدات اللغوية غير موجودة نعم اه وانا اطالع المنطق الحديث باللغة الفرنسية آآ التف ولهذا انا انصح الطلاب تعمقوا في منطقنا نحن هذا القديم اذا دخلتم الى المنطق الحديث باريحية تامة. لماذا ننادي فيه كنوز نعم في خربطة وفي نقص الا انها في كنوز اذا قال هذه قضية شرطية وهذه قضية احم منعت الجمع منعت الخلو وهذا هذه كلها الامور عندك استئناس اصطلاحي وعندك مباني وعندك قواعد تفهم هذا المنطق اه حتى بدون استاذ نعم قال واما السالبة الكلية يعني لا شيء من الف باء. بينونة بين ذات الموضوع والمحمول واما السالبة الكلية فان كانت ظرورية ظرورية ما معناها? يعني لا علاقة بالموضوع بالمحمول انعكست كنفسها لان اتصاف كل ذات يقال عليه الموضوع دقق جيدا هنا الى عرض الوضع ولم يشر الى لا عقد الوضع ولا عقد الحكم لان عقد الوضع وعقد الحمل تبلور بعد آآ بعد بعد عند المنطقية. موجود عند القدماء في الاصطلاح والتبلور جاء بعد كل ذات يقال عليها الموضوع يعني كل مصداق تعنون بعنوان الموضوع. عمل الخط هذا اه كل ذات يقال عليها الموضوع اه اكتب تحتها عقد الوضع كل ذات يقال يقال يعني يحمل يصدق عليها الموضوع بصفة المحمول نعم يقتضي امتناع لان امتناع اتصاف كل ذات يعني كل مصداق يصدق عن الموضوع بصفة المحمول صفة المحمول جروة مجرور متعلقة باتصاف. لامتناع اتصاف اه اه كل ده كده بصفة المحمول يعني فيه بينونة بين الموضوع والمحمول بينونة ذاتية يقتضي امتناع اتصاف اه يقتضي امتناع اتصاف كل ذات يقال عليه المحمول بصفتي الموضوع اذا عكسنا اذا عكسنا تقول كل ذات صدق عليه المحمول ينتفع عنها الموضوع لان في الاصل بيننا وذلك لان امكان اتصاف ان كان اتصاف شيء مما يقال يقال عليه المحمول بصفة الموضوع يقتضي الخلف يعني من الخلف يعني تناقض. يعني ما ثبت انه آآ ما ثبت انهما متباينين ليس بمتباينين. هذا اجتماع النقيضين انظر بالله عليك العبارة المحقق التونسي ولهذا اؤكد عليه وذلك لان ان كان اتصاف شيء مما يقال عليه الموضوع يعني كل ذات اتصف بالموضوع لا يتصف بشيء يبين المحمول. تناقض تناقض اذا اتصفا بسين واتصف بما يناقض الصين يعني هذا الذات تخربطت. مبدأ الهوية مبدأ الهوية لهذا المصداق يتخربط تنتسم مبدأ الهوية وذلك لان امكان اتصاف شيء يعني المصداق مما يقال عن المحمول يعني من يصدق عليه المحمول بصفة الموظوع لو قال بعنوان الموضوع افضل يقتضي الخلف هذا هو يعني عندنا ذات طه ها اتصف بالمحمول يعني تعين بالمحمول اما في صميم ذاته اما في تعين من تعيناتي ثم هل الموضوع يبين المحمول مباينة تامة مباينة ضرورية ويتصف به يعني هويته موجودة وغير موجودة. يعني هويته متعينة وغير متعينة. هذا هو الخلف. مبدأ التناقض اذا لاحظت حديث محقق الطاوسي خاضع للمعايير العقلية خاضع للمعايير العقلية. نعم وهو كون ذلك الشيء من جملة ما يقال عليه الموضوع اعني من جملة ما يستحيل ان يقال عليه المحمول. اذا يصدق عليه المحمول لا يصدق عليه المحمول لانه نقيض موظوع فالهوية الف ليست بالف وذلك لانه مع فرض الاتصاف بصفة الموضوع بالفعل يكون من تلك الجملة قطعا اذا اذا اتصف ذات المحمول بالموضوع الذي يناقض المحمول فهو متصل بالمحمول ولا يتصل بالمحمول هذا هو القول فاذا علم انه في نفس الامر قبل الفرض كان من جملتها نعم لان فرض وقوع الممكن لا لا يمكن ان يصير غير ذات الموضوع ذات اللهو بل ربما يفيد العلم بان شيء مما لا يعلم انه من جملة ما هو ذات الموضوع ومن تلك الجملة. نعم المحقق التونسي عجمي نعم قم الاصول تربى في مشهد ولهذا يسمى اه الطوسي ينسب الى طوس والا هو بقرية من قرى قرب يتكلم بالعجمية نعم مع الاسف الشديد تفهم انت شي من هذه العبارة البربرية نعم نعيد نعيد حتى نفهم المطلب في المتن قبل شرح العلامة الحلي قال واما السالبة الكلية فان كانت ضرورية ما معناه? يعني لا علاقة للموضوع بالمحمول انفكاك ضروري اينما يكون الموضوع في دائرة لا يكون المحمول في دائرة اينما يكون المحمول في دائرة لا يكون الموضوع في تلك الدائرة نعم فان كانت ضرورية الجهة انعكست كنفسها. نعم يعني العكس يكون ضروريا يعني اذا انتفى المحمول مطلقا ظروريا عن عن المحمول المحمول كذلك ينتفي كان الموضوع ضرورية هذا هو معناه انعكس لان امتناع اتصاف كل ذات يعني مصداقية</w:t>
      </w:r>
    </w:p>
    <w:p>
      <w:r>
        <w:t>يقال عليه الموضوع يعني يصدق عليه الموضوع بصفة المحمول يقتضي امتناع اتصاف كل ذات يقال عليه المحمول بصفة اذا كل مصادق الموضوع ينتفع عنها المحمول كل مصادق المحمول ينتفي عن هالموظوع للبينونة الظرورية للبينونة الظرورية. نعم فقط المحقق الطوسي يريد يدخل في مبدأ السبب الكافي. يعلن يبين يدلل وذلك لان امكان اتصاف شيء مما يقال عليه المحمول يعني المصداق الذي يمكن ان يتصف بالمحمول يمكن هنا بالامكان العام. يعني لا يستحيل في حقه نعم مما يقال لانه امكان اتصاف شيء مما يقال عن المحمول بصفة الموضوع. يعني هذا المصداق الذي تعنون بالمحمول ويتعاون بالموضوع. يعني لا يستحيل في حقه الموضوع وهو مباي للمحمول مطلقا الا انه يمكن ان يتصل به. يعني لا يستحيل الامكان العام يقتضي الخلف يقتضي الخلف يعني اذا امكن بالامكان العام ان يتصف بالموضوع وهو نقيض المحمول اذا اتصف بالموضوع المحمول ينتفي فيتصي بالمحمول ولا لا محمول هذا هو الخلف هادي فهمناه جيد وهو كون ذلك الشيء. هنا يدخل التعقيد وهو كون ذلك الشيء من جملة ما يقال عليه الموضوع فيصير ذلك المصداق من مصادق الموضوع ومن مصادق المحبول يعني هوية تندرج تحت النقيضين هوية وليس هوية هذا هو مبدأ الهوية يختفي اعني من جملة ما يستحيل ان يقال عليه المحمول اذا درج تحت الموضوع المحمول يختفي للتباين الضروري وذلك لانه مع فرض الاتصاف بصفة الموضوع بالفعل اذا تلبس بالموضوع بالفعل والموضوع مع هذا الاصل مباين للمحمول بالظرورة يكون من تلك الجملة قطعا يكون من الموضوع قطعا للاندراج فاذا علم انه في نفس الامر يعني في الواقع قبل الفرض كان من جملتها. كان من جملة هذا الموضوع لان فرض وقوع الممكن لا يمكن ان يصير غير ذات الموضوع ذات له. نعم الى وقوع الممكن وقوع الممكن ان يصير فعلي اذا كان متلبسا بالإمكان وبالفعل بالموضوع خلاص يعني يكون من مصادق الموضوع فلا يكون المصادق المحمول وهو من مصادق المحمول اجتماع النقيضين يعني الهوية تختفي حتى نحافظ على الهوية اذا ندفع الموضوع نعم ندفع الموضوع. يعني الموضوع لا يتصل بي المحمول والمحمول لا يتصل بالموضوع لان فرض وقوع الممكن لا يمكن ان يصير غير ذات الموضوع ذات الله نعم يعني ذات للمحمول وذات للموضوع بل ربما يفيد العلم بان شيئا مما لا لم يعلم انه من جملة ما هو ذات الموضوع ومن تلك الجملة. يعني هذا الامر يوصلنا الى التناقض ان ذات الموضوع يعني طه المتصل بعنوان المحمود يتصل بالموضوع الاتصاف بالموضوع ينتفي عنه الموضوع. آآ لاتصافه بالمحمول ينتفي عنه الموضوع. لاتصافه بالموضوع ينتفي عنه المحمول. فنفهم من هذا. لا هو من ذات الموضوع ولا هو من ذات المحمول اذا هذا هو الهوية تتفكك الهوية. مبدأ الهوية يتفكك ولهذا قلت لكم انتم اذا ركزتم على القواعد العقلية المعيارية صدقوني تبدعون في فهم النصوص تبدعون فيما في فهم النصوص. نعم تقول لي شيخنا اذا كان المحمول مبين بالضرورة للموضوع. ما المانع ان يندرج مصداق طه تحت المحمول وتحت الموضوع مع التباين الذاتي بين العنوانين اقول اذا اندرجت تحت المحمول لا يندرج تحت الموضوع اذا اندرجت تحت الموضوع لا يندرج تحت المحمول. يعني اندرجة تحت المحمول وليس تحت المحمول. اندرجة تحت الموضوع وليس تحت الموضوع يعني هوية هذه مخربطة يعني الف ليس بالف لاحظت مبدأ التناقض يحمي الهوية. يقول اذا هذا الانعكاس يجب ان يكون كذلك بالتباين الضروري. هذا هو المبنى نعم اقول هذا تحليل للعلامة الحليتي ان شاء الله في الحصة الآتية.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