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اقول اختلف المنطقيون في انعكاس السالب الكلية الضرورية من يريد المصادر للتحقيق كتاب الشفاء للشيخ الرئيس القياس يعني كتاب القياس صفحة خمسة وتسعين شرح المطالع صفحة مية وسبعة وعشرين الى مية وتمنية وعشرين في هذا الخلاف والاسرار الخفية لعل من حلي صفحة ستة وثمانين الى واحد وتسعين قال اختلف المنطقيون في انعكاس السالبة الكلية الضرورية وكذلك في شرح الاشارات اعتقد انه موجود للمحقق الطوسي قال فقال للقدماء انها تنعكس كنفسها ظرورية كما بينا لكم اذا تباين الموضوع مطلقا عن المحمول يعني هو ينفرد بمصادقه التي تتعنون به الموضوع ينفرد بمصادقه التي تتعنون به. فالمحمول لا يدخل في حياطه بدائرته والمحمول ينفرد بمصادقه لا يدخل عنوان الموضوع في مصادقه. اذا عكسنا المحمول ينفرد وصادقه والموضوع ينفرد من الصادقين. واضحة جدا يعني كذلك في العكس ضرورة البينونة نعم هذا مبنى القدماء وقال المتأخرون انها تنعكس دائمية والمصنف رحمه الله يعني المحقق التونسي ذهب الى الأول نعم والدليل عليه دليل على المبنى مبنى المحقق التونسي يعني القدماء اما اذا قلنا لا شيء من جيم بالظرورة يعني لا شيء من مصاديق جيم التي تتعنون بالعنوان الموضوعي تتعانون بعنوان المحمولين. بينونة تامة. يعني كلما حضر المصداق اه كلما حضر العنوان الموضوعي في مصداق العنوان المحمول يكون غائبا يعني البينونة بالظرورة هذا معناها يعني كل من صدق عليه عنوان جيم ينتفي بالضرورة عنه عنوانه هذا هو مراد مؤدى اه اه القضية يعني عقد الوضع موجود عقد الحملة منتفي فقد حكمنا بان لكل ذات ذات يعني مصداق يقال عليه جيم يعني يصدق عليه عنوان الموضوع الموضوع ينتمي يمتنع اتصافها بالمحمول. يعني كل هذه المصادق ينتفي عنها المحمول بالظرورة وذلك يقتضي في العكس وذلك يقتضي امتناع اتصاف كل ذات يقال عليها باء المحمول بصفة جيم الموضوع فيصدق ما هو العكس لا شيء من باجي بالضرورة. يعني كل مصداق تعنون بعنوان المحمول لا يسري اليه الموضوع. ينتفي بالضرورة عنه الموضوع قضية من حيث التحليل سهلة نعم لانه تعليل لانه لولا ذلك لولا ذلك يعني هنا يطبق قياس الخلف لولا ذلك لامكن اذا انتفت الظرورة يعني ظرورة الانتفاء تنتفي. يعني ممكن الاتصاف انتفاع ضروري في الاتصاف يمكن الاتصاف انه لولا ذلك يعني لولا ظرورة الامتناع لقاه مكنة انت صافي شيء مما يقال عليه المحمول بصفة الموضوع يعني يمكن ان نجد عنوان الموظوع في مصاديق المحمول حين العكس ها؟ حين العكس فيصدق بعض باجين بالامكان لانه نقيضه نعم بعض جيم بالامكان نقيض من? نقيض اه الضرورة السالبة الظرورة ناقضها الامكان السالبة ناقضها الايجاب نعم لان الكلية تناقضها الجزئية بعض كانت سالبة يأتي الإيجاب كان ضرورية يأتي الإمكان بعض باجين بالامكان لانه اه نقي اه لانه نقيضه لانه ناقضه تعليل لماذا? بعض باج بالايجاب وبالامكان بعظ لان البعظية تناقظ الكلية بادين بالايجاب لان الايجابي يناقض السر. الامكان الجهة يناقض الضرورة. نعم لانه ناقضه. والتقدير كذب الظرورية لأن حنا بنينا والتقدير كذب الضرورة فيصدق الممكنة لكن صدق الممكنة يستلزم الخلف يعني ما هو ضروري البينونة ليس بضروري البي نون هذا هو الخلف قياس الخلف مع اذا وصلنا الى قياس الخلف نشبع البحث فيه لانه ساري في الرياضيات وفي الهندسة وفي الفلسفة وو حتى في العرف حتى في العرف لان ذلك البعض من الباء اذا امكن اتصافه بالجيم الجيم الجيم با هنا بمعنى المحمول المحمول في العكس الذي يصير موضوعا لان ذلك البعض من الباء في قولنا بعض باج بالامكان ان ذلك الباء من الباء اذا امكن اتصافه بالجيم يعني لا يستحل امكن يمكن ان يتصل لم يلزم من فرض وقوعه محال نعم امكان الإمكان ما معنى? يعني يمكن ان يتحقق به فاذا فرض واقعا يعني صار فعليا صدق بعض الجيم بالفعل نعم فيكون ذلك البعض من جملة ما يقال عليه الموضوع. يعني جن لكن قولنا كل ما يقال عليه جيم يستحيل قول باء علي في الأصل واذا كان مع فرض الاتصاف بصفة الموضوع التي هي دين بالفعل اعني وقوع الممكن بالفعل من جملة ما يقال عليه الموضوع وجب ان يكون في نفس الامر يعني داخل الفعلية داخل الوجود قبل الفرض كذلك وبالتالي اذا كان قبل الفرض بذلك لا يحق لك ان تقول لا شيء من باجي بالضرورة نعم والا لكان على تقدير وقوع ممكن يمكن يكون ما ليس بذلك الموضوع ذات له وهو محال. فيكون وقوع الممكن مستزم للمحال. فلا يكون ممكنا اه ممكن وممكن نهدر نعم نعم وقوع الممكن بالفعل افاد العلم بان شيئا مما لم يعلم انه من جملة ما هو ذات الموضوع عن ما صادق عليه به هو من تلك الجملة. اعني من جملة افراد جيم. اما انه يصير ما ليس بذات جيم ذات جيم فلا العلامة الحلي لم يأتي به شيء آآ جديد على اه حديث المحقق التونسي الا انه عربيته جميلة عربيتي المحقق التونسي مغلقة مغلق خليني انا ابين المسألة نقول لا شيء من خليني نراعي نراعي القضية في الماء تما هي جيد. الان انت طبق عليه معيار القضية كل مصداق واقعي في نفس الامر تعنون بالموضوع الذي وجب تقول شيخنا ما تدخل نفس الامر هنا نحن في النطق والمنطق صوري هذا هذا من العيوب المنطق القديم من عيوب المنطق القديم. ولهذا صدر المتأليين نزع الصور اذا نزع الصور كل يوم بعضية ركز على الطبيعة فقط فعقد الوضع ينتفي ما يدخل الواقع في احكام احكام حتى احكام الفلسفة احكام الفلسفة تنصير صورية واحكام المنطق تقول تكون صورية. معليش نحن نبني على المشهور لا شيء من جيم باب الظرورة يعني كل مصداق النفس امري في الواقع الخارجي كطه تعنون بالعنوان الموضوعي جيم ينتفي عنه المحمول بالضرورة بينون عزلا بينوع بينهن المتقدمون من من المنطقيين يقولون اذا عكستها تعكسها بنفس الشيء لا شيء من باء بجيم بالظرورة. هذا هو باب لبيان هذا الامر جاؤوا بقياس الخلف قاس قياس الخرس نبني على التناقض ثم نبني على النقيض مو على التناقض. نبني على النقيض هذا النقيض يؤدينا الى الكارثة الى اجتماع النقيضين. اذا هذا النقيظ باطل. المدعى هو الصحيح المدعة ما هو؟ المدعى ان عكس السالبة الكلية الضرورية هو كذلك سالبة ضرورية في الجهة يعني لا شيء من جيم باب الضرورة تنعكس لا شيء من باج بالضرورة. بيناها للانعزال التام جيد الان نطبق قياس الخلف لم يتبين لكم القياس سيأتي لاحقا في باب القياس</w:t>
      </w:r>
    </w:p>
    <w:p>
      <w:r>
        <w:t>في مقابل الظرورة يعني الامكان ما معنى الامكان? يعني يمكن ان يدخل. هنا السلب الضروري لا شيء من باء جيم بالظرورة يعني اذا تبرأ الموضوع من المحمول بالظرورة يتبرأ المحمول من الموضوع بالضرورة هذا هو المبنى  لنفرض في العكس لا شيء من باء جيم بالظرورة نقول لا بالإمكان يعني يمكن ان يكون عندنا مصداق خارجي طه مثلا حديد الفلانية مثلا الماء الفلاني مثلا هذه المصاديق يتعنون ببا ويثبت له يثبت له يعني يمكن ان يتصل بي بيجي او لا يمكن لان الممكنة تنسجم مع الطرفين بالامكان العام يعني قد تكون سالبة ضرورية قد تكون اه اه موجبة بالوجوب. يعني عندك دائرة بين الوجوب والعدم المهم لا شيء من جيم باب الضرورة هذا هو الاصل الجهة ما هي الضرورة العكس ماذا يقول القدماء? يقولون لا شيء من باء لان المحمول في العكس يصير موضوعا لا شيء من باء جيم بالضرورة. هذا مبنى القدماء كيف تنفيه انت؟ تنفيزكم لا شيئا من بعد بالامكان يعني تبني على الإمكان ونقيض الظرورة عند المشهور عند المنطقيين الذي يناقض الضرورة هو الان كان نعم جيد ما معنى الإمكان يعني لا شيء من باء جيم بالإمكان يعني يمكن الا يتصل بجن ويمكن ان يتصف لا يستحيل في حقه خصوصا اذا بينا الجهة للإمكان العام لا شيء من بعد جيم بالامكان العام يعني جيم لا ينتفي عن باب الضرورة. قد يتصف بجين ابني الان الاتصاف بالجيم يعني عندك مصداق ثبت له عنوان باء وامكن ان يتصل بي جيم تخيل الآن اتصف بالفعل بي بيجيم يعني دخل الى الفعلية صار اه فعليا يعني المصداق طهارة ببركة باء صار جيما اقول شيخنا كيف يصل? لانه ممكن قد يدخل وقد لا يدخل دخل الى الفعلية دخل الى الفعل الياء يعني ما معنى? يعني ما في بينونة ما في بينونة بين الموضوع محمول ممكن يلتقي المحمول مع الموضوع لا شيء من باج بالامكان الامكان العام طبعا هنا يمكن ان يجتمع العنوان المحمول مع العنوان الموضوعي في بمصداق تخيل لموجبات خاصة دخل دار الوجود صار بالفعل سارة بالفعل اما ان يصير بالفعل او يرتفع بالفعل لانه ان كان قد يتصف وقد لا يتصف ليس بالضرورة مرة يتصف بالضرورة بالايجاب يعني لا يرفع من دار الوجود مرة يتصل بالظرورة بالارتفاع يعني لا يدخل دار الوجود. الامكان لا. الامكان قد يدخل وقاد لا يدخل لنفرض دخل لنفرض انه دخل يعني تعين في دار الوجود طه الباء يعني اندلجت تحت الباء واندرجت تحت الجيم بالفعل اذا درج تحت الموضوع لا تأتي وتقول تحت الموضوع المحمول لا تأتي وتقول لا يندرج لا يندرج اندرج فقولك لا يندرج تناقض تناقض جيت الان دخل يمكن ان يرفع ام لا يمكن ان يرفع? نعم يمكن يرفع. لماذا? لانه ممكن يعني يمكن ان يدخل ويمكن ان يخرج اذن دخوله تحت العنوان تحت العنوان الموضوعي وتحت العنوان المحمول العنوان الموضوعي ما هو? باء العنوان المحمول هو جيم في العكس نعم اذا الدخول الدخول الفعلي ينسجم مع عدم الدخول الفعلي تناقض ام لا? تناقض اذا اذا بنينا على الامكان نقع في التناقض. هذا هو دليل الخلف وهذا لا يحتاج اصلا لا يحتاج نحن بينا فيما سبق ان العكس يعطي المشروعية للاصل تبوتا في واقعا نفس امري في مقام الإثبات من يعطي المشروعية? هنا المشروعية العلمية كتقول الأصل يعطي المشروعية للعكس كيف? اذا احرزنا ان الاصل صادقون العكس يكون صادقا من اعطانا صدقية العكس الاصل في نفس الامر من اعطى صدقية اه ومشروعية الاصل هو العكس لماذا? لان مبدأ مبدأ الهوية لأنه مبدأ الهوية اذا قلت لا شيء من باء جيم بالامكان لا شيء من باب بالإمكان يعني قد يتعين بالفعلية المصداق بباء وجيم وقد لا يتعين وباء الذي تعين من هو؟ لأن الجيم قد يكون اه ما قد يكون اعم اذا كان باء عام يجب ان يخصص بمقدار جيم يعني يصير جيم جيم هذا هو المبنى بينت لكم انا دائما المحمول اذا صار موضوعا في العكس يجب ان يناسب جيم كما قلنا كل انسان حيوان اعكس بعض الحيوان انسان. هذا الحيوان يجب ان يساوي الانسان. يعني الانسان هو انسان فما في العكس في هذه القضية لا شيء من باب بجيم بالإمكان باء انه اعم يجب ان يساوي جيم كأن نقول كأنك قلت لا شيء من جيم جيم بالامكان معقول هذا معقول اصلا مبدأ الهوية ما فيه الجهة هذا هو التناقض الذي اشار اليه المحقق التونسي وبينه العلامة الحلي رحمة الله خلينا نعيد تطبيقا على من حلي اه لعلنا اه نفهم اكثر اقول اختلف المنطقيون في انعكاس ساري بالكلية الضرورية لا يهمنا هذا الامر قال القدماء انها تنعكس كنفسها ضرورية كما في المتن. وقال المتأخرون انها تنعكس دائمية. والمصنف رحمه الله ذهب الى الاولى. والدليل عليه اننا اذا قلنا لا شيء من جيم باب الضرورة هذا هو الأصل اليس الاصل? هو الاصل طبق عليه قانون القضية. يعني كل مصداق من مصديق جيم يعني كل مصداق من مصادق جيم تعنون بجيم ينتفع عنه باب الضرورة يعني يباين باب الظرورة فكي اينما كانت مصادق الجن تبتعد عن اه عنب فقد حكمنا بان هذا تطبيق المعيار المعيار القظوي فقد حكمنا بان كل ذات يعني كل مصداق يقال عليه جيم يعني يصدق عليه جيم جيم هو العنوان الموضوعي الموضوع يمتنع اتصافه بالمحمول. يباين المحمول هذي واظحة جدا وذلك يقتضي امتناع اتصاف كل ذات يقال عليها باء المحمول بصفة جيم بالموضوع يعني اذا عكست كذلك مصديق المحمول لا تنسى جمع الموضوع فيصدق لا شيء من باج بالظرورة. هذا هو مبنى القدماء لانه اذا دخل الى التعليم تشوش المسألة مسألة باينة لماذا؟ لان انا بينت لكم القاعدة الاساسية ومبنى الهوية نعم لا شيء من جيم با قد يكون عم اذا عكست قل لا شيء من باجيين بالظرورة يجب ان يساوي جيم لا يأتي بعموميته يأتي بمقدار جيم كانك قلت لا شيء من جيم آآ جيم بالظرورة لا شيء من جيم جيم بالظرورة نعم لانه هما مو ملتفتين الى هذا الامر يعني اذا كانت الهوية الجينية مباينة للهوية باب الضرورة حتما آآ اذا عكسنا الهوية البائية تباين الهوية الجينية بالظرورة والا نقع في التناقض لانه لولا ذلك يعني لولا الضرورة لامكن اتصاف شيء يعني مصداق مما يقال عليه المحمول المحمول هنا ما هو باء في العكس بصفة الموضوع واجب. فيصدق بعض باجي بالامكان لنوقظه والتقدير كذب الظرورية لأن حنا بنينا على ان الضرورية كاذبة فتصدق الممكنة لكن صدق الممكنة يستلزم الخلف يعني التناقض كيف? برهان الخلف لان ذلك البعض من الباء يعني ذلك المصداق الذي اتصف بالباء ويتصل بجين بالامكان اذا امكن اتصافه بالجيم يعني ليس بمستحيل</w:t>
      </w:r>
    </w:p>
    <w:p>
      <w:r>
        <w:t>ان يندرج تحت جيم لم يلزم من فرض وقوعه محال. نعم هذا هو. قد يقع لان ممكن وممكن قد يقع نعم. فاذا فرض واقعا صدقا دخل الى الفعلية. دخل الى دار الوجود نعم واذا فرض واقعا صدق بعض الجن بالفعل الفعلية يعني دخل دار الوجود فيكون ذلك البعض من جملة ما يقال عليه الموضوع اعني جيم لان دخل بالفعل بعنوان جيم لكن قلنا كل ما يقال عليه جيم يستحيل قوله عليه باء علي. لماذا? لان اه الاصل يشير الى البينونة اذا كانت البينونة فكيف يصدق على يصدق عليه جيم واذا كان مع فرض الاتصاف بصفة الموضوع يعني امكن ان يدخل الى الفعلية بجيم تقول بعض الجيم بالفعل التي هي جيم بالفعل اعني وقوع ممكن بالفعل من جملة ما يقال عليه الموضوع يعني مصداق جيم ببركة  وحين ان ووجب ان يكون في نفس الامر قبل الفرض كذلك اكتب هذه تحت هذه هذه العبارة اكتب آآ نكتب فائدة عمل خط احمر تحتها وكتب فائدة استراتيجية انا دائما اصطاد الكنوز من المتون وجب ان يكون في في نفس الامر قبل الفرض كذلك اكتب عملت تحتها خط واكتب فائدة استراتيجية. ما هي؟ ان المعرفة والقضايا نفس الامر يكون مفروضان يكون مفروضا ما معنى يكون مفروضا يعني المعرفة لا تخرج من لا شيء قرظت مقدما ومسبقا ان الواقع موجود لماذا? لان القضايا يجب ان تتعين في النزم المنطقي ببركة الواقع هذا هو معنى مفروض مفروض ليس ليس بمعنى انا افرضه لا يعني مسبقا انا باني على ماذا فارض على ماذا? ان هناك واقعية اذا المعرفة بدون واقعية لا تتعين في الدين ابدا. هذه استراتيجية. وهذه هي الواقعية نعم الواقعية المعرفية الواقعية الانطولوجية ان عملوا واقعية الصدقية الواقعية الدلالية هذه الواقعية نحن نتبناها. نتبنى الواقعية دلالية. الواقعية الابستيمية المعرفية. الواقعية الصدقية والواقعية الأنطولوجية الميتافيزيك هذه الامور نحن لا نتنازل عنها. اذا وجب ان يكون في نفس الامر قبل الفرض كذلك. يعني الان نحن قلنا اه اه ان المصداق اذا تعنون بباية عنون بالجيم ويدخل بالفعل اذا وصلنا الى ان المصداق تعنون ببا وتعنون بجيم في قولنا بعض باد جيم بالإمكان دخل الى الفعل هل هذا نحن ادخلناه? ان كشفناه كشفنا يشفنا ان في مصداق تعنون بباء وتعنون بجيم بالفعل لان ممكن قد تأتي العلل التي تحققه خارجا ويصير بالفعل. وجب ان يكون في نفس الامر قبل الفرض كذلك يعني قبل البحث العلمي والنشاط الفكري ان هذا المصداق موجود بالفعل ونحن وصلنا اليه من خلال النشاط المعرفي والا لكان على تقدير وقوع ممكن يكون ما ليس بذات الموضوع ذات له وهو محال. نعم والا يعني اذا لم يكن مفروض التحقق في نفس الامر لكان على تقدير وقوع الممكن يكون ما ليس بذات الموضوع ذات الله هو محال. يعني اذا لم يكن في الواقع النفس امري ببواجيم وان كان ادعائي ليس كذلك في واقع الأمر فنقع في التناقض المصداق متصل بعنوان الباء وبعنوان جيم وليس متصل بعنوان لا وجيم. والا لكان على تقدير وقوع الممكن يكون ما ليس بذلك الموضوع ذات له وهو محال. فيكون نتيجة فيكون التفريع فيكون وقوع ممكن مستلزما للمحال فلا يكون الممكن ممكنا نقول فهمت كيف اذا بمجرد ان نقول دخل الى الفعلية لا يمكن ان تترفعه لا يمكن ان ترفعه نعم لندخل بالفعل نعم اذا تقول لا ليس داخلا بالفعل نعم ما هو ممكن ليس به ممكن نعم اذا وصلنا الى هذا الأمر يؤدي الى الخوف فلا يكون الممكن وممكن ان تقوله. نعم وقوع الممكن بالفعل نعم تقول من اين دلينا انه واقع بالفعل مع انه ممكن يعني يجب ان نحيط باسبابه نعم نعم وقوع الممكن بالفعل افاد العلم بان شيء مما لم يعلم انه من جملته ما هو ذات الموضوع يعني ما صدق عليه باء هو من تلك الجملة اعني من جملة افراد جيم اما انه يصير ما ليس بذا جيم ذات جيم فلا يعني اما ان نقع في المحال اذا الإمكان هذه قاعدة كلية. الإمكان يعني جهة الإمكان اين تحرز الوقوع خارج القضية اما التناقض لا يحتاج الى خارج القضية صورمية القواعد الكلية والمنطق تكفي. هذا هو معناه حديث على منح اللي قال وكذلك ان كان الدائمية يأتي ان شاء الله اللهم صلي على محمد وآل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