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ولمحمد اللهم ارزقنا التوفيق والاخلاص وصلنا معكم الى هذه الفقرة قال وكذلك ان كانت الدائمة الرجوع الى الوراء ماذا قال قال واما السالبة الكلية فان كانت ضروريا عكستك نفسها وهنا يقول وكذلك يعني السالب الكلية اذا كانت دائمية ليست ضرورية. يعني المحمول ليس ظروريا للموضوع وكان دائميا عكسها يكون دائمين لان الملاك الواقعي للاصل هو العكس كما بينا. وهو مبدأ الهوية بمثل هذا البيان اذا بدل فيه امتناع الاتصاف يعني ظرورة الإنفصال نعم بدل بماذا? بعدمه في جميع الاوقات نعم عدم الإتصاب في جميع الأوقات يعني دائميا وليست ظرورية. يعني با ينتفي عن جيم او جيم ينتفي عن ما لا فرق حسب التركيب دائما هل يمكن ان يتصف به يمكن الا انه لم يتصف فبقي دائما منفك منفكا عنه العكس يكون كذلك منفكا دائميا ولهذا يقول وكذلك يعني السالبة الكلية. اذا كانت دائمية لم تكن ضرورية تنعكس كذلك بمثل هذا البيان اذا بدل فيه في هذا العكس امتناع الاتصاف بعدمه. في جميع الاوقات عدم الاتصاف ليس امتناع الاتصاف وامكانه وبدل امكانه بوجوده يعني العرفية الخاصة قلت لكم الإمكان يقابل العرفية يعني الدخول وليس يقابل الضرورة. وهنا يعترف على منحله او المحقق التونسي. وامكانه يعني وبدل في امكانه بوجوده الإمكان يعني قابلية الدخول بعد لم يدخل فكيف ينتفي هل تنتفي هذه القابلية? بالدخول نعم يقول بالوجودية يعني العرفية الخاصة اقول السالبة الكلية هنا العلامة الحلي السالبة الكلية الدائمية يعني انتفاء المحمول عن الموضوع دائما نعم تنعكس بمثل هذا البيان يعني سالبة كلية الداعمية اذا بدل في الدليل لان العكس عبارة عن دليل استخراج العكس من الاصل الا انه الدليل لا حد اوصت فيه. يعني ليس من القياس الاقتران اذا بدل فيه الدليل اه في الدليل امتناع الاتصاف بعدم الاتصاف في جميع الاوقات يعني هذه الدائمية اعني الدائمية وبدل فيه اي مكانه في نقيض السالب الضرورية بوجوده اعني الاطلاق العام الاطلاق العام يعني الدخول المطلق الدخول الفعلي الذي هو نقيض الدائمية. نقيض الدائمية وناقض كذلك الممكنة فانه اذا صدق يأتي بالامثلة لا شيء من جيم به لا شيء من جيم باب دائما. ما معنى? يعني كل مصداق تعنون بجيم يتعنون بباء لا يتعنون بباء لانها سالبة دائما يمكن ان يتصف يمكن انه ليس بالاستحالة صدقة العكس لا شيء من باء جيم دائما لا شيء من باء جيم دائم اذا كانت البينونة دائمية من الطرفين يعني جيم يبين المحمول دائما. لا يمكن ان يكون المحمول لا يباينه دائما. سهلة جدا واضحة وبديه نعم فانه اذا صدق لا شيء من جيم دائما صدق لا شيء من باء جيم دايما يعني كل من تعنون بعنوان الباء باء الذي كان محمولا لم يتعنون بالجيب الذي كان موضوعا في الاصل نعم لان عدم اتصاف كل ذات يعني كل مصداق يقال عليها الموضوع يعني عنوان الموظوع ووجب بالمحمول الذي وباء يقتضي ماذا? عدم اتصاف كل ذات يقال عليها المحمول بصفة الموضوع دائما لان وجود اتصاف شيء مما يقال عليه المحمول بصفة الموضوع يقتضي الخلف يعني يباين وليس بيبين نعم لان وجود اتصاف شيء مما يقال يقال عليه المحمول يقال يعني يحمل يعني يصدق عليه بصفة الموضوع يقتضي الخالص. يعني التناقض مبدأ التناقض وهو كون ذلك الشيء مما يقال عليه الموضوع اعني من جملة ما لا يعدم المحمول عنه دائما. نعم يعني تجد مصداقا يصدق عليه الموضوع ويصدق عليه المحمول مع التباين التام يعني التباين وعدم التباين هذا هو الخوارج. واضحة جدا ولا حاجة في هذا الموضوع الى فرض يفرض كما احتجنا في السالبة الضرورية الى فرض وقوع الممكن. كما مر علينا وتحريره انه لو لم يصدق لا شيء من باب جيم دائما. قياس الخلف يعني نبني على نقيض المدعى. نقيض المدعى ما هو البينونة التامة بنحو الدواء هذا هو المبنى. نبني على نقيضه ما هو? لا في مصداق فيه الاجتماع اجتماع الموضوع والمحمول لصدق بعض باج بالفعل. يعني فيه مورد لا ما في بينونة. فيه توافق وفيه اتحاد مصداقية. فيه مصداقية ما. بعض باء جيم بالفعل. يعني فيه مصداق اجتمع فيه باء وجيم هذا نبني على النقيض فيصدق بعض جيم بالفعل نعم من عكس عكس الموجبة الجزئية موجبة جزئية اما بالعكس واما لان الذات واحدة وقد صدق عليها في الاصل صفتان فكذلك في العكس نعم اما بالعكس تعكس الجزئية بعض باجي نعكسها بالفعل تقول بعض جيم بالفعل يعني دخلت دار الوجود او لا تركز على العكس تقول كل ما صادق عليه او بعض ما صادق عليه اذا بعض ما صدق عليه جيمبا وبعض ما صادق عليه باجم وايضا ينضم قولنا بعض جيم بالفعل الى قول لا شيء من جيم دائما نعم بعض جيم بالفعل الى قوله لا شيء من جيم دائما. وينتج بعض باء ليس باء دائما وهو محال. كما بينت لكم في الحصة القادمة. بعض جيم بالفعل الى قولنا لا شيء من جيم بالفعل نعم احذف الحد الاوسط في القياس بعض باد جيم بالفعل صغرى الكبرى ما هي? لا شيء من جيم دائما يعني التباين التام احنا في حد الاوسط ما هو جيم كما سياتي في العقيسة نقع في بعض وباجيم ليس باء دائما يعني هوية تنفي قلت لكم حتى هذه بعض ما ليس باء خطأ لأن في مبادئ الهوية ما فيه سور لان مبدأ الهوية السور يدخل في مبدأ الجوهرية تعين الذات بالوجود تقول سين وجود او تعين الذات به اي تعين ما. سين عالم سين جالس سين كاتب بعض ما ليس دائما حتى بعض ما نحتاج. يعني الهوية تنتفي اذن مصداق ليس مصداق مشروعية عكس المستوي هو مبدأ الهوية ما بلا هوية. يعني اذا كان الاصل صادقا وكان العكس كذبا ظرب لمبدأ الهوية اذا يجب ان يكون العكس صادقا اذا كان الاصل صادقا قال وكذلك اذا كانت مشروطة او عرفي نعم سالبة الكلية تكون مشروطة يعني ببركة الوصف عرفية ببركة الوصف نعم عرفي يعني الديمومة بركة الوسط الوصف يعني عندنا ذات الموضوع يتصل بعنوان الموضوع ليس لعنوان الموضوع لوصف اتصف به العنوان يثبت له المحمول اما بالضرورة واما بالديمومة. الضرورة هي مشروطة العامة ديمومة هي العرفية العامة اما ثبوت الظرورة والدوام في العكسي فلمثل ما مر واما التقييد بالوصف لانه يحتمل ان يتصف بالموضوع بما يقال عليه المحمول في غير الوقت الذي يكون فيه متصفا بالمحمول. نعم قد ينتفي الوصف والموضوع يتصف بالمحمول. هذا المورد ما عندنا علاقة. نحن فقط نركز على الوصف. نعم</w:t>
      </w:r>
    </w:p>
    <w:p>
      <w:r>
        <w:t>اقول السالبة الكلية اذا كانت مشروطة عامة او عرفية عامة انعكست في كل واحد ذات منهما كنفسها بمثل ما مر من البيان فان اذا قلنا لا شيء من جيم باب الظرورة ما دام جاء جيم هذه مرت علينا يعني كل مصداق تعنون بجيم ينتفي عنه باء بالظرورة او في العرفية العامة ينتفي عنه بالدوام  فقد حكمنا على كل ذات كل ذات يعني مصداق يقال عليها الموضوع يعني يصدق عليه الموضوع بامتناع اتصاف بالمحمول. وذلك يستلزم الحكم بامتناء اتصاف كل ذات يقال عليه المحمول بصفة الموضوع اذا تباين الحجر عن الانسان فكل ما صدق عليه الانسان لا يصدق عليه الحجر وكل ما صدق عليه الحجر لا يصدق عنه الانسان كنا في ذات الظرورة او في ذات الديمومة لا فرق من هذه الناحية فقط هنا دخل شيء في في البين وهو الوصف نعم حتى يصدق لا شيء من بعد بالضرورة ما دام باء. ما دام الغسل والا يعني اذا ما قلنا هكذا لجاز اتصاف شيء مما يقال عليه المحفوظ محمول بصفة الموظوع. اذا لم تكن البينونة التامة في الضرورة وفي الدوام يعني عندك مصداق اجتمع فيه الموضوع المحمول اقول لماذا? لانك البينونة يعني مطلقا لا تواصل بين باء واجب بين الموضوع والمحبوب. تباين تام. نقيض التباين التام الاجتماع في مصداق هذا هو النقي نعم فيأتي بقياس الخلف نعم نعم يقول والا يعني وان لم تكن البينونة تامة بيننا عزل دائرة با منعزلة تماما عن دائرة جيم ودائرة جيم منعزلة دائما عند دائرة اذا لم يكن الامر هكذا يعني في اجتماع ولو في مصداق نعم والا جاز اتصاف شيء يعني مصداق من المصاديق مما يقال عليه المحمول يعني مما يصدق عليه المحمول بصفة الموضوع وهو مستلزم للخلف المتقدم في الضرورية يعني لو فرض ذلك الممكن واقعا حتى يصدق بعض حين هو باء بالفعل لانها وصفية لا اجتمع وصف جيم وهذا في ذلك وفي ذات واحدة نعم ضربا للبينونة نعم وقد حوكم في الاصل بالتلاث بينهما نعم جمعوا النقيب وكذا البحث في العرفية العامة. العرفية العامة تختلف عن المشروطة آآ في الضرورة عدم الظرورة يعني الديمومة بدون الظرورة. مشروطة لا ديمومة بالظرورة يشتركان في الوصف وكذا البحث في العرفية العامة فانه اذا صدق لا شيء من جيم ما دام جيم نعم الاولى ماذا كانت? لا شيء من جن بالضرورة ما دام الجن. هناك المشروطة ضرورية العرفية العامة لا العرفية العامة الانتفاء الدائم فقط لا شيء من جين ما دمج. يعني ما دام الوصف بيننا فقد حكمنا بعدم اتصاف كل ذات يعني مصداقي. يقال عليها الموضوع يعني يصدق عليها الموضوع. عقد الحاملة اه نعم يصدق عليها المحمول عقد الحمل وهو يقتضي يعني اذا بنينا على هذا يقتضي عدم اتصاف كل ذات يقال يقال عليها المحمول بالموضوع الى مصادق الموضوع انعزلت عن المحمول مصادق المحمول تنعزل عن الموضوع. هذا هو المؤدى لا شيء من اه ميم جيم باء ما دام جيم يعني ما دام الوصل والا يعني اذا بنينا على النقيض ما معنى? يعني يجتمعان في مصداق. الموضوع يعانق المحمول في مصداق والا لاتصف بعض الذوات يعني بعض المصاديق التي يقال عليها المحمول بالموضوع يقال عليها المحمول يعني لان الجرو المجرور بعيد خليني ادقق في التطبيق. والا لاتصف بعض الزواج. يعني مصداق واحد يكفي التي يقال عليها المحمود يصدق عليها المحمود بالموضوع يعني اتصال بالموضوع بالموضوع نجار ومجر متعلقا لاتصف بالموضوع ويلزم منه ويلزم له اتصاف بعض ما يقال عليه الموضوع بالمحمول وهو يناقض مع اذا اتصف مصداق بالمحمول وعانق الموضوع يعني المحمول اجتمع مع الموضوع في مصداق معنى الموضوع اجتمع مع المحمول في مصداق هذا هو ونحن بنينا على البينونة التامة  واما القيد بالوصف فيهما في المشروطة العامة والعرفية العامة فالاحتمال ان يكون بعض ما يقال عليه المحمول متصفا بالموضوع في غير الوقت الذي يكون متصف متصفا فيه بالمحمول الوصف اساسي اذا كان في الاصل يكون في العكس خارج الوصف لا يهمنا. قد يجتمعان وقد لا يجتمعان. ولهذا اشترطنا الوصف لدفع هذا الاحتمال فلا يصدق سلب سلب الموضوع حينئذ دائما. بل ما دامت الذات متصفة بالمحمول كما يصدق لا شيء من الكاتب بساكن ساكن الاصابع. طبعا ما دام كاتبا. يعني ما دام الشيء تورط بالكتابة اصابعه تتحرك ففي العكس لابد من قيد الواص. لانه لا يصدق لا شيء من ساكن بكاتب دائما لا ابدا بل مادام ذات الساكن متصفة بالسكون. نعم فان بعض ما يصدق عليه السكن يصدق عليه الكاتب حال زوال السكون نعم فلا يصدق صلب الكاتب دائما اذا اذا كان الوصف في الاصل يجب ان يكون الوصف في العكس ولا تخربطت العملية او الدليل اذا جئت بالعكس بدون الوصف لا يمكن ان يجتمع الموضوع مع المحمول بمصداقية اذا يجب ان تأتي بالوصف حتى تكون البينونة التامة في العكس وتكون البينونة التامة في تكون البينونة التمة في الاصل وتكون البينونة التامة في العكس فيحق فيصح الدليل نعم والملاك هو مبدأ او قال وفي المقيد منهما باللا دواب هذه الجهة المركبة الجهة المركبة يبقى القيد في البعض لماذا? لان الاصل يقتضي كون كل يقتضي كون كل ما يقال عليه الموضوع موصوف بالمحمول وقت الماء لماذا وقت الماء? لانه قال مركبة باللا دائمية يعني المحمول اما يعني المحمول اذا بنينا على السلب يباين مباينة الموضوع لا دائما يعني في مساحة ما في مسافة ما يلتقيان هذه الدواب فالمحمول يثبت للموضوع ويسري في المصاديق في مقطع ما المقطع الثاني لا لا يسري اذا قلنا لا شيء من با جيم لا دائما ما معنى? يعني يتصف في مقطع ولا يتصف في مقطعين. يعني عندنا قضية سالبة وعندنا قضية قضية موجبة عندنا فعلية وعندنا رفع الفعلية. واضحة جدا المسألة لان الاصل يقتضي كون كل ما يقال عليه الموضوع موصوف بالمحمول وقتا ما فينعكس جزئيا نعم جزئيا لان هذا اللا دوام لا يعطي الكل لي واذا انظاف الى السلبي اللازم مع الوقت جعله دائما بحسب الذات في البعظ اذا انضم الى السلب اللازم مع الوقت يعني عدم الانفكاك مع الوقت جعله دائم بحسب الذات في البعض. نعم يعني ينعكس جزئية دائمية اقول المقيد منهما باللا دوام وهي المشروطة الخاصة والعرفية الخاصة دائما اذا كانت عندك قضية وجاءت الجهة اللادائية يعني خرجت من المشروطة العامة المشروطة العامة ما هي آآ شتي السلب او في الايجاب ظرورة ثبوت المحمول للموضوع دائما او ضرورة تباين الموضوع المحمول دائما. هذه هي المشروطة العامة المشروطة الخاصة مقيدة باللا دواء يعني تقول لا شيء من الموضوع بالمحمولة دائما. يعني في مقطع يأتي التباين الضروري في المقطع ونقول لا يأتي الاتصال العرفية العامة لا شيء من الموضوع بالمحمول دائما. ما في ضرورة</w:t>
      </w:r>
    </w:p>
    <w:p>
      <w:r>
        <w:t>العرفية الخاصة في المقطع فقط. يعني الموضوع يتلبس بالمحمول في مقطع لا دائمية في مقطع ما ولا يتصف فيه به في مقطع اخر كانه قسم الدينومة الى دائرتين دائرة يكون فيها الاتصال دائرة لا يكون فيها الاتصال اقول المقيد منهما يعني المشروطة العامة والعرفية العامة بلا دوام ماذا يصير سير المشروطة الخاصة ظرورة انتفاء الموضوع عن الانتفاء المحمول عن الموضوع لا دائما يعني في مقطع ما هادي في العرفية الخاصة العرفية العرفية الخاصة لا شيء من بعد جيم لا دائما يعني في مقطع يأتيه تباين المقطع الاخر لا وهي المشروطة الخاصة والعرفية الخاصة مع الدربة والمباحثة العميقة والتطبيق هذه المصطلحات ترسخ في ذهنكم. بمجرد ان اقول لك المشروطة الخاصة تفهم ظرورية مؤقتة ظرورية في مقطع نقول احسن العرفية الخاصة ليست دوام على طول. نعم. في مقطع خاص تنعكس يعني المشروطة الخاصة والعرفية الخاصة. كل واحدة منهما يعني من مشروطة الخاصة والعرفية الخاصة الى عامتها مع قيد اللدوام في بعض الافراد نعم لأن اللاتيمية لا في كلها لا يمكن ان تكون في الكل لان هي خاصة مقيدة باللا دواب يعني يأتي وقت بعد النسبة تم فطور ارتفع ثم يأتي بي بالتطبيقات القضائية فانا اذا قلنا لا شيء من جيم باء ما دام جيم لا دائما. ما معنى هذا هذا التركيب يعني كل مصداق من مصاديق جيم يعني تعنون بعنوان جيم يتعنون بباب ما دام الوصف لان هذه وصفية بمقطعي لا دائما نعم صدق عكسه لا شيء من بعد ما دام بلى دائما هي هي نفسها نعم في البعض في بعض المصاديق لا شيء من بعد جيم ما دام باء لا داعيما في البعض ان يصدقوا بعض باجين بالاطلاق لان الاستمرار ينقطع هذا يأتي لاستمرار البينونة استمرار بينونة ينقطع في نقطة بعد ما معناه يعني يأتي الاتصال يأتي الاتصال. المحرز في الاتصال ما هو الجزئية على الاقل مصداق هناك يجتمع فيه باجم بالضرورة اذا كنا في المشروطة الخاصة او باجم بالعرفية العامة يعني ليس بالضرورة يجب ان نفهم المسألة هكذا. نعم فاذا قلنا لا شيء من جيم باء لا دائما في البعض ان يصدقوا بعض باجيين بالاطلاق. الاطلاق يعني اطلاقا اه العرفية العامة مطلق الدخول لان الاصل يقتضي كون كل ما يقال عليه الجيم فانه موصوف بالمحمول نعم لان اللا دوام سلب في كل فرد فرد يستلزموا صدق الاجابة على كل فرد فردي فيصدق قولنا كل جيم باب بالاطلاق وهي تنعكس جزئية فيصدق بعض باجين بالاطلاق نعم والاصل يستلزم لا شيء من باجم ما دام دي ممر في العامتين واذا انضمت هذه السالبة الى الموجبة الجزئية جعله لا دائمين بحسب الذات في البعض يعني في بعض المصاديق فيصدق لا شيء من باجم ما دام لا دائما في البعض وهو المطلوب يعني اذا استمر السلب الضروري او غير الظروري الظروري المشروطة الخاصة غير الظروري اه العرفي الخاصة يعني بدأ الاتصاف بدأ الاتصاف ولو في مصداق واحد لان اللاداني يعني هذا السلب يرفع يأتي الايجاب الايجاب ولو في مصداق واحد محرز. نعم. والاصل فيه ان هذه السالبة مركبة هذا هو الاصل لان في الجهة المركبة الجهة المركبة هكذا تقول كان في مثال العلامة الحلي انظر ماذا قال اه لا شيء من بعد جيم ما دام باء لا دائما كلما ادخلت لا دائما هناك عندنا قضيتان يعني مركبة هذا هو الاصل يعني هذا هو المبنى ان هذه السالبة مركبة من سالبة عرفية عامة او مشروطة عامة ومن مطلقة عامة موجب كل يوم مطلقة مطلق الدخول الفعلي نعم والاولى تنعكس كنفسها والثانية تنعكس موجبا جزئية مطلقة نعم المطلقة مطلقة عامة الكلية بلعكس جزئية نعم. بينا هذا في قال والممكنات ياتي ان شاء الله بيانه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