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ارزقنا التوفيق والاخلاص وصلنا معكم الى هذه الفقرة قال والممكنات يعني قضايا الموجهة بالإمكان العام او الخاص والمطلقات التي ليس لها جهة لا تنعكس لاحتمال ان يسلب اه وصف غير ضروري بالقوة او بالفعل عما يكون ضروري الثبوت له كالكاتب عن الانسان لغة بربرية  هذه العبارة عما يكون ضروري الثبوت له يعني اذا عكست اذا عكست القضية نقع في الظرورة فلا يمكن السلب ما ثبت بالضرورة كالكاتب عن الانسان جيد. احمل الكتابة على الانسان تقول انسان كاتب بالامكان العام. يعني ليس لا كتاب ضرورية له. لا كاتب ليس ضروريا للانسان. فينفتح عليه قد يكتبها ويتصف بالكتاب او تقول انسان كاتب لم تشر الى اي جهة. الاطلاق هنا الذي يقع في مقابل الضرورة والامكان ليس الاطلاق العام بمعنى الفعلية اطلاق يعني عدم ذكر الجهة قلت لكم هذا الاطلاق مجازي تسامحي وليس بجهة سلب الجهة اذا كانت عندنا قضية موجهة بالامكان الخاص والعام او الاطلاق يعني غياب الجهة هذا ما عنده عكوس واضحة جدا ما عندها عكوس لماذا? واضحة المسألة عدم الدخول الى دار الوجود اذا ما دخلنا دار الوجود ما عندنا مبدأ الهوية حتى نحافظ عليه بقول المدرسين سلب بانتفاء الموضوع هذا هو السر مبدأ الهوية ليس معيار فارغا باب ديال الهوية يشير الى ثبات الهوية يعني الله تعالى حي فهذه الذات ثابتة في تعينها ثابتة في هويتها وثابتة في تعينها ثبات الذات في هويتها هذا هو موديل هوية ثم تتعين بالحياة بالقدرة بالعلم ولا يأتي مبدأ الجوهرية هذا التعين لا قيمة له اذا لم تكن ذات ثابتة. ما دخلنا دار الوجود ما دخلنا دار الوجود حتى تأتي المعايير العقلية تحكم الفكر لان هي مأخوذة من اصل الوجود فلا معنى لي العكس نعم لا معنى للعكس اصلا اقول السالبة الكلية اذا كانت ممكنة سواء كانت عامة يعني بالامكان العام يستحي لا يستحيل نقيض محمول او خاصة يعني متساوية النسبة الى المحمول واللا محمول او مطلقة مطلقة يكتب هنا عدم الجهة يعني تقول انسان كاتب او لا شيء من الانسان بكاتب مثلا بالقوة او بالفعل هاذي بقوة وبالفعل انا عندي ما عندها معنى انك انت لا تتحدث بعدم الدخول الفعلي الى دار الوجود قوة والفعل ما عنده عما يكون ضروري ثبوت له الامكان ليس ضروريا الموضوع فيمكن ان يسرب وممكن ان يثبت لكن اذا قلت للكاتب انسان ما تقدر ما تقدر تسلب لماذا? لان لا كاتب بدون انسانية لأن الكتابة تعين بعد الهوية نعم فاذا عكست السلب تقول لا شيء من الكاتب بانسان. الكاتب مبدأ الجوهرية يعني بعد التعين من الكاتب هوية ما هي الهوية الانسانية فهل سير الكاتب لاس مبدأ الهوية ينتفي اقول السالبة الكلية اذا كانت ممكنة بالامكان العام او الخاص سواء كانت عامة او خاصة او مطلقة نفي الجهة لا تنعكس تبين لكم الامر لانه يحتمل ان تكون لشيء خاصة غير ظرورية الثبوت له. هذا هو عالم الامكان وحتى الجهة الاطلاق الاطلاق ليس جهة تسامحا الإنسان كاتب والكتابة خاصة ليست ضرورية له لا ضرورية الثبوت ولا الإنتفاء وخاصية الكتابة ما هي ضرورية للإنسان ولا اي انتفاؤها ضروري للإنسان نعم لانه يحتمل ان تكون لشيء خاصة غير ظرورية خاصة غير ضروري غير ضروري يحصل. الثبوت له للشيء ويمكن سلبها عنه تقول الانسان ليس بكاتب يمكن الإنسان ليس بنائم يمكن الإنسان ليس بمؤمن يمكن الإنسان ليس ببخل يمكن فانه يصدق سلب تلك الخاصة عن ذلك الشيء بالقوة او بالفعل يعني دخل الى دار الوجود وليس له هذه الصفة نعم لا بالقوة ولا بالفعل يعني ليس له شأنية الاتصاف تقول الانسان ليس بحجر او له شأنية الاتصاف الا انه لا يتصف تقول الانسان ليس بكاتب ولا يصدق سلبه عنها ولا يصدق سلبه يعني سلب الشيء عن تلك الصفة اذا عكست قل لا شيء من الكاتب بانسان هذه كارثة لأن هاد الكاتب ما هو? هوية انسانية تعينت بالانسان وتقول ليس بانسان عدم ثبات الهوية يعني انتفاء مبدأ الهوية كما انه يصدق يمثل قضايا وجميل هذا التمثيل. لا شيء من الانسان بكاتب بالامكان العام والخاص او بالاطلاق ليس لا شيء من انسان بكاتب وتسكت. لا تذكر الجهة. هذا يسمى الاطلاق الاطلاق الذي يقابل الضرورة والامكان. ليس الاطلاق العام الذي يدل على الدخول الوجودي ولا يصدق انظر هذا الاصل لا يصدق العكس لا شيء من الكاتب بانسان. بجهة من الجهات ان كان عام ان كان خاص اطلاق لان كل كاتب فهو انسان بالظرورة من اين جاءت الضرورة يعني ما بدن هوية خصوصا هناك ظرورة لا معنى لها لا معنى لها لان الجهات دائما في مبدأ الجوهرية. ظرورة هنا بمعنى خلافا اه اذا بنينا على هذا العكس نقع في التناقض اذا لا شيء من الانسان بكاتب. بالامكان العام بالامكان الخاص بالاطلاق. صحيح الكتابة ليس ضرورية للانسان يمكن يتصف يمكن لا يتصف اعكسها تقول لا شيء من الكاتب بانسان جيد. المحمول ما هو؟ الإنسان الموضوع ما هو? الكتب يعني شيء تعين بالكتابة الذي يساوي الانسان المحمولين ليس الشيء المتعين بالكتابة. الشيء في حد ذاته ما هو? انسان فنقع في مبنى الهوية سين ليس بسين ليس بسن والسر في تصوري انا هذه الجهات لا تشير الى دار الوجود لا تشير الى دار الوجود بمجرد ان تأتي لها بعكس خلاف المنطق خلاف الواقع خلاف المعايير العقلية خلاف الحقيقة نعم فليس لها آآ عكس من باب السر باب انتظار الموضوع. موضوع العكس هناك غير موجود نعم غير موجود لان معناها الهوية تنتفي نعم هذا هذه المسألة واضحة. اذا اذا اردت ان تطبق على المتن المحقق التونسي حتى يتضح لك اقول. قال والممكنات العامة والخاصة. هادي تعرفها والمطلقات يعني عدم الجهاد. لا تنعكس هذا هو الدعوة لاحتمال مبدأ السبب الكافي. تبين لي هذه الدعوة. لاحتمال ان يسلب اه وصف غير ظروري بالقوة او بالفعل يعني عنده في الشهرية او اصلا ليس له شأنية عما يكون ظروري الثبوت له. يعني وصف الكتابة يمكن ان يسلب بالامكان بالامكان الخاص بالاطلاق. تقول الانسان ليس بكاتب او لا شيء من الانسان بكاتب. يمكن عما يكون ظروري ثبوت له. يعني الكتابة تستسلم عما هو ظروري لها ما هو الظروري لها? هو الانسان? حين العكس تقل لا شيء من الكاتب بانسان للكتابة الانسان ضروري لها. لماذا الكتابة تعين بدون متعين مستند هوية تتعين يمكن او لا يمكن لا يمكن لا شيء من الكاتب بانسان معناه لا شيء من الانسان بانسان. مبدأ الهوية ينتفي</w:t>
      </w:r>
    </w:p>
    <w:p>
      <w:r>
        <w:t>له كالكاتب من الانسان نعم فتقول لا شيء من الانسان بكاتب نعم الكتابة ليست ضرورية للانسان بالامكان الخاص بالامكان العام يعيش طول حياته ليكتب. ممكن او بالاطلاق تقول الانسان لا شيء من الانسان بكاتب وتسكت ما تقول بالإمكان العام او بالإمكان الخاص هذا هو الإطلاق ولا يصدق لا شيء من الكاتب بانسان بجهة من الجهاد في ذلك الإمكان العام الخاص والإطلاق لماذا? لا شيء من الكاتب من الكاتب? انسان تعين بالكتابة فكأنك قلت لا شيء من الانسان متعين بالكتابة بانسان. معقول ماذا يكون حوار ماذا يكون? اسد حجر لان كل كاتب هذا هو التعليم. لان كل كاتب فهو انسان كاتب ما معناه? انسان تعين بالكتابة. فهو انسان بالضرورة قال وكذلك في الوصفيات كذلك في الوصفيات واعتبروا واعتبر هنا نعني التماس واعتبر ان كان سلم الكاتب بالقوة او بالفعل عن متحرك اليد عن التحريك واعتبر امتناع عكسه نعم اقول الممكنات الوصفية. ما معنى الممكنات الوصفية يعني المحمول يثبت للمحمول او ينتفي عن المحمول اذا كنا في دائرة السوالب ببركة الوصف يعني الذات لوحدها لا تستدعي ثبوت المحمول ولا انتفال المحمول اذا جاء الوصف للذات يعني الذات الموضوع بوصف فالمحمول يكون ممكنا هذا بالنسبة الى الإمكان والوصفية وكذلك في الوصفيات واعتبر نعم الممكنات الوصفية او المطلقات الوصفية. المطلقات هنا بالمعنى اللا جهة اللاجئة يعني تقول جيم بوصف لنا  ما تذكروا الجهة لان الاطلاق الاطلاق بهذا المعنى انتفاء الجهة فالمحمول يثبت لجيم او ينتفي لجيم تقول لا شيء من جيم ببركة الوصف او تقول كل جيم ببركة الوصف باء سلبي ايجاب لا فرق اذا لم تكن عرفية لم تكن عرفية يعني لا تكون الدائمية لا تنعكس في السلب ايضا لما مر مثال لا شيء من متحرك اليد بكاتب بالإمكان او الإطلاق حين هو متحرك اليد لا شيء من متحرك اليد بكاتب بالامكان نعم ولا يصدق لا شيء من الكاتب متحرك اليد حين هو كاتب بالامكان العام دقق في القضية الاولى لا شيئا من متحرك اليد بكاتب بالامكان والاطلاق يا علي حركة اليد اه ليس حركة اليد الكتابة لا تثبت بالظرورة لمتحرك اليد ولا بالاطلاق يعني بالامكان لان المتحرك اليد اعم من الكتابة قد يحرك اليد في البناء يبني او يصبغ هل بالضرورة تكون الكتابة? لا فيمكن انفكاك الكتابة عن متحرك اليد بالذي يسبق فالذي يبني نعم يده تتحرك وليس في دارة الكتابة. ادارة الصبغ ادارة البناء نعم يقول هذا لا ينعكس. لماذا? لانك اذا عكست القضية تقع في المشكل ولا يصدق العكس. لا شيء من الكاتب بمتحرك اليد. حين هو كاتب بالامكان العام. لا شيء من الكاتب المتحرك اليد في الكاتب مدرج ماذا? مدرج متحرك اليد. لان الكاتب يجب ان يتحرك يحرك يده على الاقل اصابعه حتى الكتابة على اللابتوب على الحاسوب لا شيء من الكاتب المتحرك اليد كانك قلت لا شيء بمتحرك اليد ليس بمتحرك اليد نعم وهذا مبدأ الهوية ينتفي لان كل كاتب فهو متحرك اليد بالظرورة ما دام كاتبا واضحة جدا المسألة هذا ما في الكتاب وهو غير تب يعني لعل من حل يناقش استاذه نعم لان مثاله هذا دل على عدم الانعكاس وصفيا يعني ببركة الوصف قلت لكم المنطق الحديث تخلص من الالفاظ وما تجره الالفاظ الى ذهننا من المعاني فانت تركز على المعاني تنفي السورانية المنطقية تخلصوا من هذا الامر وابتكروا ما يسمى بمنطق القضايا او بمنطق المحمولات اه اجمل وابهى من المنطق القديم وان كان المنطق القديم فيه من الكنوز الكثير يعني من يتقن المنطق الحديث يدرس المنطق القديم بطريقة اروع نعم اروع ولكن الذي يتقن المنطق القديم ليس بالضرورة انه يتقن المنطق الجديد. لكن من يتقن المنطق القديم جيدا ينفتح على المنطق الجديد بطريقة رائعة قوية نعم لان هذه الخلفيات كلها عندهم العلامة يحل يقول هذا ما في الكتاب يعني في النص في المتن وهو غير تام لان مثاله هذا دل على عدم الانعكاس وصفيا. نعم والاقرب في المثال ان يقال يصدق لا شيء من الانسان بكاتب. حين وانسان بالامكان او الاطلاق لا شيء من الانسان بكاتب حين هو انسان. نعم لا شيء من الانسان بكاتب الكتابة ليس ضرورية للانسان قد يكتب وقد لا يكتب. سلب معقولة لا شيء من الانسان بكاتب حينه انسان. قد تجد مصاديق من الناس لم تكتب طول حياتها نعم ولا يصدق العكس لا شيء من الكاتب بانسان مطلقا بشيء من الجهاد نعم لان الكاتب ما هو الكاتب هو الإنسان متعين بالكتابة. هذا مستحيل ان تسلب عنه الآن سامية هذا ما بناه المحقق الطوبسي. والتقرير التام هنا ان يأتي بتقريره الاعلامي المطلقات اخصها الوقتية لماذا اه الخاصة الوقتية لماذا ليس قصها مطلق الدخول العرفية العرفية الخاصة معليش لانها اخص من المنتشرة التي هي اخص من الوجودية الا دائمية. الوجودية الدائمية يعني الفعلية في مقطعي التي هي اخص من الوجودية اللا ضرورية واذا لم ينعكس الاخص لا ينعكس العام لأن لازم العام لازم للخاص طبعا كل ما كان لازما لما هو اعم كل ما يدخل تحت الاعم هذا لازم يأتي نعم هذا اللازم يأتي نعم لازم الحيوان لازم للإنسان الحيوان يتحيز للإنسان يتحيز في هذه النشأة وانما لا تنعكس الوقتية لانه يصدق قولنا لا شيء من القمر بمنخسف بالظرورة وقت التربيع لا دائما نعم ولا يصدق لا شيء من المنخفض بقمر بجهة من الجهاد لا شيء من من من الموقع الصيف بقمر جهة من من جهات المنخصف والقمر. مقاوم القمر متعين تعين العلامة الحلي هنا لانه بنى على الوقتية هي اخص والوقتية تنتمي الى الدخول الوجودي انا في تصوري والله اعلم انا العلامة الحلي خلط بين المطلقة التي تقع في مقابل الضرورة والامكان يعني لا جهة هذه المطلقة آآ المجازية مع المطلقة التي هي معنى الدخول دار الوجود المطلقة العامة او الخاصة. نعم المهم هذا مبنى العلامة الحلي. اعيد التقرير. والتقرير التام هنا ان نقول يعني المطلب الصحيح المطلقات اخصها الوقتية هل هو يقصد المطلق التي دخل دار الوجود او المطلقة عدم الجهاد لا ادري لان اخص من المنتشرة. المنتشرة يعني ملأت المناطق المتعددة اتنفس اتنفس صباح مساء الليل اما في وقتي يعني اتخذته وقتا خاص تانية مثلا طبعا المنتشرة اعم لان الوقتية اخص من المنتشرة التي يعني المنتشرة اخص من الوجودية اللادائية لوجود يعني الدخول غير الدائم يعني الدخول في مقطع نعم التي هي اخص من الوجودية اللا ضرورية نعم الوجود ديالها ضرورية يعني دخول غير ضروري يعني يمكن ان يرفع واذا لم ينعكس الاخص لا ينعكس الاعم لان الاخص داخل تحت الاعم اذا لم ينعكس فالدائرة كلها لها  اذا عكس الاخص آآ ينعكس من الداخل داخله واذا لم ينعكس الاخص لا ينعكس الاعم. يعني اذا لم تنعكس</w:t>
      </w:r>
    </w:p>
    <w:p>
      <w:r>
        <w:t>الوجودية لا ضرورية لا تنعكس الوجودية اللادائية. لا تنعكس المنتشرة لا تنعكس الوقتية نعم واذا لم ينعكس الاخص لا ينعكس العام. هذه قاعدة منطقية لان الاعم يدخل تحته الاخص فحكم الأخص هو حكم الأعم اذا كان الأخص لا ينعكس الأعم لا ينعكس. منطقيا مبدأ التناقض هو الحاكم لان لازم العام لازم الخاص ها حيوان عنده لازم والحيوان في متن الانسان هذا اللازم يسري في الانسان وانما لا تنعكس الوقتية لانه لماذا الوقفية لا تنعكس حتى يتم برهانك لانه يصدق قولنا لا شيء من القمر بمنخسف بالظرورة وقت التربيع لا دائما يعني خارج الحيلولة القمر لا ينعكس لكن ليس دائما عندو وقت ينعكس في اه ينخصم فيه ولا يصدق لا شيء عاكسها لا شيء من القمر بمنخصف اعكسها لا شيء من المنخصف بقمر بجهة من الجهاد. لا ابدا لا شيء من المنخفظ بقمر كانك قلت لا شيء من القمر المتعين بالخسوف منخسفة لا شيء بالقمر المتعين بالخسوف قمر مبنى التناقض مبدى الهوية انت فيه اذا اكتب هذه القاعدة الذهبية. العكس مطلقا باي جهة كانت ما عدا الموارد التي ليس فيها فيها انعكاس وهي الممكنة الخاصة والعامة والمطلقة عدم الجهة مشروعية الدليل هو مبدأ الهوية. مبدأ الهوية يعني مبدأ الهوية يعطي المشروعية للاصل في مقام الواقع في النظم التحققي والاصل يعطي المشروعية لان دليل من هنا نصل الى العكس يعطي المشروعية في مقام النظم المنطقي النظم الادراكي والمعرفي للعكس نعم قال واما السالبة الجزئية فلا تنعكس للصحة السلبي الخاص عن بعض العام وامتناء وامتناع عكسه سلب الجزئية تقول يعني بعض باء ليس بجيم بعض ما ليس بيجي المفروض تنعكس اه بعض جيم ليس ليس بباب يعني الهوية اذا بنينا على عكس السالبة الجزئية الهوية في بعض الموارد تنتج هل الهوية تنتفي جميع الموارد? ابدا هذا هو مبدأ الهوية يعني العناية الالهية اذا خلقت المخلوقات تعتني بهويتها على مستوى دائرة هويتها يعني تبقيها ثابتة بشرط الخلق طبعا كما يقولون حكماء يقولون بشرط التواجد فالهوية تحفظ واذا تعينت بتعين بتعينات تلازم ذاتها يعني من شؤوناتها كذلك هذه تعينات تحفظ فيستقر الوجود ثم المعرفة تأتي مطابقة لذلك الوجود. اما اذا كانت الهوية في كل ان تتغير وتعيناتها تعيناتها في كل ان تتغير انت ما تقدر تعيش ولا تقدر تفهم الواقع. الماء في في لحظة ما في لحظة اخرى ليس بماء. الماء في لحظة يرفع العطش في لحظة ما لا يرفع العطش. يعني الهوية غير ثابتة نعم اقول واما السالب الجزئية فلا تنعكس يعني بعض باء ليس بجيم لا تقول بعض جيم ليس بباب لصحة سلب خاص عن بعض العام نعم سلب الخاص عن بعض عام وآآ الصحة امتناع عكسي. اقول السوالب الكلية نعم لا تنعكس كالممكنات والمطلقات هذي بيناها لا لا تنعكس جزئيا وهو ظاهر للنقض بما ذكر في الكلية الا لازم العام لازمو الخاص هادي بينها واما السوالب التي تنعكس كليا فغير الخاصيتين لا تنعكس لان الظرورية اخص وهي لا تنعكس واذا لم ينعكس الخصل لم ينعكس العام وبيان ان الضرورية لا تنعكس انه يصح سلب الخاص عن عن بعض افراد العام بالضرورة. نعم يمكن يمكن سلب السلب الخاص من يعني العامة بعضه ليس له ليس له مواصفة خاصة نعم وان كانت مصادق العام لها هذه المواصفات ولا يصدق العكس كما يصدق بعض الحيوان ليس بانسان ولا يصدق بعض الانسان ليس بحيوان بعض الحيوان ليس بإنسان واضحة جدا الحمار لكن بعض الانسان ليس بحيوان هذا محال لماذا لأن الإنسان داخل داخل الحيوان انسان داخن في عمق الحيوان نعم فسلب الانسان من الحيوان كانك قلت الحيوان ليس به حيوان دائما مبدأ الهوية هو اه الجميل اذا السالبة الجزئية لا تنعكس نعم بعظ باء ليس بجين ما عندك تحط حق تقول لبعض جيم ليس بباء لان الجيم قد يكون عام تقول بعض باء ليس بيجي يعني بعض الحيوان ليس بإنسان جدا معقول هنا الموضوع عام المحمول خاص عكسها تقول بعض الانسان ليس بحيوان بعض الانسان ليس حيوان. ما معنى? معناه الحيوان ليس بحيوان او الانسان ليس بانس. مبدأ الهوية الحيوانية تنتهي ما بدا الهوية الانسانية تنتفي. من هنا لا تنعكس. اذا اكتب الملاك هو مبدأ الهوية يعني تنتفي والملاك ان المحمول قد يكون هو خاص نعم ولهذا يقول واما السالبة الجزئيان فتنعكع فلا تنعكس لصحة سلب الخاص عن بعض العام سلبي الخاص عن بعضنا وآآ لصحة سلبو ولامتناع عكسه سلب الخاص عن بعظ العام كما في المثال اه ام بعض تقول بعض الحيوان اسلب منه الخاص ليس بايزا سلبي الخاص عن بعض الحيوان يعني سلب الإنسان عن بعض الحيوان. بعض الحيوان هذا هو العام ليس بإنسان تعكس تقول اه بعض الانسان ليس بحيوان غير معقول ان الحيوانية تشمل على تشمل الانسان. اذا السر بهذا هذه الفقرة عدم انعكاس السالبة الجزئية تقول مبدأ الهوية ويمكن ان يكون المحمول اخاص من الموضوع فلا ينعكس لانه اذا انعكس يؤدي الى انتفاء الهوية مثاله رائع جدا بعض الحيوان ليس بإنسان الإنسان اخص ام لا? انسان يعني المحمول اخص اعكسها بعض الانسان ليس بحيوان معناه الإنسان ليس به انسان حيوان وليس بحيوان اذا ملاك عدم الانعكاس البعيد هو مبدأ التناقض. القريب هو ان المحمول في الاصل يكون اخص يكون اخص نعم اذا عكست صار بعض الانسة ليس بحيوان كارثة يعني ليس بإنسان لسانه ليس بلسان الحياة وليس بحيوان نعم قال الا في المشروط او العرفية الخاصتين يأتي ان شاء الله بيانه.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