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قال الا في المشروطة والعرفية الخاصتين سلب الجزئية قلنا لا تنعكس نعم لانه تخرب مبدأ الهوية بان في عمومية الموضوع اذا انعكست يصير  تساوي بمقتضى مبنى الهوية وهذا لا يمكن اذا قلت بعض الحيوان ليس بانسان سلبة جزئية عاكسها بعض الانسان ليس بحيوان لان الموضوع في الاصل الحيوان اعم بعض الحيوان ليس بإنسان صادق. الأصل صادق المفروض العكس يكون صادقا ولا يصدق انظر العكس لا يصدق بعض الانسان ليس بحيوان لان في هوية الانسان الحيوان الانسان ما هو حوار ناطق? اذا اذا نزعت الحيوانية من الانسان نزعت الهوية ترى مبدأ الهوية يندف في هذا النص او هذا المتن قال الا في المشروطة والعرفية الخاصتين. المشروطة والعرفية الخاصتان اه عندنا مساحة الاتصاف اتصال في الموضوع بالمحمول القيد موجود لا دائمية. يعني النسبة موجودة الى نقطة بعد النقطة النسبة ترفع اذا عندنا قضية سين لا سين سين ولا سين السن هي النسبة ثبوت المحمول للموضوع سين الى نقطة لان لا دائمية ثم لا شيء اذا كنا في المشروطة الخاصة والعرفية الخاصة ثبوت المحمول للموضوع في المشروطة بالظرورة ببركة الوصف في مقطع ما. بعد المقطع يرتفع يرتفع ترتفع النسبة العرفية الخاصة تبوت المحمول للموضوع ببركة الوصف ليس بالضرورة. وفي مقطع خاص يعني تصل الى النقطة هناك ترفع سين يعني هذه النسبة سين بعد النقطة ما سير العسيل نعم سين ولا سين الا في المشروطة الخاصة والعرفية الخاصة هناك السالبة الجزئية لها عكس فان الاصل فيهما يقتضي ان يكون لشيء وصفان متنافيان يوجد كل واحد منهما في وقت يعني سين تصل النقطة تأتي حكومة لاسين اذا كم له وصف له وصف يثبت المحمول به للموضوع في مرتبة اخرى هذا الوصف يستدعي ماذا? انتفاء الموضوع المحمول لانتفاء الواص. ولهذا يقول وصفان متنافيان يوجد كل منهما في وقت. فاجعل انت المساحة واعمل خط في هذه المساحة تأتي المقطع الأول فيه الاتصاف المقطع الثاني ما فيه الاتصال. سين لا سين واضحة جدا فكما يسلب عنه احدهما لا دائما بل عند وجود الاخر كذلك الاخر يسلب عنه لا دائما بل عند وجود الاول. اذا اذا كانت الحكومة للسين لسن ترفع اذا كانت الحكومة ترفع هذا هو مدلول كلام المحقق التونسي وهذا العكس مع ما يتبعه في ابواب الاقيصة مما عثر عليه اللي فاضل اثيروا الدين الابهاري هذا من انصاف من انصاف المحقق الطوسي عادة القدماء قليل ما ينسبون الابتكارات غيرهم اما لعمل التقوى وذوبان الذات في الاخلاص وين من باب الحسد قد يكون هناك الحسد اقول قدماء المنطقيين حكموا على الاطلاق ان السالب الجزئي لا تنعكس وهو حق فيما عدا الخاصتين الشروط الخاصة والعرفية الخاصة واكرر مشروطا خاصة مقيدة باللادوام يعني ثبوت المحمول للموظوع ببركة الوصف الضروريون في مقطع لا دائما سين لا سين العرفية الخاصة ثبوت المحمول للموضوع ما في ضرورة ببركة الوصف في مقطع خاص سين لاسين هادي هي العرفية الخاصة في العرفية العامة اما المشروطة الخاصة يعني مقام الضرورة ببركة الوصف في مقطع علماء نعم والعرفية الخاصة فانهما تنعكسان كانفسهما مثلا اذا صدق بعض جيم ليس باء ما دام جيم لا دائما انظر يعني في مساحة ينتفي باع الجيم انتفاء الدائم الى لا داعمي يعني نصل الى نقطة النسبة التي النسبة السلبية التي كانت لاسن صرصين نعم اقتضى ذلك تنافي تنافي وصف جيم وباء الصادقين على ذاتهم ذات جيم اكتب المصداق كل من صدق عليه العنوان عنوان في هذا المثال. عنوان جيم يتبرأ عنه عنوان باء لمسالب او بعض ما نقول كل بعض مصاديق جيم اذا تلبسوا بجيم وفيه هناك وصف يسند عنهم من الضرورة نعم لكن لا دائما في نقطة ما يعني في مساحة ما. ثم يأتي الحدود الخط هناك لاسن تنقلب السين نعم مثلا اذا صدق بعض جيم ليس جيم لا دائما طبق عليها معيار القضية يعني مدلول القضية تقول هكذا شريحة من مصاديق جيم يصدق عليها جيم ينتفع عنها باء بالضرورة. اذا كنت في المشروطة الخاصة لا دائما في مقطع خاص اذا كنت في العرفية العمل تقول شريحة من مصاديق جيم يعني تعنونت بجيم والوصف هناك موجود تتبرأ عن باء او باب تسرب عنها ليس بالضرر عرفية خاصة تسلب عليها باء فقط دائما لا في مقطع خاص ان مقيدة باللا ديمومة لا دائما اقتضى ذلك تنافي وصف جيم وباء الصادقين على ذات جيم على ذات جيم اكتب تحتها خط احمر اذكرك بامر مهم كلما كانت نكتة علمية مهمة انا اشير اليها قلت لكم في ممر في تحليل القضية الى عقد الحمل وعقد الوضع قلت لكم المحمول يستحيله ان يتفرد بمصاديق هو يصدق على مصاديق الموضوع يعني المحمول يسري الى الموضوع حينها يسري الى الافراد. ليس له مصاديق مستقلة با اذا قلنا مثلا كل باجي باما عندو مصديقو اه تجيب عندو مصادق لا ابدا مصاديق المحمول الذي هو جيم في مثالنا كولبا جيم هي مصادق باء هنا يشير الى هذه النقطة يقول  اه اختار ذلك تنافي وصفي جيم وباء الصادقين على ذات جيم. انظر يصدقون على ذات جماع. يعني على مصداق جيم المحمول ليس له مصداق مستقل وبينت لكم هذا الامر مع بينته في تحليلاتي السابقة نعم اقتضى ذلك تنافي وصفي جيم وباء الصادقين على ذلك جيم على ذات جيم ووجود كل واحد من الوصفين في وقتهم نعم الوصل في وقت معاني حكومة سين حكومة حكومة لاسين تختفي عند الحدود تدخل حكومة ولهذا يقول ووجود كل واحد من الوصفين في وقت اما جيم فلانه عنوان الموضوع ببركة الوصف. جيم هنا يعني هو مركب مركب من ميم وعين ميم ميم هو الموضوع مع الوصل. المجموعة سماها جيم. يعني الوصف موجود واما جيم فلانه عنوان الموضوع نعم واما بعد فلان حكمنا بلا دوام السلم يعني القضية او النسبة ثبوت المحمول الموظوع ببركة الوصف تقف عند حد تنتفي القضية السالبة تأتي القضية الموجبة فلان حكمنا بلا دوام السلب يعني السلب يختفي في نقطة في حد ما يأتي الايجاب فيلزم ثبوت الايجاب نعم واذا تنافيا في تلك الذات يعني جيم لا يجتمع في مصداق وما لا يجتمع في مصداق واذا تنافيا في تلك الذات الذات هنا يعني المصداق يعني اذا قلنا بعض الانسان ليس بحجر الإنسان طه خالد ليلى زينب علي كل حاجة عندك العقيق الذهب وهكذا فاذا تنافيا في تلك الذات وصدق كل واحد منهما عليها  يعني في تنافي وفي صدق. صدق سلب كل واحد منهما عنها في وقت اخر. نعم</w:t>
      </w:r>
    </w:p>
    <w:p>
      <w:r>
        <w:t>يعني فيه مساحة يجتمعان في مساحة يرتفعان ما معنى يرتفع? يعني ترتفع النسبة? ليس الموضوع المحمول يعني لا يجتمعان في مصداق. هذا هو معناه يرتفعان فاذا تنافيا في تلك الذات وصدق كل واحد منهما عليها صدقة جيم مثلا صدق سلب كل واحد منهم معنا في في وقت اخر فاذا صدق الاصل صدق العكس نعم فيصدق بعض باء ليس جيم ما دام باء لا دائما. انظر العكس الاصل ما هو بعض جيم ليس باء ما دام جيم لا دائما يعني في بينونة في شريحة من المصاديق مصديق جيم لا دائما كيف ينعكس بعض باء ليس جيم ما دام لا دائما بعض باء ليس جيم يعني شريحة من مصاديق يعني من تعنون بعنوان باء ليس جيم ينتفع انه جيم ما دام باء لا دائما وهو المطلوب هذا من ابتكارات من ابتكارات اه اثيروا الدين الابهري السر ما هو? السر هذا اللادائيمية اللا دائميه نعم هذا هو السر نعم نعيد بعض جيم ليس باء ما دام جيم لا دائما يعني خذوا المساحة الاولى الذي تنتفي فيه النسبة شريحة من مصاديق لانها جزئية. شريحة من المصاديق مصاديق جيم ينتفع عنهم المحمول الباء اما بالضرورة واما لا بالظرورة. بالظرورة مشروطة خاصة غير ظرورة عرفية خاصة. لا دائما ما معنى? يعني يأتي وقت يأتي تأتي نوبة الاجتماع يكون الاجتماع يكون نقول بعظ جيم هو باء لا دائما ما دام اه مادام جيم ببركة الوصف نحن في المشروطة والعرفية واذا تنافيا في تلك الذات يعني لا تجيب موجود في المصداق اه لا الجيم موجود في المصداق لا ينسجم مع المحمول هذا هو التنافي وصدق كل واحد منهما عليها صدق سلب كل واحد منهما عنها في وقت اخر نعم يعني السن ثم فيه ايجاب فيه ايجاب فيه سرب فاذا صدق الاصل صدق العكس فيصدق بعض با ليس جيم ما دام باء لا دائمان في المطلقة خارج عن اما الشروط الخاصة العرفية الخاصة. مطلقا السالبة الجزئية لا تنعكسها. الاب هل يخصصها اي خصصها في المشروط الخاصة والعرفية الخاصة نعم بعض باء ليس جيم ما دام باء لا دائما نعم اذا تقول بعضهم ليس جماد دائما يعني كل مصداق اتصفا بالعنوان الموضوع ما هو باء؟ لا كل لا شريحة من مصاديق باء يعني تلبست بباب ينتفي عنها جيم الذي كان موضوعا في الاصل ما دام الوصف ما دام باء لا دائما نعم وبعبارة اخرى اذا انتفى اذا تباين الجيم في بعض المصاديق تباين عن باء في بعض المصادق ببركة الوصف بطبيعة الحال باء يتنافى عن او ينتفي عن جيم ببركة وصفه الملمنة وهذا العكس مما عثر عليه اثير الدين المفضل بن عمر الابهري. نعم ايراني من آآ من قزوين وزنجان منطقة بما ممكن بين قزون وزنجان في ايران منطقة تركية. نعم. وليست فارسية. نعم كان منطقيا وكان فيلسوفا وكان فلكيا ورياضيا نعم وكان معاصرا اه المحقق التونسي وعنده كتاب تعديله المعيار في نقدي نعم آآ له تنزيل الافكار كتاب مطبوع وناقضه المحقق التونسي اه باسم تعديلا ايه اللي معيار? فيه نكات منطقية في غاية الجمال في هذا في اصل الكتاب يعني تعديل المعيار وفي نقده والنقد اجمل للمحقق التوصي رحمة الله عليه. احكام عكس النقيض. الان اتممنا البحث عن عكس المستوى الف باء باء جيم هذا وعد في المستوى الف باء بجيم بالجهات المتعددة هنا لا هنا عندك الف باء هو الاصل تقوم بعملية فكرية. تدخل السلب على الطرفين. لا الف لا باء. ثم تعكس القضية ماذا تصير? تصير لا باء لا الف يعني نمر بمرحلتين عندنا الاصل ما هو الف بقى المرحلة الاولى ندخل السلم على الطرفين ماذا تصير القضية? لا الف لا باء ثم اعكسها لا بلى الف. احذف العملية الاولى اياك عكس النقيض. الف باء هو لا باء لا الف نعم اذا كنا في دائرة الاتحاد اذا رفع الأول يرفع الثاني قال واما عكس النقيظ بيناه فاحكام الموجبات السوالب المذكورة في العكس المستوي باعيانها تتبادل فيه وذلك في كل قضية لم يؤخذ موظوعهما من حيث انه منتفي يعني السلب فانهما اذا كانتا متحدين الموضوع والكمية يعني الموضوع واحد والكمية واحدة كل كل والموضوع جيم واحد متقابلتي المحمول بالتحصيل والعدول اشارة الى الية اه عكس النقيض متقابلتي المحمول بالتحصيل والعدول. يعني تقول الف باء والعكس ما هو لا بلى الف. يعني المحمول يصير موضوعا بالسلم والمحمول يصير موضوعا بالسر اعيد الموضوع يصير محمولا بالسلب والمحمول يصير موضوعا بالسلم الف باء يعني لا باء لا الف. هذا هو. متقابلتي المحمول بالتحصيل والعدول كانتا متلازمتين متحدي الجهة كما مر ذكره. ثم اذا اخذنا لكل قضية عكس ملازمتها المخالفة لها في الكيفية يعني واحدة موجبة وواحدة سالبة ان انعكست انتقل حكم العكس بعينه الى مخالفة الكيف يعني آآ اذا كان الاصل اه ايجابيا العكس يكون سلبيا في تلك في تلك الجهة نعم الجهة واحدة لكن واحدة بالايجاب وواحدة بالسلب ثم اذا اخذنا ملازمة العكس عادت كيفيتهما الى ما كانت في الاصل نعم وكان وكانت عكس نقيله وما وما لا ملازم له او لا تنعكس ملازمته فلا عكس نقيض له فلا عكس نقيض له. يعني لغة بربرية وهذه هي اللغة لماذا اه الحوزوي ذهنه وقع لانه يتعب كثيرا في التعامل مع هذه المتون فالعقل يألف هذه التعقيدات ويفكك العبارات ويخرج المعنى مع الزمن يصير ذهنيا قادة ذهنية وقادة اقول عكس النقيض وهو التبديل ها هنا المحور الدلالي نعم او المحور المعرفي وهو تبديل كل واحد من طرف القضية. الف باء تبديل يعني باء الف بالسلب بنقيض الاخر واضحة والعكس المستوي يتبادلا في الاحكام فحكم السوالف في المستوى حكم الموجبات هنا يعني ما كان في العكس المستوي اه سالبا وله مجموعة من الأحكام تسري هنا في الموجبات هنا. لماذا? لان في عكس المستوي عكس المستوى ليس بالضرورة ان يكون العكس سالما كل الف باء بعضه باء الف هنا لا فيه فيه النفي يعني دخول السلب ضروري حتى تتعين هويته اه اه عكس النقيض. نعم وحكم الموجبات الموجبات هناك حكم السوالب هنا يعني عكس ما كان في من حكم ما كان من حكم من بيانها ما كان من حكم ايجابي في عكس المستوى اجعله في عكس النقيض حكم سلبي ما كان في عكس المستوي الحكم السلبي اجعله في عكس النقيض ايجابي نعم مثلا السالبة الكلية اعطي الأمثلة يا شيخ مثلا السالبة الكلية. ما معنى السالبة الكلية? يعني لا شيء من باجل يبينون عزنا مطلقا لا شيء من باجب يعني كل من صدق عليه عنوان ينتج عنه عنوانه اذا كانت الظرورية يعني الانفصال ضروري ما معناه? لا يمكن الاتصاف. اتصاف الموضوع بالمحمول او الدائمية</w:t>
      </w:r>
    </w:p>
    <w:p>
      <w:r>
        <w:t>مرة لا تكن ظرورية. يكون انعزال والانفصال دائمين فقط. او مشروطة عامة يعني ضرورية في وقت محدد او عرفي عامة او في عامة يعني اه الديمومة فقط بدون ضرورة انعكست كنفسها في المستوى نعم يعني تقول لا شيئا من ب بالضرورة لا شيء لا شيء من باء جيم بالضرورة لا شيء من جيم ما بالضرورة لا شيء من بعد جيب بالدائمية نعم تقول لا شيء من بالدائمين والمشروطة العامة يعني تقول لا شيء من باء اه لا دائما يعني مادام المدام جيم لا دائما تنعكس لا شيء من جيم باب مادام جيم له دائما وهكذا في العرفية العامة انعكست كنفسها في المستوى. وها هنا تنعكس الموجب الكلي اذا كان ضروري او دائمي او احدى العامتين كنفسها واذا كانت احدى الممكنات او المطلقة المطلقات هنا يعني التي خالية عن القيد تقول بالف انتهى الامر الممكنة تقول باء الف بالإمكان المطلقة تقول باء الف فقط لم تنعكس في المستوي والموجب الكلي المستوي تحدثنا عنه المفروض لا تأتي به واذا كانت احدى الممكنات او المطلقات لم تنعكس في المستوى والموجبة الكلية اذا كانت احدى الممكنات او المطلقات لم تنعكس هنا. نفس الشيء والسوالب الجزئية هناك لا تنعكس الا الخاصتين. يعني مشروطة خاصة والمشروطة اه والعرفية الخاصة كما بين اثير الدين الابهري والموجبات الجوزية هنا لا تنعكس الا الخاصتين نعم هناك السر وهنا الايجاب نعم تقول بعض الجيم نعم  مهما كانت مهما كانت الجهة نعم يقول هنا لا تنعكس الا خاصة ما عندك حق وحق تقول طبعا في السوالب بعض باء ليس بجيم ما عندك حق تقول بعض وتجيم ليس كما بيناه في العكس المستوي الا في الخاصية الخاصتين يعني المشروطة الخاصة والعرفية الخاصة بالعكس عكس عكس النقيض والموجبات الجزئية هنا الموجبات الجزئية يعني تقول بعض باء جيم نعم هنا لا تنعكس الا الخاصيتين خاصة يعني المشروطة الخاصة والمشروطة يعني حكم العكس المستوي في السوالب اجريه في عكس النقيض في في الموجبات والموجبات الكلية والجزئية هناك تنعكس الجزئية وصفية ان كان ظرورية او دائمة او احدى الوصفيتين مقيدة باللا دواء يعني اما الشرطة الخاصة والعرفية الخاصة في الخاصتين والسوالب الكلية او الجزئية هنا هنا تنعكس جزئية وصفية اذا كانت وصفية او ضرورية او دائمية نعم  ثم يأتي بالامثلة واذا كانت الموجبات هناك مطلقة او ممكنة انعكست كنفسها جزئيا فالسوالب الكلية يعني من باب لا شيء من باب اذا كانت مطلقة او ممكنة انعكست كنفسها جزئية هنا نعم يعني انت بتحتاج الى ترجع الى العكس المستوي وتطبق على كلام العلماء الحلي. فقد ظهر التبادل في الاحكام الى العكسي. يعني بين عكس المستوى وعكس النقيض والدليل على الانعكاس يبتلي على مقدمة هي ان السالبة المعدولة مع الموجبة المحصلة سلب المعدول مع الموجبة المحصلة المعدولة آآ يكون لام اداة سلب مطلقا الجزء المحمول. وهذا من من الغرائب والعجائب الان في المنطقة الحديثة الرمزي السوراني ما عنده علاقة بالمعاني والألفاظ هذه الامور تتبين بطريقة جدا جميلة ورائعة بدون هذه التعقيدات لماذا? انا لم افهم الى الان ما معنى ان تكون اداة السلب الجزء المحمول هادي اصلها بعد لم افهمه صعبة جدا لغويا. اما في المنطق السوري الحديث لا سهلة جدا والدليل على الانعكاس يبتلي على مقدمة يعني الدليل على الانعكاس اي في عكس النقيض ما هي المقدمة? هي ان السالبة المعدول مع الموجبة المحصلة السالبة المعدولة تقول الف لا باء الف هو لا باء لا الجزء المحمول والموجبة المحصلة تقل الف باء هادي هي الف وباء يعني ما فيه هادي اللام لا عدول ولا ايجاب محصن وبالعكس تتلازمان اذا اخذ موظوعهما من حيث انه ثابت بحيث لا تبقى الموجب اخاص وبالعكس تتلازمان اذا اخذ موظوعهم من حيث انه ثابت يعني اذا لم يرتفع الموضوع في في العكس متلازمان نعم بحيث لا تبقى الموجب اخص الموجبة المحصنة طبعا وذلك اذا اتحدت في الموضوع والكمية بهذا الشرط يعني وحدة الموضوع ثابت لا يزول والكمية يعني كل كل او بعض بعض وتقابلتا في المحمول بالعدول والتحصيل ثم يأتي بالامثلة تتضح فاذا صدق كل جيم هو باء طبق عليها بعيار القضية يعني كل مصداق تعنون بجيم يتعنون باء علي اه الكلية الموجبة المحصلة صدقة في العدولة لا شيء من جيم لا شيء من جيم وهو ليس باء لا شيء من جيبه وليس باب كل جيم هو باء لا شيء من جيم هو ليس باء. انظر في العكس لا شيء من جيم هنا العدول قلنا نعكس نعكس المحمول والموضوع شوف الموجبة كل جيم هو باء صدقة لا شيء من جيم هو ليس باء يعني ليس الجزء المحمول انقلبت معدولة والا يعني اذا لم يكن هكذا الامر نأتي بقياس الخوف فبعض جيم هو ليس باء يعني اذا لم تصدق سلب جزئية بنحو الكل ونحمي الشمول لا شيء من جيم هو ليس باء لصدق النقيض. ما هو بعض آآ بعض جيم هو ليس باء. نعم ان العدول ايجابي لا شيء من جيم انظر هو ليس باب والا فبعض جيم هو ليس باء. بناء على قياس الخلف اذا اردت ان تبطل الكلية مهما كان كيفها موجبة سالبة تأتي بنقيضها والا فبعض الجيم هو ليس باء وكان كل جيم هو باء هذا خولفون خليه ان شاء الله في الحصة الآتية نحلل هذا المطلب اكثر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