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والدليل على الانعكاس يبتلي على مقدمة على من حل يبني  عكس النقيض على مقدمة. هي ان السالب المعدول السالب المعدول هذا هو هذه هي صيغتها الف هو لبن لا ما هو المحمول لا هنا ليست اداة سلب تفصل الموضوع المحمول لا الجزء المحمول فتكون قضية موجبة يعني الف حمل عليه اللبأ قضية موجبة ليست سالبة نعم الموجبة المحصلة واضحة الف باء بعض الألف هو باء المعدولة لا الف هو اللبأ اللبأ هو المحمول قد تكون القضية مو موجبة نعم يقول في تلازم نعم اي ان السالب المقدمة هي ما هي? ان السالب المعدول السالبة المعدولة سلبا معدولا تقول لا شيئا من الف مثلا هو اللبأ لا شيء يعني سالبة اداة سلب واضحة جدا يعني بين المحمول والموظوع في بيننا. ما هو الموضوع? جيب مثلا ما هو المحمول؟ المحمول لا به لا به. ركز جيدا في هذا الامر الموجبة تقول لا تقول جبل  يقول هي ان السالبة المعدول سالبة معدولة كما في مثاله لا شيء من جيم هو ليس باء لو قل لاحسن لا شيء من جيم هو لا باء. ليس او لا بلاء اه لا فرق هي ان السالبة المعدولة مع الموجب المحصلة من باب الف باء وبالعكس يعني تعكس الموجبة المحصلة كذلك مع السالب المعدولة تتلازمان تلازم في الصدق في الصدق والحكاية يعني ما تحكيه تلك تحكيه تلك اذا اخذ بهذا الشرط واذا اخذ موظوعهما من حيث انه ثابت يعني لا يتغير نعم بحيث لا تبقى الموجبة اخص لا تكن موجبة اخص من المعدولة لان المعدولة قد تكون اعم كما يقول بدار هنا يقول الانسان حيوان قضية موجبة يعني كل من صدق عليه عنوان الانسان يصدق عليه عنوان الحيوان اه المعدولة ما هي السالبة? لا شيء من الانسان يعني كل من صدق عليه عنوة للإنسان لا شيء يعني مسلوبة. يسلب عنه الا حيوان نعم طبعا لا حيوان ما هو اه يسلم عليهم الحجر النبات والملك والجن وهذه الامور نعم فلا شيء من الانسان بلا حيوان عام عملا من الموجبة الانسان حيوان الانسان حيوان فقط تشير الى ان مصادق الانسان يصدق عليهم الحيوان اما هادي لا لا شيء من الإنسان لا شيء من انسان بلا حيوان لا حيوان هوما صديق واسعة جدا من المعني استثني الحيوان كل المصادر تدخل نعم بحيث لا تبقى الموجب اخص. وذلك اذا اتحدتا في الموضوع بهذا الشرط يعني في اه سليمان معدولا. الموضوع جيم الموجبة المحصلة الموضوع جيم والكمية. الكمية هناك سلم وهناك كلية هناك كلية او جزئية او جزئية وتقابلتا في المحمول بالعدول والتحصين. نعم المحمول هناك معدولة يعني محمول فيه اللعبة وفي في المحمول بالعدول والتحصيل نعم فاذا صدق دقق جيد الان في المثال. كل جيم هو باء يعني كل مصداق تعنون بعنوان الموضوع الذي هو جيم وباء يصدق عليه بقى راه كل انسان حاول مثلا صدق لا شيء من جيم يعني لا تعثر مصداق من مصاديق جيم هو ليس باب نعم لا شيء من جيبه هو ليس باء اذا قلنا كل جيم يعني كل مصداق وسيقدم وصديق يتعنون ببا هذا صدقة صدقة لا شيء لان التلازم التلازم في صدق لا شيء من جيم هو ليس باء. يعني لا تعثر على مصداق من جيم ينتفع عنه باء يعني يتصف باللبن ابدا لان اه الموجبة تقول كل جيم باء كل جيم باء نعم وهذه العرف آآ يدركها تخيل انسان احرز في مجموعة من الطلاب في مدرسة الصدق تيتقو الأمانة ينفرو مثلا الطلاب فيه خمسمية طالب يوم الصدق وآآ الامانة يعني كل طالب يصدق عليه عنوان الطالب يعني كل مصداق في هذه المدرسة يصدق عنه طالب لا يأتي من الخارج تاجر او حداد يصلح لا فقط عنوان الطالب يصدق على مصداق يعني هذا طالب فهو صادق. فيأتي شخص يقول آآ واحد منهم ليس بصادق لا مستحيل فيقولوا لا شيء من الطواب اه لا شيء من الطلاب يعني لا شيء من مصداق للمصادق الطلابية يصدق عليه الآباء عن الله صدقه واضحة جدا. لا انا على يقين يقول انه واحد يصدق عليه اللا صدق هادي غير معقولة هذا هو عرفين سهلة جدا انظر ماذا يقول صدق لا شيء من جن. يعني كل مصداق تعنون بعنوان جيم لا يصدق عليه اللعبة لأن هو متعن ببا الملاك ما هو مبدأ التناقض من تعنون بباء مستحيل ان يتعنون بلا باء رفع باء مبدأ التناقض والا يعني يأتي قياس الخلف والا فبعض جيم هو ليس باء عليه والا اه هو احرز ان الطلاب في المدرسة كل مصداق من الطلاب انه صادق فيأتي شخص يقولو واحد فيهم كاذب وانا احرص انهم كلهم صادقين يعني السيد قول لا صدق هذا مستحيل هذا هو من بدا التناقض نعم والا بعض جيم هو ليس باء يعني ما احرصت وانا ان الصدق ساري في الجميع يكون في مصداق لاجله وهذا مستحيل نعم والا فبعض جيم هو ليس باء وكان في في الاصل ما هو كل جيم هو باء. هذا هو الخلف وكذا بالعكس نعم يعني كيف تقول لا شيء من جيم هو ليس باء ماذا يعطيك يعطيك كل جيم هو باء اعكس القضية لأن التلازم تنازل عكسي نعم يعني اذا صدق كل جيم هو باء يصدق لا شيء من جيم هو لا باء نعم تقول لي شيخنا هذه التدقيقات لم لانك انت في حياتك العلمية وفي التكنولوجيا وغير وغير ممكن لا تساعدك الموجب المحصلة كل لا تساعد من تساعدنا السلبية لا شيء من جيم هو لا باء. ساعد هذا الامر متجه في هذا الايد في هذا الاتجاه نعم في هذا الاتجاه. وكذا بالعكس يعني اذا صدق لا شيء من جيم هو ليس باء يعني يعطينا كل جبا يعني اذا صدق ان كل مصداق من صديق الطلاب في المدرسة لا كذب اذا صادق. اذا كل طالب في المدرسة يعنون بعنوان الطالب فهو صادق وكذا بالعكس والا لا صدقة يعني اذا قلنا لا شيء من جيم هو لا باء وكذب كل نعم يقول والا لصدق بعض جيم ليس هو باء. وقد كان لا شيء من جيم هو ليس هذا خلفول لامتناع سلب لا باء عن كل جيم وسلب باء عن بعض جيم لامتناع صدق الناقضين على شيء واحد. انظر هذا هو هادي الامتناع صدق النقيضين على شي واحد عم نحطها تحتها خط</w:t>
      </w:r>
    </w:p>
    <w:p>
      <w:r>
        <w:t>وارجع الى القاعدة الذهبية ان مبدأ التناقض ليست قضية ادراكية وانما هي قضية معيارية ما بها حجية رقيصة قلت لك انها مبدأ التناقض تدخل في اتمام الكبرى كبرى القياس الحملي  والقياس الاقتراني الحملي وتدخل في تقسيم العلو شيء موجود واما معدوم. يأتي الشيء الجسم يا اما مريض او صحيح يغرب ويشرق تنبثق العلوم واتمام اصل قياس الخلفة انظر لامتناع صدق نقيدا على شيء واحد قياس الخلف اساسه يوصلك الى التناقض. يعني انت رفضت الف رفضك لالف تبنيك لالف لالف تقول لماذا ليس بالضرورة اذا رفضت الف اتبنى لا الف لام مبدأ تناقض ما في لا اجتماعا ولا عيار  اذا اذا رفضت اليف حتما تتبنى الالف الا الف يعطي الكوارث انت لا تلتزم بها. يعطي لوازم باطلة اذا بطلت اللوازم بطل اللا الف انت مضطر ان تأخذ بالف. هذا هو فلسفة قياس الخبز ملاكه وحجيتهم مطلقا هو مبدأ التناقض بالقياس الاقتراني اه الحملي اتمام الكبرى ليس اتمام اصل القياس يعني اعطاء الحجية للكبرى التي تعطي الحجية للقياس. ها انظر لامتناع صدق النقيض عن شيء واحد اذا هذه الكنوز والمعايير العقلية موجودة في المتون بنحو التظمن. لم تدرس بالتفصيل في حقل معرفي مستقل هذا فقط وانما قيدنا الموضوع بالثبوت. قد يقول قائلون لماذا اشترطتم هذا الشرط ان الموضوع يثبت اذا قلنا كل جيم باء في الموجبة وقلنا لا شيء من جيم هو لا باء لماذا افترضتم ان الموضوع يبقى ثابتا. يريد ان يبين هذه النقطة انما قيدنا وانما قيدنا الموضوع بالثبوت لئلا يمتنع اه لان لا يمتنع كذبهما يعني اهتفعا فانهما يصدقان عند عدم الموضوع نعم يصدقان عندها عدم الموضوع يعني اه يصدقان بانتفاء الموضوع. سلب بانتفاء الموضوع اما عند وجوده فلا فاذا السالب والموجبة تتلازمان وتتفقان في الجهة يتلازمان يتلازمان على الصدق تلازم الصدق هنا ما معناه? يعني انت عندك كل في مثالي هو مثل في الميزان نعم كله جيم بقى كل يعني المصاديق الكونية تعالوا هنا في نفس المصادق الواقعية والكونية لا تجد مصداقا من جيل يرفع عنو لا بأس هذه هي القضية والا تيعاونونا دبا وتعنون باللبأ واجتماعا النقيضين اذا ارجعت المسائل العلمية الى المعايير العقلية تتضح بطريقة رائعة وجميلة. اما اذا انتفى الموضوع الموظوع لا يبقى نعم ممكن تصدق الاولى تكذب الثانية تكذب الثانية تصدق الثانية ممكن يكذبان معا. فاذا تمهدت هذه القاعدة فنقول هادي كلها مقدمة فنقول اذا اخذنا لكل قضية كقولنا كل جيم باء مثلا ما هو عكس نقيضها عكسها ملازمتها اعني عكس لا شيء من جيم هو ليس نعم عكس عكس ملازمتها ارجع الى الوراء. كل جيم باء يعني المصاديق التي تعنونت معا لا يمكن ان يرفع عنها باء ولا يلزم التناقض معناه يحق لنا ان نقول لا شيء من جيم هو لعبة جيد خذ هذا اللازم لازم للاصل كله جيم بقى اعكسه نعم يقول يقول اذا اخذنا لكل قضية كقولنا كل جيمبا مثلا اه عكس ملازمتها وعكس ملازم ملازمتها اعني عكس لا شيء منجيب هو لا باء هو ليس باء ولا باحسن لا با احسن عكس لهذا اللازم الذي هو يصدق يصدق مع الموجبة لا شيء من جيم هو لا بعكسه ولا شيء مما ليس وجيم لا شيء مما ليس ببا هو جيم نعم جميل جدا انت الان في مصاديق مصادق منبسطة كلية كلية موجبة مصداق تعانون بقى مصداق تعنون وانتشر انبسط ما هو عكس النقيض اه عكس النقيب يقول لا شيء مما ليس ببا يعني يجب ان تعكس نعم لا شيء من ما ليس يعني كل من خرج عن باء لا يصدق عليه باء حتى ما لا يصدق عليه شيء نعم ولهذا سالبة لا شيء مما ليس به. يعني اذا كنا في كل انسان كل انسان حيوان لا شيء مما لا حيوان جن ملك عقيق ماء ذهب حتما ليس بإنسان سالبة كلية لا شيء مما ليس كلها مبدأ التناقض اذا اذا اتحدت مجموعة من الخواص في مصداق اذن كل ما خرج خرج من عنوان ما لا لا يندرج تحت عنوان اخر. واضحة جدا واضحة جدا هذه الامور الان بالمنطق السورنة فورماليز المنطقة الحديث تتضح بطريقة جيدة اعيد البيان عكس النقيض عكس النقيض عكس النقيض مطلق في الموجبة المحصلة جيم باء كل جيم باء انتم فهمتم الان المعيار القضاوي. يعني كل مصداق تعاون وناجب بجميع روح الى الملازم ما معنى الملازم? الملازم في الصدق يعني اذا صدقت كل يصدق الملازم لا شيء من جيم هو لا باء يعني لا تعثر في الخارج والواقع الكوني والواقع الخلقي مصداقا ونجم يتعانون باللباء لمبدأ التناقض هذا هو الملازم ليس العكس الملازم في الصدق تركز على هذا الملازم واجعل له نعم عكس النقيض ما هو اذا قلنا كل جيم باء مثلا هذا هو الاصل اه عكس ملازمتها يعني عكس لا شيء من جيم هو باء وهو لا شيء مما ليس به باب جيم نعم لا شيء مما ليس بباء بجيم المخالف للاصل في الكيفية الكيفية الاولى السالبة موجبة كل وهذه سالبة. اختلاف الكيفية كل جنبة والاصل موجب العكس النقيض ما هو? لا شيء سلب لا شيء مما ليس باء بجيب. المخالف للاصل في الكيفية عن السلب والايجاب لانها سالبة والاصل موجبة هادي سالبة والأصل ما هو كل باجي مجمل ان انعكست السالبة الملازمة للاصل انتقل حكم العكس بعينه الى مخالفة الكيش بتلك الجهة التي للاصل. يعني اذا كان الاصل موجبا عكس عكس النقيض يأتي اه سالبة ثم اذا اخذنا ملازمة العكس اعني اخذنا كل ما ليس با كل اذا ثم اذا اخذنا ملازمة العكس ملازمة العكس يعني كل ما ليس بباه وليس بجيم نعم اللازم للعكس خلينا نبين هاد المسألة العكس ما هو? لا شيء مما ليس به بيجي يعني كل من صدق عليه وعنوان باء لا شيء مما ليس به. يعني كل من صدق عليه عنوان لابأ لا يصدق عليه يجي ببينونا عزلا هذا هو العكس اجعلوا الملازم اجعلوا الملازم الملازم ما هو؟ لا شيء من ليس باء هو ليس جيم هذا هو الملازم الملازم للعكس يعني العكس اذا صادق صدق الملازم كل شيء مما ليس باء وجيم يعني كل من صدق عليه عنوان لا بأس ينتفع عنه جيبه نعم هادو العكس عكس النقيب الملازم لهو كل ما ليس به وليس جيم كل ما ليس باء ليس يعني كل من صدق عليه اللبأ لا يصدق عليه نفس نفس المصداق لازم للعكس الذي هو لا شيء مما ليس بباء جيم بيناها عادت الكيفية وصارت ايجابية كما كان في الاصل فكان هذا هو عكس نقيظ عكس النقيض يعني مطورين المسافة كثيرا ما هو الاصل? كل جيم باء هذا هو عكسه لا شيء</w:t>
      </w:r>
    </w:p>
    <w:p>
      <w:r>
        <w:t>مما ليس باء لا شيء مما ليس به وجه هذا هو الاصل آآ هذا هو العكس عكس النقيض مثاله في المواد يعني يدخل الان في المواد ضرورة والدائنية واللا دائمية والعرفية والمشروطة اذا صدق كل انسان حيوان بالضرورة يعني كل من تلبس بعنوان الانسان حيوان بالضرورة لا ينفكان صدقة لازمه صدق لازمه يعني اللازم يلازمه في الصدق هنا الملازمة الصدقية يكتب وهو لا شيء من الانسان هو لا حيوان من الضرورة يعني لا تعثر على مصداق انساني يصدق عليه الا حيوان الحيوان وهو الجن النبات القمر شمس الذهب الماء هذه كلها تنتشي من مصاديق الانسانية لا شيء من الانسان هو لا حيوان بالضرورة من هنا قلت لكم المنطق الصغراني يعني هذه المعاني كلها تختفي ما يتعامل مع الانسان والحيوان لانها تظلل تعامل مع الصورة فقط وهذا منطق الصور انا ما بقصورنا كل هذه الزحمة في اللغة الطبيعية هناك تنتهي وبالتالي انا في تصوري من احاط بي المنطقة الحديث الذي هو تطور عجيب للمنطقة القديم ليس ناسخا له لا لا تطوع مثل علم الاصول عندنا في زمن العلامة الحلي وعلم الاصول الان في زمن السيد بقر الصدري طور وشبه نسخ من منطق في زمن علم الاصول في زمن الالم الحلي. وبالتالي من اتقن المنطق الحديس واتقل المنطق الجديد اه القديم يدرس المنطق الجديد وعنده خبرة بالمنطقة الحديث في اطارات جميلة يبينها بالمنطق الصورمي المنطقة الحديسة. بعد خلاص هذا التدريس في المنطقة القديم خلاص ينتهي نعم كل انسان حيوان بالضرورة بيناها يعني كل من صدق عليه عنوان الإنسان يصدق لي عنوان الحيوان بالضرورة يعني لا ينفك الحيوان عن الانسان صدق لازمه وهو لا شيء من الإنسان هو لا حيوان بالضرورة. لا تجد في الإنسان الساري في مصادقه الا حيوان يعني طه يسر شجرا يصير شمسا? لا سالبة لا شيء سالبة كليا لتوافقهما في الموضوع والكمية. نعم الموضوع هو الإنسان ثابت والكمية كلية وكلية وتخالفهما في الكيف تلك سالبة وهذه موجبة وتناقض تناقض ما في المحمول. نعم هناك حيوان هنا لا حيوان هناك ثبوت الحيوان وهنا رفع اللا حيوان فكانتا متلازمتين في الصدق في الصدر. يعني مصابيق الاولى هي نصف مصاديق الثانية على ما تقدم ثم يعكس هذا اللازم وسلب ضروري كان نفسي فيصدق لا شيء مما ليس بحاوية وانسان بالضرورة يعني كل مصداق ليس حيوان من شجر شمس بقر ماء جن ليس بإنسان نعم ليس بانسان بالظرورة. وهذه السلبة تلزمها موجبة موافقة في الموضوع الكم مناقضة في المحمول وهي كل ما ليس بحيوان ليس بانسا بالضرورة وهو الذي جعلنا عكس النقيض وعلى هذا كل قضية ملازمة لها كالسالبة المعدولة الموضوع التي تلزمه موجبة لعدم الموضوع لا عكس نقيض لها. يعني اذا لم يثبت الموضوع لا عكس نقيض له. وكذلك كل قضية لها لازم لكن لا عكس لها كالموت اوجب المطلق المطلق يعني ليس ليس لها جهة الف باء وجبة مطلقة يعني ليس لها جهة. المستلزمة السالبة المطلقة. نعم. اه المستلزمة للسالبة المطلقة نعم الف باء تلازم الف لا باء لان مطلقة ما فيه جهة يعني قد تجد في دار الوجود الف با وقد تجد لا الف باء سكوت عن الكمية ولهذا يقول المستلزمة للسالبة المطلقة التي لا تنعكس قلنا السالفة المطلقة لا تنعكس فانها لا تنعكس بعكس النقيض ايضا نعم امور خيالية يعني يجب ان تنضبط في الخيال الان المنطق السوري اه مركز على على الحروف على الرموز فقط لا صارت واضحة جدا وجميلة اذا دققت جيد انت في الاصل في الاصل بسهولة تخرج الملازم ثم من الملازم تخرج عكس عكس النقيض سهلة جدا احكام العكس في الشرطيات يأتي ان شاء الله اللهم صل على محمد وآل محمد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